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F38063" w14:textId="77777777" w:rsidR="004E3A0E" w:rsidRPr="004E3A0E" w:rsidRDefault="004E3A0E" w:rsidP="004E3A0E">
      <w:pPr>
        <w:snapToGrid w:val="0"/>
        <w:spacing w:after="0" w:line="240" w:lineRule="auto"/>
        <w:jc w:val="center"/>
        <w:rPr>
          <w:b/>
          <w:bCs/>
          <w:color w:val="auto"/>
          <w:sz w:val="32"/>
          <w:szCs w:val="32"/>
          <w:lang w:eastAsia="zh-TW"/>
        </w:rPr>
      </w:pPr>
      <w:r w:rsidRPr="004E3A0E">
        <w:rPr>
          <w:rFonts w:hint="eastAsia"/>
          <w:b/>
          <w:bCs/>
          <w:color w:val="auto"/>
          <w:sz w:val="32"/>
          <w:szCs w:val="32"/>
          <w:lang w:eastAsia="zh-TW"/>
        </w:rPr>
        <w:t>東吳大學財務工程與精算數學系 新光人壽獎助學金基金會獎補助</w:t>
      </w:r>
    </w:p>
    <w:p w14:paraId="39910120" w14:textId="35B83736" w:rsidR="004E3A0E" w:rsidRPr="004E3A0E" w:rsidRDefault="004E3A0E" w:rsidP="006C6759">
      <w:pPr>
        <w:snapToGrid w:val="0"/>
        <w:spacing w:after="0" w:line="240" w:lineRule="auto"/>
        <w:jc w:val="right"/>
        <w:rPr>
          <w:b/>
          <w:bCs/>
          <w:color w:val="auto"/>
          <w:sz w:val="32"/>
          <w:szCs w:val="32"/>
          <w:lang w:eastAsia="zh-TW"/>
        </w:rPr>
      </w:pPr>
      <w:r w:rsidRPr="004E3A0E">
        <w:rPr>
          <w:rFonts w:hint="eastAsia"/>
          <w:b/>
          <w:bCs/>
          <w:color w:val="auto"/>
          <w:sz w:val="32"/>
          <w:szCs w:val="32"/>
          <w:lang w:eastAsia="zh-TW"/>
        </w:rPr>
        <w:t>學生參加競賽與學術活動獎助 申請表</w:t>
      </w:r>
      <w:r w:rsidR="006C6759">
        <w:rPr>
          <w:rFonts w:hint="eastAsia"/>
          <w:b/>
          <w:bCs/>
          <w:color w:val="auto"/>
          <w:sz w:val="32"/>
          <w:szCs w:val="32"/>
          <w:lang w:eastAsia="zh-TW"/>
        </w:rPr>
        <w:t xml:space="preserve">            </w:t>
      </w:r>
      <w:r w:rsidR="006C6759" w:rsidRPr="00C0650E">
        <w:rPr>
          <w:rFonts w:ascii="Times New Roman" w:hAnsi="Times New Roman" w:cs="Times New Roman"/>
          <w:b/>
          <w:color w:val="auto"/>
          <w:sz w:val="20"/>
          <w:szCs w:val="20"/>
          <w:lang w:eastAsia="zh-TW"/>
        </w:rPr>
        <w:t>115.09</w:t>
      </w:r>
      <w:r w:rsidR="006C6759" w:rsidRPr="00C0650E">
        <w:rPr>
          <w:rFonts w:ascii="Times New Roman" w:hAnsi="Times New Roman" w:cs="Times New Roman"/>
          <w:b/>
          <w:color w:val="auto"/>
          <w:sz w:val="20"/>
          <w:szCs w:val="20"/>
          <w:lang w:eastAsia="zh-TW"/>
        </w:rPr>
        <w:t>版</w:t>
      </w:r>
    </w:p>
    <w:tbl>
      <w:tblPr>
        <w:tblStyle w:val="aff2"/>
        <w:tblW w:w="10758" w:type="dxa"/>
        <w:jc w:val="center"/>
        <w:tblBorders>
          <w:top w:val="double" w:sz="4" w:space="0" w:color="auto"/>
          <w:left w:val="double" w:sz="4" w:space="0" w:color="auto"/>
          <w:bottom w:val="double" w:sz="4" w:space="0" w:color="auto"/>
          <w:right w:val="double" w:sz="4" w:space="0" w:color="auto"/>
          <w:insideH w:val="single" w:sz="6" w:space="0" w:color="auto"/>
          <w:insideV w:val="single" w:sz="6" w:space="0" w:color="auto"/>
        </w:tblBorders>
        <w:tblLayout w:type="fixed"/>
        <w:tblLook w:val="04A0" w:firstRow="1" w:lastRow="0" w:firstColumn="1" w:lastColumn="0" w:noHBand="0" w:noVBand="1"/>
      </w:tblPr>
      <w:tblGrid>
        <w:gridCol w:w="562"/>
        <w:gridCol w:w="1408"/>
        <w:gridCol w:w="567"/>
        <w:gridCol w:w="1559"/>
        <w:gridCol w:w="1418"/>
        <w:gridCol w:w="1984"/>
        <w:gridCol w:w="1559"/>
        <w:gridCol w:w="1701"/>
      </w:tblGrid>
      <w:tr w:rsidR="0080215E" w:rsidRPr="00427121" w14:paraId="00D86016" w14:textId="77777777" w:rsidTr="00826C7B">
        <w:trPr>
          <w:trHeight w:val="680"/>
          <w:jc w:val="center"/>
        </w:trPr>
        <w:tc>
          <w:tcPr>
            <w:tcW w:w="562" w:type="dxa"/>
            <w:vMerge w:val="restart"/>
            <w:shd w:val="clear" w:color="auto" w:fill="F2F2F2" w:themeFill="background1" w:themeFillShade="F2"/>
            <w:textDirection w:val="tbRlV"/>
            <w:vAlign w:val="center"/>
          </w:tcPr>
          <w:p w14:paraId="0AE4F415" w14:textId="77777777" w:rsidR="00F85548" w:rsidRDefault="00F85548" w:rsidP="00864B89">
            <w:pPr>
              <w:ind w:left="113" w:right="113"/>
              <w:jc w:val="center"/>
              <w:rPr>
                <w:b/>
                <w:color w:val="auto"/>
                <w:lang w:eastAsia="zh-TW"/>
              </w:rPr>
            </w:pPr>
            <w:proofErr w:type="spellStart"/>
            <w:r w:rsidRPr="00F85548">
              <w:rPr>
                <w:rFonts w:hint="eastAsia"/>
                <w:b/>
                <w:color w:val="auto"/>
                <w:spacing w:val="170"/>
                <w:fitText w:val="1760" w:id="-386099967"/>
              </w:rPr>
              <w:t>申請人資</w:t>
            </w:r>
            <w:r w:rsidRPr="00F85548">
              <w:rPr>
                <w:rFonts w:hint="eastAsia"/>
                <w:b/>
                <w:color w:val="auto"/>
                <w:spacing w:val="1"/>
                <w:fitText w:val="1760" w:id="-386099967"/>
              </w:rPr>
              <w:t>訊</w:t>
            </w:r>
            <w:proofErr w:type="spellEnd"/>
          </w:p>
          <w:p w14:paraId="0C7479BD" w14:textId="77777777" w:rsidR="00F85548" w:rsidRPr="00CA3BC5" w:rsidRDefault="00F85548" w:rsidP="00F85548">
            <w:pPr>
              <w:ind w:left="113" w:right="113"/>
              <w:rPr>
                <w:b/>
                <w:color w:val="auto"/>
                <w:lang w:eastAsia="zh-TW"/>
              </w:rPr>
            </w:pPr>
          </w:p>
        </w:tc>
        <w:tc>
          <w:tcPr>
            <w:tcW w:w="1408" w:type="dxa"/>
            <w:shd w:val="clear" w:color="auto" w:fill="F2F2F2" w:themeFill="background1" w:themeFillShade="F2"/>
            <w:vAlign w:val="center"/>
          </w:tcPr>
          <w:p w14:paraId="6B6EEC4C" w14:textId="77777777" w:rsidR="00F85548" w:rsidRPr="00CA3BC5" w:rsidRDefault="00F85548" w:rsidP="00F85548">
            <w:pPr>
              <w:jc w:val="center"/>
              <w:rPr>
                <w:b/>
                <w:color w:val="auto"/>
              </w:rPr>
            </w:pPr>
            <w:proofErr w:type="spellStart"/>
            <w:r w:rsidRPr="00CA3BC5">
              <w:rPr>
                <w:rFonts w:hint="eastAsia"/>
                <w:b/>
                <w:color w:val="auto"/>
              </w:rPr>
              <w:t>姓名</w:t>
            </w:r>
            <w:proofErr w:type="spellEnd"/>
          </w:p>
        </w:tc>
        <w:tc>
          <w:tcPr>
            <w:tcW w:w="2126" w:type="dxa"/>
            <w:gridSpan w:val="2"/>
            <w:vAlign w:val="center"/>
          </w:tcPr>
          <w:p w14:paraId="196C18FF" w14:textId="77777777" w:rsidR="00F85548" w:rsidRPr="00427121" w:rsidRDefault="00F85548" w:rsidP="00160756">
            <w:pPr>
              <w:jc w:val="center"/>
              <w:rPr>
                <w:color w:val="auto"/>
              </w:rPr>
            </w:pPr>
          </w:p>
        </w:tc>
        <w:tc>
          <w:tcPr>
            <w:tcW w:w="1418" w:type="dxa"/>
            <w:tcBorders>
              <w:top w:val="double" w:sz="4" w:space="0" w:color="auto"/>
              <w:bottom w:val="single" w:sz="6" w:space="0" w:color="auto"/>
            </w:tcBorders>
            <w:shd w:val="clear" w:color="auto" w:fill="F2F2F2" w:themeFill="background1" w:themeFillShade="F2"/>
            <w:vAlign w:val="center"/>
          </w:tcPr>
          <w:p w14:paraId="6307AC00" w14:textId="77777777" w:rsidR="00F85548" w:rsidRPr="00F85548" w:rsidRDefault="00F85548" w:rsidP="00160756">
            <w:pPr>
              <w:jc w:val="center"/>
              <w:rPr>
                <w:b/>
                <w:color w:val="auto"/>
              </w:rPr>
            </w:pPr>
            <w:proofErr w:type="spellStart"/>
            <w:r w:rsidRPr="00F85548">
              <w:rPr>
                <w:rFonts w:hint="eastAsia"/>
                <w:b/>
                <w:color w:val="auto"/>
              </w:rPr>
              <w:t>學號</w:t>
            </w:r>
            <w:proofErr w:type="spellEnd"/>
          </w:p>
        </w:tc>
        <w:tc>
          <w:tcPr>
            <w:tcW w:w="1984" w:type="dxa"/>
            <w:tcBorders>
              <w:top w:val="double" w:sz="4" w:space="0" w:color="auto"/>
              <w:bottom w:val="single" w:sz="6" w:space="0" w:color="auto"/>
            </w:tcBorders>
            <w:vAlign w:val="center"/>
          </w:tcPr>
          <w:p w14:paraId="385E7323" w14:textId="77777777" w:rsidR="00F85548" w:rsidRPr="00427121" w:rsidRDefault="00F85548" w:rsidP="00160756">
            <w:pPr>
              <w:jc w:val="center"/>
              <w:rPr>
                <w:color w:val="auto"/>
              </w:rPr>
            </w:pPr>
          </w:p>
        </w:tc>
        <w:tc>
          <w:tcPr>
            <w:tcW w:w="1559" w:type="dxa"/>
            <w:tcBorders>
              <w:top w:val="double" w:sz="4" w:space="0" w:color="auto"/>
              <w:bottom w:val="single" w:sz="6" w:space="0" w:color="auto"/>
            </w:tcBorders>
            <w:shd w:val="clear" w:color="auto" w:fill="F2F2F2" w:themeFill="background1" w:themeFillShade="F2"/>
            <w:vAlign w:val="center"/>
          </w:tcPr>
          <w:p w14:paraId="1A73D837" w14:textId="77777777" w:rsidR="00F85548" w:rsidRPr="00F85548" w:rsidRDefault="00F85548" w:rsidP="00160756">
            <w:pPr>
              <w:jc w:val="center"/>
              <w:rPr>
                <w:b/>
                <w:color w:val="auto"/>
              </w:rPr>
            </w:pPr>
            <w:proofErr w:type="spellStart"/>
            <w:r w:rsidRPr="00F85548">
              <w:rPr>
                <w:rFonts w:hint="eastAsia"/>
                <w:b/>
                <w:color w:val="auto"/>
              </w:rPr>
              <w:t>系所班級</w:t>
            </w:r>
            <w:proofErr w:type="spellEnd"/>
          </w:p>
        </w:tc>
        <w:tc>
          <w:tcPr>
            <w:tcW w:w="1701" w:type="dxa"/>
            <w:vAlign w:val="center"/>
          </w:tcPr>
          <w:p w14:paraId="693A68EE" w14:textId="77777777" w:rsidR="00F85548" w:rsidRPr="00427121" w:rsidRDefault="00F85548" w:rsidP="00160756">
            <w:pPr>
              <w:jc w:val="center"/>
              <w:rPr>
                <w:color w:val="auto"/>
              </w:rPr>
            </w:pPr>
          </w:p>
        </w:tc>
      </w:tr>
      <w:tr w:rsidR="0080215E" w:rsidRPr="00427121" w14:paraId="56066601" w14:textId="77777777" w:rsidTr="00826C7B">
        <w:trPr>
          <w:trHeight w:val="680"/>
          <w:jc w:val="center"/>
        </w:trPr>
        <w:tc>
          <w:tcPr>
            <w:tcW w:w="562" w:type="dxa"/>
            <w:vMerge/>
            <w:shd w:val="clear" w:color="auto" w:fill="F2F2F2" w:themeFill="background1" w:themeFillShade="F2"/>
            <w:vAlign w:val="center"/>
          </w:tcPr>
          <w:p w14:paraId="07EAD582" w14:textId="77777777" w:rsidR="00F85548" w:rsidRPr="00CA3BC5" w:rsidRDefault="00F85548" w:rsidP="00160756">
            <w:pPr>
              <w:jc w:val="center"/>
              <w:rPr>
                <w:b/>
                <w:color w:val="auto"/>
              </w:rPr>
            </w:pPr>
          </w:p>
        </w:tc>
        <w:tc>
          <w:tcPr>
            <w:tcW w:w="1408" w:type="dxa"/>
            <w:shd w:val="clear" w:color="auto" w:fill="F2F2F2" w:themeFill="background1" w:themeFillShade="F2"/>
            <w:vAlign w:val="center"/>
          </w:tcPr>
          <w:p w14:paraId="570D8177" w14:textId="77777777" w:rsidR="00F85548" w:rsidRPr="00CA3BC5" w:rsidRDefault="0001062D" w:rsidP="0001062D">
            <w:pPr>
              <w:jc w:val="center"/>
              <w:rPr>
                <w:b/>
                <w:color w:val="auto"/>
              </w:rPr>
            </w:pPr>
            <w:r>
              <w:rPr>
                <w:rFonts w:hint="eastAsia"/>
                <w:b/>
                <w:color w:val="auto"/>
                <w:lang w:eastAsia="zh-TW"/>
              </w:rPr>
              <w:t>聯絡電話</w:t>
            </w:r>
          </w:p>
        </w:tc>
        <w:tc>
          <w:tcPr>
            <w:tcW w:w="2126" w:type="dxa"/>
            <w:gridSpan w:val="2"/>
            <w:vAlign w:val="center"/>
          </w:tcPr>
          <w:p w14:paraId="3C2CA223" w14:textId="77777777" w:rsidR="00F85548" w:rsidRPr="00427121" w:rsidRDefault="00F85548" w:rsidP="00160756">
            <w:pPr>
              <w:jc w:val="center"/>
              <w:rPr>
                <w:color w:val="auto"/>
              </w:rPr>
            </w:pPr>
          </w:p>
        </w:tc>
        <w:tc>
          <w:tcPr>
            <w:tcW w:w="1418" w:type="dxa"/>
            <w:tcBorders>
              <w:top w:val="single" w:sz="6" w:space="0" w:color="auto"/>
              <w:bottom w:val="single" w:sz="6" w:space="0" w:color="auto"/>
            </w:tcBorders>
            <w:shd w:val="clear" w:color="auto" w:fill="F2F2F2" w:themeFill="background1" w:themeFillShade="F2"/>
            <w:vAlign w:val="center"/>
          </w:tcPr>
          <w:p w14:paraId="1754EA17" w14:textId="77777777" w:rsidR="00F85548" w:rsidRPr="00F85548" w:rsidRDefault="00F85548" w:rsidP="00160756">
            <w:pPr>
              <w:jc w:val="center"/>
              <w:rPr>
                <w:b/>
                <w:color w:val="auto"/>
              </w:rPr>
            </w:pPr>
            <w:proofErr w:type="spellStart"/>
            <w:r w:rsidRPr="00F85548">
              <w:rPr>
                <w:rFonts w:hint="eastAsia"/>
                <w:b/>
                <w:color w:val="auto"/>
              </w:rPr>
              <w:t>電子信箱</w:t>
            </w:r>
            <w:proofErr w:type="spellEnd"/>
          </w:p>
        </w:tc>
        <w:tc>
          <w:tcPr>
            <w:tcW w:w="1984" w:type="dxa"/>
            <w:tcBorders>
              <w:top w:val="single" w:sz="6" w:space="0" w:color="auto"/>
              <w:bottom w:val="single" w:sz="6" w:space="0" w:color="auto"/>
            </w:tcBorders>
            <w:vAlign w:val="center"/>
          </w:tcPr>
          <w:p w14:paraId="2FA531DF" w14:textId="77777777" w:rsidR="00F85548" w:rsidRPr="00427121" w:rsidRDefault="00F85548" w:rsidP="00160756">
            <w:pPr>
              <w:jc w:val="center"/>
              <w:rPr>
                <w:color w:val="auto"/>
              </w:rPr>
            </w:pPr>
          </w:p>
        </w:tc>
        <w:tc>
          <w:tcPr>
            <w:tcW w:w="1559" w:type="dxa"/>
            <w:tcBorders>
              <w:top w:val="single" w:sz="6" w:space="0" w:color="auto"/>
              <w:bottom w:val="single" w:sz="6" w:space="0" w:color="auto"/>
            </w:tcBorders>
            <w:shd w:val="clear" w:color="auto" w:fill="F2F2F2" w:themeFill="background1" w:themeFillShade="F2"/>
            <w:vAlign w:val="center"/>
          </w:tcPr>
          <w:p w14:paraId="6F7716B8" w14:textId="77777777" w:rsidR="00F85548" w:rsidRPr="00F85548" w:rsidRDefault="00F85548" w:rsidP="00160756">
            <w:pPr>
              <w:jc w:val="center"/>
              <w:rPr>
                <w:b/>
                <w:color w:val="auto"/>
              </w:rPr>
            </w:pPr>
            <w:proofErr w:type="spellStart"/>
            <w:r w:rsidRPr="00F85548">
              <w:rPr>
                <w:rFonts w:hint="eastAsia"/>
                <w:b/>
                <w:color w:val="auto"/>
              </w:rPr>
              <w:t>身分證</w:t>
            </w:r>
            <w:proofErr w:type="spellEnd"/>
            <w:r w:rsidRPr="00F85548">
              <w:rPr>
                <w:rFonts w:hint="eastAsia"/>
                <w:b/>
                <w:color w:val="auto"/>
                <w:lang w:eastAsia="zh-TW"/>
              </w:rPr>
              <w:t>字</w:t>
            </w:r>
            <w:r w:rsidRPr="00F85548">
              <w:rPr>
                <w:rFonts w:hint="eastAsia"/>
                <w:b/>
                <w:color w:val="auto"/>
              </w:rPr>
              <w:t>號</w:t>
            </w:r>
          </w:p>
        </w:tc>
        <w:tc>
          <w:tcPr>
            <w:tcW w:w="1701" w:type="dxa"/>
            <w:vAlign w:val="center"/>
          </w:tcPr>
          <w:p w14:paraId="46AF8176" w14:textId="77777777" w:rsidR="00F85548" w:rsidRPr="00427121" w:rsidRDefault="00F85548" w:rsidP="00160756">
            <w:pPr>
              <w:jc w:val="center"/>
              <w:rPr>
                <w:color w:val="auto"/>
              </w:rPr>
            </w:pPr>
          </w:p>
        </w:tc>
      </w:tr>
      <w:tr w:rsidR="00F85548" w:rsidRPr="00427121" w14:paraId="121C87F2" w14:textId="77777777" w:rsidTr="00177800">
        <w:trPr>
          <w:trHeight w:val="680"/>
          <w:jc w:val="center"/>
        </w:trPr>
        <w:tc>
          <w:tcPr>
            <w:tcW w:w="562" w:type="dxa"/>
            <w:vMerge/>
            <w:shd w:val="clear" w:color="auto" w:fill="F2F2F2" w:themeFill="background1" w:themeFillShade="F2"/>
            <w:vAlign w:val="center"/>
          </w:tcPr>
          <w:p w14:paraId="4E8421E8" w14:textId="77777777" w:rsidR="00F85548" w:rsidRPr="00CA3BC5" w:rsidRDefault="00F85548" w:rsidP="00160756">
            <w:pPr>
              <w:jc w:val="center"/>
              <w:rPr>
                <w:b/>
                <w:color w:val="auto"/>
              </w:rPr>
            </w:pPr>
          </w:p>
        </w:tc>
        <w:tc>
          <w:tcPr>
            <w:tcW w:w="1408" w:type="dxa"/>
            <w:shd w:val="clear" w:color="auto" w:fill="F2F2F2" w:themeFill="background1" w:themeFillShade="F2"/>
            <w:vAlign w:val="center"/>
          </w:tcPr>
          <w:p w14:paraId="3E15B08D" w14:textId="77777777" w:rsidR="00F85548" w:rsidRPr="00CA3BC5" w:rsidRDefault="00F85548" w:rsidP="00160756">
            <w:pPr>
              <w:jc w:val="center"/>
              <w:rPr>
                <w:b/>
                <w:color w:val="auto"/>
              </w:rPr>
            </w:pPr>
            <w:proofErr w:type="spellStart"/>
            <w:r w:rsidRPr="00CA3BC5">
              <w:rPr>
                <w:rFonts w:hint="eastAsia"/>
                <w:b/>
                <w:color w:val="auto"/>
              </w:rPr>
              <w:t>戶籍地址</w:t>
            </w:r>
            <w:proofErr w:type="spellEnd"/>
          </w:p>
        </w:tc>
        <w:tc>
          <w:tcPr>
            <w:tcW w:w="8788" w:type="dxa"/>
            <w:gridSpan w:val="6"/>
            <w:vAlign w:val="center"/>
          </w:tcPr>
          <w:p w14:paraId="6122E0F2" w14:textId="77777777" w:rsidR="00F85548" w:rsidRPr="00427121" w:rsidRDefault="00F85548" w:rsidP="00160756">
            <w:pPr>
              <w:jc w:val="center"/>
              <w:rPr>
                <w:color w:val="auto"/>
              </w:rPr>
            </w:pPr>
          </w:p>
        </w:tc>
      </w:tr>
      <w:tr w:rsidR="00F85548" w:rsidRPr="00427121" w14:paraId="1E5F854E" w14:textId="77777777" w:rsidTr="001355A4">
        <w:trPr>
          <w:trHeight w:val="680"/>
          <w:jc w:val="center"/>
        </w:trPr>
        <w:tc>
          <w:tcPr>
            <w:tcW w:w="562" w:type="dxa"/>
            <w:vMerge/>
            <w:tcBorders>
              <w:bottom w:val="single" w:sz="6" w:space="0" w:color="auto"/>
            </w:tcBorders>
            <w:shd w:val="clear" w:color="auto" w:fill="F2F2F2" w:themeFill="background1" w:themeFillShade="F2"/>
            <w:vAlign w:val="center"/>
          </w:tcPr>
          <w:p w14:paraId="6B981532" w14:textId="77777777" w:rsidR="00F85548" w:rsidRPr="00CA3BC5" w:rsidRDefault="00F85548" w:rsidP="00160756">
            <w:pPr>
              <w:jc w:val="center"/>
              <w:rPr>
                <w:b/>
                <w:color w:val="auto"/>
              </w:rPr>
            </w:pPr>
          </w:p>
        </w:tc>
        <w:tc>
          <w:tcPr>
            <w:tcW w:w="1408" w:type="dxa"/>
            <w:tcBorders>
              <w:bottom w:val="single" w:sz="6" w:space="0" w:color="auto"/>
            </w:tcBorders>
            <w:shd w:val="clear" w:color="auto" w:fill="F2F2F2" w:themeFill="background1" w:themeFillShade="F2"/>
            <w:vAlign w:val="center"/>
          </w:tcPr>
          <w:p w14:paraId="65981405" w14:textId="2C691898" w:rsidR="00F85548" w:rsidRPr="00CA3BC5" w:rsidRDefault="005C38E8" w:rsidP="00160756">
            <w:pPr>
              <w:spacing w:beforeLines="50" w:before="120"/>
              <w:jc w:val="center"/>
              <w:rPr>
                <w:b/>
                <w:color w:val="auto"/>
              </w:rPr>
            </w:pPr>
            <w:proofErr w:type="spellStart"/>
            <w:r w:rsidRPr="00C345FE">
              <w:rPr>
                <w:b/>
                <w:color w:val="auto"/>
                <w:sz w:val="24"/>
                <w:szCs w:val="24"/>
              </w:rPr>
              <w:t>郵局帳</w:t>
            </w:r>
            <w:proofErr w:type="spellEnd"/>
            <w:r>
              <w:rPr>
                <w:rFonts w:hint="eastAsia"/>
                <w:b/>
                <w:color w:val="auto"/>
                <w:sz w:val="24"/>
                <w:szCs w:val="24"/>
                <w:lang w:eastAsia="zh-TW"/>
              </w:rPr>
              <w:t>號</w:t>
            </w:r>
          </w:p>
        </w:tc>
        <w:tc>
          <w:tcPr>
            <w:tcW w:w="8788" w:type="dxa"/>
            <w:gridSpan w:val="6"/>
            <w:tcBorders>
              <w:bottom w:val="single" w:sz="6" w:space="0" w:color="auto"/>
            </w:tcBorders>
            <w:vAlign w:val="center"/>
          </w:tcPr>
          <w:p w14:paraId="6CDE11D8" w14:textId="582E4292" w:rsidR="00F85548" w:rsidRPr="00427121" w:rsidRDefault="005C38E8" w:rsidP="00864B89">
            <w:pPr>
              <w:spacing w:beforeLines="50" w:before="120"/>
              <w:rPr>
                <w:color w:val="auto"/>
                <w:lang w:eastAsia="zh-TW"/>
              </w:rPr>
            </w:pPr>
            <w:r w:rsidRPr="00A93C47">
              <w:rPr>
                <w:rFonts w:hint="eastAsia"/>
                <w:color w:val="auto"/>
                <w:sz w:val="24"/>
                <w:szCs w:val="24"/>
                <w:lang w:eastAsia="zh-TW"/>
              </w:rPr>
              <w:t>郵局：</w:t>
            </w:r>
            <w:r w:rsidRPr="00A93C47">
              <w:rPr>
                <w:rFonts w:hint="eastAsia"/>
                <w:color w:val="auto"/>
                <w:sz w:val="24"/>
                <w:szCs w:val="24"/>
                <w:u w:val="single"/>
                <w:lang w:eastAsia="zh-TW"/>
              </w:rPr>
              <w:t xml:space="preserve">       </w:t>
            </w:r>
            <w:r>
              <w:rPr>
                <w:rFonts w:hint="eastAsia"/>
                <w:color w:val="auto"/>
                <w:sz w:val="24"/>
                <w:szCs w:val="24"/>
                <w:u w:val="single"/>
                <w:lang w:eastAsia="zh-TW"/>
              </w:rPr>
              <w:t xml:space="preserve">   </w:t>
            </w:r>
            <w:r w:rsidRPr="00A93C47">
              <w:rPr>
                <w:rFonts w:hint="eastAsia"/>
                <w:color w:val="auto"/>
                <w:sz w:val="24"/>
                <w:szCs w:val="24"/>
                <w:u w:val="single"/>
                <w:lang w:eastAsia="zh-TW"/>
              </w:rPr>
              <w:t xml:space="preserve">  </w:t>
            </w:r>
            <w:r w:rsidRPr="00A93C47">
              <w:rPr>
                <w:rFonts w:hint="eastAsia"/>
                <w:color w:val="auto"/>
                <w:sz w:val="24"/>
                <w:szCs w:val="24"/>
                <w:lang w:eastAsia="zh-TW"/>
              </w:rPr>
              <w:t xml:space="preserve"> 郵局   局號/帳號： </w:t>
            </w:r>
            <w:r w:rsidRPr="00A93C47">
              <w:rPr>
                <w:rFonts w:hint="eastAsia"/>
                <w:color w:val="auto"/>
                <w:sz w:val="24"/>
                <w:szCs w:val="24"/>
                <w:u w:val="single"/>
                <w:lang w:eastAsia="zh-TW"/>
              </w:rPr>
              <w:t xml:space="preserve">       </w:t>
            </w:r>
            <w:r w:rsidRPr="00A93C47">
              <w:rPr>
                <w:color w:val="auto"/>
                <w:sz w:val="24"/>
                <w:szCs w:val="24"/>
                <w:u w:val="single"/>
                <w:lang w:eastAsia="zh-TW"/>
              </w:rPr>
              <w:t xml:space="preserve"> </w:t>
            </w:r>
            <w:r>
              <w:rPr>
                <w:rFonts w:hint="eastAsia"/>
                <w:color w:val="auto"/>
                <w:sz w:val="24"/>
                <w:szCs w:val="24"/>
                <w:u w:val="single"/>
                <w:lang w:eastAsia="zh-TW"/>
              </w:rPr>
              <w:t xml:space="preserve">               </w:t>
            </w:r>
            <w:r w:rsidRPr="00A93C47">
              <w:rPr>
                <w:color w:val="auto"/>
                <w:sz w:val="24"/>
                <w:szCs w:val="24"/>
                <w:u w:val="single"/>
                <w:lang w:eastAsia="zh-TW"/>
              </w:rPr>
              <w:t xml:space="preserve">  </w:t>
            </w:r>
            <w:r w:rsidRPr="00A93C47">
              <w:rPr>
                <w:rFonts w:hint="eastAsia"/>
                <w:color w:val="auto"/>
                <w:sz w:val="24"/>
                <w:szCs w:val="24"/>
                <w:u w:val="single"/>
                <w:lang w:eastAsia="zh-TW"/>
              </w:rPr>
              <w:t xml:space="preserve">    </w:t>
            </w:r>
            <w:r w:rsidRPr="009D22E8">
              <w:rPr>
                <w:color w:val="FFFFFF" w:themeColor="background1"/>
                <w:sz w:val="24"/>
                <w:szCs w:val="24"/>
                <w:lang w:eastAsia="zh-TW"/>
              </w:rPr>
              <w:t>.</w:t>
            </w:r>
            <w:r w:rsidR="00F85548" w:rsidRPr="00427121">
              <w:rPr>
                <w:color w:val="auto"/>
                <w:u w:val="single"/>
                <w:lang w:eastAsia="zh-TW"/>
              </w:rPr>
              <w:t xml:space="preserve">  </w:t>
            </w:r>
          </w:p>
        </w:tc>
      </w:tr>
      <w:tr w:rsidR="007E7C82" w:rsidRPr="00427121" w14:paraId="080DC8A1" w14:textId="77777777" w:rsidTr="00826C7B">
        <w:trPr>
          <w:trHeight w:val="800"/>
          <w:jc w:val="center"/>
        </w:trPr>
        <w:tc>
          <w:tcPr>
            <w:tcW w:w="562" w:type="dxa"/>
            <w:vMerge w:val="restart"/>
            <w:tcBorders>
              <w:top w:val="single" w:sz="6" w:space="0" w:color="auto"/>
              <w:bottom w:val="double" w:sz="4" w:space="0" w:color="auto"/>
            </w:tcBorders>
            <w:shd w:val="clear" w:color="auto" w:fill="F2F2F2" w:themeFill="background1" w:themeFillShade="F2"/>
            <w:textDirection w:val="tbRlV"/>
            <w:vAlign w:val="center"/>
          </w:tcPr>
          <w:p w14:paraId="5189C24C" w14:textId="77777777" w:rsidR="007E7C82" w:rsidRPr="00CA3BC5" w:rsidRDefault="007E7C82" w:rsidP="00864B89">
            <w:pPr>
              <w:ind w:left="113" w:right="113"/>
              <w:jc w:val="center"/>
              <w:rPr>
                <w:b/>
                <w:color w:val="auto"/>
              </w:rPr>
            </w:pPr>
            <w:proofErr w:type="spellStart"/>
            <w:r w:rsidRPr="00F0431C">
              <w:rPr>
                <w:rFonts w:hint="eastAsia"/>
                <w:b/>
                <w:color w:val="auto"/>
                <w:spacing w:val="885"/>
                <w:fitText w:val="3520" w:id="-386108158"/>
              </w:rPr>
              <w:t>申請資</w:t>
            </w:r>
            <w:r w:rsidRPr="00F0431C">
              <w:rPr>
                <w:rFonts w:hint="eastAsia"/>
                <w:b/>
                <w:color w:val="auto"/>
                <w:spacing w:val="2"/>
                <w:fitText w:val="3520" w:id="-386108158"/>
              </w:rPr>
              <w:t>料</w:t>
            </w:r>
            <w:proofErr w:type="spellEnd"/>
          </w:p>
        </w:tc>
        <w:tc>
          <w:tcPr>
            <w:tcW w:w="1408" w:type="dxa"/>
            <w:tcBorders>
              <w:top w:val="single" w:sz="6" w:space="0" w:color="auto"/>
              <w:bottom w:val="double" w:sz="4" w:space="0" w:color="auto"/>
            </w:tcBorders>
            <w:shd w:val="clear" w:color="auto" w:fill="F2F2F2" w:themeFill="background1" w:themeFillShade="F2"/>
            <w:vAlign w:val="center"/>
          </w:tcPr>
          <w:p w14:paraId="2CEFC9F5" w14:textId="77777777" w:rsidR="007E7C82" w:rsidRDefault="007E7C82" w:rsidP="003D6777">
            <w:pPr>
              <w:jc w:val="center"/>
              <w:rPr>
                <w:b/>
                <w:color w:val="auto"/>
                <w:lang w:eastAsia="zh-TW"/>
              </w:rPr>
            </w:pPr>
            <w:r w:rsidRPr="00CA3BC5">
              <w:rPr>
                <w:rFonts w:hint="eastAsia"/>
                <w:b/>
                <w:color w:val="auto"/>
                <w:lang w:eastAsia="zh-TW"/>
              </w:rPr>
              <w:t>競賽</w:t>
            </w:r>
            <w:r>
              <w:rPr>
                <w:rFonts w:hint="eastAsia"/>
                <w:b/>
                <w:color w:val="auto"/>
                <w:lang w:eastAsia="zh-TW"/>
              </w:rPr>
              <w:t>或</w:t>
            </w:r>
            <w:r w:rsidRPr="00CA3BC5">
              <w:rPr>
                <w:rFonts w:hint="eastAsia"/>
                <w:b/>
                <w:color w:val="auto"/>
                <w:lang w:eastAsia="zh-TW"/>
              </w:rPr>
              <w:t>學術</w:t>
            </w:r>
          </w:p>
          <w:p w14:paraId="06238882" w14:textId="77777777" w:rsidR="007E7C82" w:rsidRPr="00CA3BC5" w:rsidRDefault="007E7C82" w:rsidP="003D6777">
            <w:pPr>
              <w:jc w:val="center"/>
              <w:rPr>
                <w:b/>
                <w:color w:val="auto"/>
                <w:lang w:eastAsia="zh-TW"/>
              </w:rPr>
            </w:pPr>
            <w:r w:rsidRPr="00CA3BC5">
              <w:rPr>
                <w:rFonts w:hint="eastAsia"/>
                <w:b/>
                <w:color w:val="auto"/>
                <w:lang w:eastAsia="zh-TW"/>
              </w:rPr>
              <w:t>活動名稱</w:t>
            </w:r>
          </w:p>
        </w:tc>
        <w:tc>
          <w:tcPr>
            <w:tcW w:w="5528" w:type="dxa"/>
            <w:gridSpan w:val="4"/>
            <w:tcBorders>
              <w:top w:val="single" w:sz="6" w:space="0" w:color="auto"/>
              <w:bottom w:val="double" w:sz="4" w:space="0" w:color="auto"/>
            </w:tcBorders>
            <w:vAlign w:val="center"/>
          </w:tcPr>
          <w:p w14:paraId="1C38A82A" w14:textId="77777777" w:rsidR="007E7C82" w:rsidRPr="00F85548" w:rsidRDefault="007E7C82" w:rsidP="00160756">
            <w:pPr>
              <w:rPr>
                <w:color w:val="A6A6A6" w:themeColor="background1" w:themeShade="A6"/>
                <w:lang w:eastAsia="zh-TW"/>
              </w:rPr>
            </w:pPr>
            <w:r w:rsidRPr="00F85548">
              <w:rPr>
                <w:rFonts w:hint="eastAsia"/>
                <w:b/>
                <w:color w:val="A6A6A6" w:themeColor="background1" w:themeShade="A6"/>
                <w:lang w:eastAsia="zh-TW"/>
              </w:rPr>
              <w:t>(若有活動網址請提供)</w:t>
            </w:r>
          </w:p>
        </w:tc>
        <w:tc>
          <w:tcPr>
            <w:tcW w:w="1559" w:type="dxa"/>
            <w:tcBorders>
              <w:top w:val="single" w:sz="6" w:space="0" w:color="auto"/>
              <w:bottom w:val="double" w:sz="4" w:space="0" w:color="auto"/>
            </w:tcBorders>
            <w:shd w:val="clear" w:color="auto" w:fill="F2F2F2" w:themeFill="background1" w:themeFillShade="F2"/>
            <w:vAlign w:val="center"/>
          </w:tcPr>
          <w:p w14:paraId="17E824BB" w14:textId="2CEDFFBA" w:rsidR="007E7C82" w:rsidRPr="0080215E" w:rsidRDefault="007E7C82" w:rsidP="00C80D63">
            <w:pPr>
              <w:jc w:val="center"/>
              <w:rPr>
                <w:b/>
                <w:color w:val="A6A6A6" w:themeColor="background1" w:themeShade="A6"/>
                <w:lang w:eastAsia="zh-TW"/>
              </w:rPr>
            </w:pPr>
            <w:r w:rsidRPr="0080215E">
              <w:rPr>
                <w:rFonts w:hint="eastAsia"/>
                <w:b/>
                <w:color w:val="auto"/>
                <w:lang w:eastAsia="zh-TW"/>
              </w:rPr>
              <w:t>主辦單位</w:t>
            </w:r>
          </w:p>
        </w:tc>
        <w:tc>
          <w:tcPr>
            <w:tcW w:w="1701" w:type="dxa"/>
            <w:tcBorders>
              <w:top w:val="single" w:sz="6" w:space="0" w:color="auto"/>
              <w:bottom w:val="double" w:sz="4" w:space="0" w:color="auto"/>
            </w:tcBorders>
            <w:vAlign w:val="center"/>
          </w:tcPr>
          <w:p w14:paraId="3FD5CC5C" w14:textId="77777777" w:rsidR="007E7C82" w:rsidRPr="00F85548" w:rsidRDefault="007E7C82" w:rsidP="00160756">
            <w:pPr>
              <w:rPr>
                <w:color w:val="A6A6A6" w:themeColor="background1" w:themeShade="A6"/>
                <w:lang w:eastAsia="zh-TW"/>
              </w:rPr>
            </w:pPr>
          </w:p>
        </w:tc>
      </w:tr>
      <w:tr w:rsidR="007E7C82" w:rsidRPr="00427121" w14:paraId="49EA9285" w14:textId="77777777" w:rsidTr="001355A4">
        <w:trPr>
          <w:trHeight w:val="706"/>
          <w:jc w:val="center"/>
        </w:trPr>
        <w:tc>
          <w:tcPr>
            <w:tcW w:w="562" w:type="dxa"/>
            <w:vMerge/>
            <w:tcBorders>
              <w:top w:val="double" w:sz="4" w:space="0" w:color="auto"/>
            </w:tcBorders>
            <w:shd w:val="clear" w:color="auto" w:fill="F2F2F2" w:themeFill="background1" w:themeFillShade="F2"/>
            <w:vAlign w:val="center"/>
          </w:tcPr>
          <w:p w14:paraId="13D68ED9" w14:textId="77777777" w:rsidR="007E7C82" w:rsidRPr="00CA3BC5" w:rsidRDefault="007E7C82" w:rsidP="00160756">
            <w:pPr>
              <w:jc w:val="center"/>
              <w:rPr>
                <w:b/>
                <w:color w:val="auto"/>
                <w:lang w:eastAsia="zh-TW"/>
              </w:rPr>
            </w:pPr>
          </w:p>
        </w:tc>
        <w:tc>
          <w:tcPr>
            <w:tcW w:w="1408" w:type="dxa"/>
            <w:tcBorders>
              <w:top w:val="double" w:sz="4" w:space="0" w:color="auto"/>
            </w:tcBorders>
            <w:shd w:val="clear" w:color="auto" w:fill="F2F2F2" w:themeFill="background1" w:themeFillShade="F2"/>
            <w:vAlign w:val="center"/>
          </w:tcPr>
          <w:p w14:paraId="2932E3D0" w14:textId="77777777" w:rsidR="007E7C82" w:rsidRPr="00CA3BC5" w:rsidRDefault="007E7C82" w:rsidP="004E03E6">
            <w:pPr>
              <w:jc w:val="center"/>
              <w:rPr>
                <w:b/>
                <w:color w:val="auto"/>
              </w:rPr>
            </w:pPr>
            <w:proofErr w:type="spellStart"/>
            <w:r w:rsidRPr="00CA3BC5">
              <w:rPr>
                <w:rFonts w:hint="eastAsia"/>
                <w:b/>
                <w:color w:val="auto"/>
              </w:rPr>
              <w:t>作品名稱</w:t>
            </w:r>
            <w:proofErr w:type="spellEnd"/>
          </w:p>
        </w:tc>
        <w:tc>
          <w:tcPr>
            <w:tcW w:w="8788" w:type="dxa"/>
            <w:gridSpan w:val="6"/>
            <w:tcBorders>
              <w:top w:val="double" w:sz="4" w:space="0" w:color="auto"/>
            </w:tcBorders>
            <w:vAlign w:val="center"/>
          </w:tcPr>
          <w:p w14:paraId="205A7942" w14:textId="77777777" w:rsidR="007E7C82" w:rsidRPr="00427121" w:rsidRDefault="007E7C82" w:rsidP="00160756">
            <w:pPr>
              <w:rPr>
                <w:color w:val="auto"/>
              </w:rPr>
            </w:pPr>
          </w:p>
        </w:tc>
      </w:tr>
      <w:tr w:rsidR="007E7C82" w:rsidRPr="00427121" w14:paraId="18B7CA5E" w14:textId="77777777" w:rsidTr="001355A4">
        <w:trPr>
          <w:trHeight w:val="947"/>
          <w:jc w:val="center"/>
        </w:trPr>
        <w:tc>
          <w:tcPr>
            <w:tcW w:w="562" w:type="dxa"/>
            <w:vMerge/>
            <w:shd w:val="clear" w:color="auto" w:fill="F2F2F2" w:themeFill="background1" w:themeFillShade="F2"/>
            <w:vAlign w:val="center"/>
          </w:tcPr>
          <w:p w14:paraId="4703E556" w14:textId="77777777" w:rsidR="007E7C82" w:rsidRPr="00CA3BC5" w:rsidRDefault="007E7C82" w:rsidP="00160756">
            <w:pPr>
              <w:jc w:val="center"/>
              <w:rPr>
                <w:b/>
                <w:color w:val="auto"/>
              </w:rPr>
            </w:pPr>
          </w:p>
        </w:tc>
        <w:tc>
          <w:tcPr>
            <w:tcW w:w="1408" w:type="dxa"/>
            <w:shd w:val="clear" w:color="auto" w:fill="F2F2F2" w:themeFill="background1" w:themeFillShade="F2"/>
            <w:vAlign w:val="center"/>
          </w:tcPr>
          <w:p w14:paraId="7B81F918" w14:textId="77777777" w:rsidR="007E7C82" w:rsidRPr="00CA3BC5" w:rsidRDefault="007E7C82" w:rsidP="004E03E6">
            <w:pPr>
              <w:jc w:val="center"/>
              <w:rPr>
                <w:b/>
                <w:color w:val="auto"/>
              </w:rPr>
            </w:pPr>
            <w:proofErr w:type="spellStart"/>
            <w:r w:rsidRPr="00CA3BC5">
              <w:rPr>
                <w:rFonts w:hint="eastAsia"/>
                <w:b/>
                <w:color w:val="auto"/>
              </w:rPr>
              <w:t>參賽組別</w:t>
            </w:r>
            <w:proofErr w:type="spellEnd"/>
          </w:p>
        </w:tc>
        <w:tc>
          <w:tcPr>
            <w:tcW w:w="8788" w:type="dxa"/>
            <w:gridSpan w:val="6"/>
            <w:vAlign w:val="center"/>
          </w:tcPr>
          <w:p w14:paraId="443DFA4A" w14:textId="77777777" w:rsidR="007E7C82" w:rsidRPr="00427121" w:rsidRDefault="007E7C82" w:rsidP="00495E43">
            <w:pPr>
              <w:rPr>
                <w:color w:val="auto"/>
                <w:lang w:eastAsia="zh-TW"/>
              </w:rPr>
            </w:pPr>
            <w:r w:rsidRPr="00427121">
              <w:rPr>
                <w:rFonts w:hint="eastAsia"/>
                <w:color w:val="auto"/>
                <w:lang w:eastAsia="zh-TW"/>
              </w:rPr>
              <w:t xml:space="preserve">□個人(該項目總參與人數: </w:t>
            </w:r>
            <w:r w:rsidRPr="00427121">
              <w:rPr>
                <w:rFonts w:hint="eastAsia"/>
                <w:color w:val="auto"/>
                <w:u w:val="single"/>
                <w:lang w:eastAsia="zh-TW"/>
              </w:rPr>
              <w:t xml:space="preserve">  </w:t>
            </w:r>
            <w:r w:rsidR="00495E43">
              <w:rPr>
                <w:rFonts w:hint="eastAsia"/>
                <w:color w:val="auto"/>
                <w:u w:val="single"/>
                <w:lang w:eastAsia="zh-TW"/>
              </w:rPr>
              <w:t xml:space="preserve">  </w:t>
            </w:r>
            <w:r>
              <w:rPr>
                <w:rFonts w:hint="eastAsia"/>
                <w:color w:val="auto"/>
                <w:u w:val="single"/>
                <w:lang w:eastAsia="zh-TW"/>
              </w:rPr>
              <w:t xml:space="preserve">  </w:t>
            </w:r>
            <w:r w:rsidRPr="00427121">
              <w:rPr>
                <w:rFonts w:hint="eastAsia"/>
                <w:color w:val="auto"/>
                <w:u w:val="single"/>
                <w:lang w:eastAsia="zh-TW"/>
              </w:rPr>
              <w:t xml:space="preserve"> </w:t>
            </w:r>
            <w:r>
              <w:rPr>
                <w:rFonts w:hint="eastAsia"/>
                <w:color w:val="auto"/>
                <w:u w:val="single"/>
                <w:lang w:eastAsia="zh-TW"/>
              </w:rPr>
              <w:t xml:space="preserve"> </w:t>
            </w:r>
            <w:r w:rsidRPr="00427121">
              <w:rPr>
                <w:rFonts w:hint="eastAsia"/>
                <w:color w:val="auto"/>
                <w:u w:val="single"/>
                <w:lang w:eastAsia="zh-TW"/>
              </w:rPr>
              <w:t xml:space="preserve"> </w:t>
            </w:r>
            <w:r w:rsidRPr="00427121">
              <w:rPr>
                <w:rFonts w:hint="eastAsia"/>
                <w:color w:val="auto"/>
                <w:lang w:eastAsia="zh-TW"/>
              </w:rPr>
              <w:t xml:space="preserve">) </w:t>
            </w:r>
            <w:r>
              <w:rPr>
                <w:rFonts w:hint="eastAsia"/>
                <w:color w:val="auto"/>
                <w:lang w:eastAsia="zh-TW"/>
              </w:rPr>
              <w:t xml:space="preserve"> </w:t>
            </w:r>
            <w:r>
              <w:rPr>
                <w:color w:val="auto"/>
                <w:lang w:eastAsia="zh-TW"/>
              </w:rPr>
              <w:t xml:space="preserve">   </w:t>
            </w:r>
            <w:r>
              <w:rPr>
                <w:rFonts w:hint="eastAsia"/>
                <w:color w:val="auto"/>
                <w:lang w:eastAsia="zh-TW"/>
              </w:rPr>
              <w:t xml:space="preserve"> </w:t>
            </w:r>
            <w:r w:rsidRPr="00427121">
              <w:rPr>
                <w:rFonts w:hint="eastAsia"/>
                <w:color w:val="auto"/>
                <w:lang w:eastAsia="zh-TW"/>
              </w:rPr>
              <w:t xml:space="preserve"> □團體(該項目總參與組數: </w:t>
            </w:r>
            <w:r w:rsidRPr="00427121">
              <w:rPr>
                <w:rFonts w:hint="eastAsia"/>
                <w:color w:val="auto"/>
                <w:u w:val="single"/>
                <w:lang w:eastAsia="zh-TW"/>
              </w:rPr>
              <w:t xml:space="preserve">  </w:t>
            </w:r>
            <w:r>
              <w:rPr>
                <w:rFonts w:hint="eastAsia"/>
                <w:color w:val="auto"/>
                <w:u w:val="single"/>
                <w:lang w:eastAsia="zh-TW"/>
              </w:rPr>
              <w:t xml:space="preserve">  </w:t>
            </w:r>
            <w:r w:rsidRPr="00427121">
              <w:rPr>
                <w:rFonts w:hint="eastAsia"/>
                <w:color w:val="auto"/>
                <w:u w:val="single"/>
                <w:lang w:eastAsia="zh-TW"/>
              </w:rPr>
              <w:t xml:space="preserve">   </w:t>
            </w:r>
            <w:r w:rsidRPr="00427121">
              <w:rPr>
                <w:rFonts w:hint="eastAsia"/>
                <w:color w:val="auto"/>
                <w:lang w:eastAsia="zh-TW"/>
              </w:rPr>
              <w:t xml:space="preserve">)                              </w:t>
            </w:r>
          </w:p>
        </w:tc>
      </w:tr>
      <w:tr w:rsidR="00F0431C" w:rsidRPr="00427121" w14:paraId="543CE226" w14:textId="77777777" w:rsidTr="00826C7B">
        <w:trPr>
          <w:trHeight w:val="976"/>
          <w:jc w:val="center"/>
        </w:trPr>
        <w:tc>
          <w:tcPr>
            <w:tcW w:w="562" w:type="dxa"/>
            <w:vMerge/>
            <w:shd w:val="clear" w:color="auto" w:fill="F2F2F2" w:themeFill="background1" w:themeFillShade="F2"/>
            <w:vAlign w:val="center"/>
          </w:tcPr>
          <w:p w14:paraId="5DDB37B0" w14:textId="77777777" w:rsidR="00F0431C" w:rsidRPr="00CA3BC5" w:rsidRDefault="00F0431C" w:rsidP="00F0431C">
            <w:pPr>
              <w:jc w:val="center"/>
              <w:rPr>
                <w:b/>
                <w:color w:val="auto"/>
                <w:lang w:eastAsia="zh-TW"/>
              </w:rPr>
            </w:pPr>
          </w:p>
        </w:tc>
        <w:tc>
          <w:tcPr>
            <w:tcW w:w="1408" w:type="dxa"/>
            <w:shd w:val="clear" w:color="auto" w:fill="F2F2F2" w:themeFill="background1" w:themeFillShade="F2"/>
            <w:vAlign w:val="center"/>
          </w:tcPr>
          <w:p w14:paraId="3DF435FA" w14:textId="77777777" w:rsidR="00F0431C" w:rsidRPr="00CA3BC5" w:rsidRDefault="00F0431C" w:rsidP="00F0431C">
            <w:pPr>
              <w:jc w:val="center"/>
              <w:rPr>
                <w:b/>
                <w:color w:val="auto"/>
              </w:rPr>
            </w:pPr>
            <w:proofErr w:type="spellStart"/>
            <w:r w:rsidRPr="00CA3BC5">
              <w:rPr>
                <w:rFonts w:hint="eastAsia"/>
                <w:b/>
                <w:color w:val="auto"/>
              </w:rPr>
              <w:t>活動日期</w:t>
            </w:r>
            <w:proofErr w:type="spellEnd"/>
          </w:p>
        </w:tc>
        <w:tc>
          <w:tcPr>
            <w:tcW w:w="3544" w:type="dxa"/>
            <w:gridSpan w:val="3"/>
            <w:vAlign w:val="center"/>
          </w:tcPr>
          <w:p w14:paraId="5CC785E5" w14:textId="77777777" w:rsidR="00177800" w:rsidRDefault="00177800" w:rsidP="00177800">
            <w:pPr>
              <w:spacing w:beforeLines="50" w:before="120" w:afterLines="50" w:after="120"/>
              <w:jc w:val="center"/>
              <w:rPr>
                <w:szCs w:val="24"/>
              </w:rPr>
            </w:pPr>
            <w:r>
              <w:rPr>
                <w:rFonts w:hint="eastAsia"/>
                <w:szCs w:val="24"/>
                <w:lang w:eastAsia="zh-TW"/>
              </w:rPr>
              <w:t xml:space="preserve">　</w:t>
            </w:r>
            <w:r w:rsidR="00F0431C">
              <w:rPr>
                <w:rFonts w:hint="eastAsia"/>
                <w:szCs w:val="24"/>
                <w:lang w:eastAsia="zh-TW"/>
              </w:rPr>
              <w:t xml:space="preserve">  </w:t>
            </w:r>
            <w:r w:rsidR="00F0431C">
              <w:rPr>
                <w:szCs w:val="24"/>
              </w:rPr>
              <w:t xml:space="preserve">年  </w:t>
            </w:r>
            <w:r w:rsidR="00F0431C">
              <w:rPr>
                <w:rFonts w:hint="eastAsia"/>
                <w:szCs w:val="24"/>
                <w:lang w:eastAsia="zh-TW"/>
              </w:rPr>
              <w:t xml:space="preserve"> </w:t>
            </w:r>
            <w:r>
              <w:rPr>
                <w:rFonts w:hint="eastAsia"/>
                <w:szCs w:val="24"/>
                <w:lang w:eastAsia="zh-TW"/>
              </w:rPr>
              <w:t xml:space="preserve">　</w:t>
            </w:r>
            <w:r w:rsidR="00F0431C">
              <w:rPr>
                <w:szCs w:val="24"/>
              </w:rPr>
              <w:t>月</w:t>
            </w:r>
            <w:r w:rsidR="00F0431C">
              <w:rPr>
                <w:rFonts w:hint="eastAsia"/>
                <w:szCs w:val="24"/>
                <w:lang w:eastAsia="zh-TW"/>
              </w:rPr>
              <w:t xml:space="preserve"> </w:t>
            </w:r>
            <w:r w:rsidR="00F0431C">
              <w:rPr>
                <w:szCs w:val="24"/>
              </w:rPr>
              <w:t xml:space="preserve"> </w:t>
            </w:r>
            <w:r>
              <w:rPr>
                <w:rFonts w:hint="eastAsia"/>
                <w:szCs w:val="24"/>
                <w:lang w:eastAsia="zh-TW"/>
              </w:rPr>
              <w:t xml:space="preserve">　</w:t>
            </w:r>
            <w:r w:rsidR="00F0431C">
              <w:rPr>
                <w:szCs w:val="24"/>
              </w:rPr>
              <w:t xml:space="preserve"> 日 </w:t>
            </w:r>
            <w:r w:rsidR="00F0431C">
              <w:rPr>
                <w:rFonts w:hint="eastAsia"/>
                <w:szCs w:val="24"/>
                <w:lang w:eastAsia="zh-TW"/>
              </w:rPr>
              <w:t>～</w:t>
            </w:r>
            <w:r w:rsidR="00F0431C">
              <w:rPr>
                <w:szCs w:val="24"/>
              </w:rPr>
              <w:t xml:space="preserve"> </w:t>
            </w:r>
            <w:r w:rsidR="00F0431C">
              <w:rPr>
                <w:rFonts w:hint="eastAsia"/>
                <w:szCs w:val="24"/>
                <w:lang w:eastAsia="zh-TW"/>
              </w:rPr>
              <w:t xml:space="preserve"> </w:t>
            </w:r>
          </w:p>
          <w:p w14:paraId="6D68865E" w14:textId="77777777" w:rsidR="00F0431C" w:rsidRPr="00427121" w:rsidRDefault="00177800" w:rsidP="00177800">
            <w:pPr>
              <w:spacing w:beforeLines="50" w:before="120"/>
              <w:rPr>
                <w:color w:val="auto"/>
                <w:lang w:eastAsia="zh-TW"/>
              </w:rPr>
            </w:pPr>
            <w:r>
              <w:rPr>
                <w:rFonts w:hint="eastAsia"/>
                <w:szCs w:val="24"/>
                <w:lang w:eastAsia="zh-TW"/>
              </w:rPr>
              <w:t xml:space="preserve">　　　　</w:t>
            </w:r>
            <w:r w:rsidR="00F0431C">
              <w:rPr>
                <w:szCs w:val="24"/>
              </w:rPr>
              <w:t xml:space="preserve">年 </w:t>
            </w:r>
            <w:r w:rsidR="00F0431C">
              <w:rPr>
                <w:rFonts w:hint="eastAsia"/>
                <w:szCs w:val="24"/>
                <w:lang w:eastAsia="zh-TW"/>
              </w:rPr>
              <w:t xml:space="preserve"> </w:t>
            </w:r>
            <w:r>
              <w:rPr>
                <w:rFonts w:hint="eastAsia"/>
                <w:szCs w:val="24"/>
                <w:lang w:eastAsia="zh-TW"/>
              </w:rPr>
              <w:t xml:space="preserve">　</w:t>
            </w:r>
            <w:r w:rsidR="00F0431C">
              <w:rPr>
                <w:szCs w:val="24"/>
              </w:rPr>
              <w:t xml:space="preserve"> 月</w:t>
            </w:r>
            <w:r w:rsidR="00F0431C">
              <w:rPr>
                <w:rFonts w:hint="eastAsia"/>
                <w:szCs w:val="24"/>
                <w:lang w:eastAsia="zh-TW"/>
              </w:rPr>
              <w:t xml:space="preserve"> </w:t>
            </w:r>
            <w:r>
              <w:rPr>
                <w:rFonts w:hint="eastAsia"/>
                <w:szCs w:val="24"/>
                <w:lang w:eastAsia="zh-TW"/>
              </w:rPr>
              <w:t xml:space="preserve">　</w:t>
            </w:r>
            <w:r w:rsidR="00F0431C">
              <w:rPr>
                <w:szCs w:val="24"/>
              </w:rPr>
              <w:t xml:space="preserve">  日</w:t>
            </w:r>
          </w:p>
        </w:tc>
        <w:tc>
          <w:tcPr>
            <w:tcW w:w="1984" w:type="dxa"/>
            <w:tcBorders>
              <w:top w:val="single" w:sz="6" w:space="0" w:color="auto"/>
              <w:bottom w:val="single" w:sz="6" w:space="0" w:color="auto"/>
            </w:tcBorders>
            <w:shd w:val="clear" w:color="auto" w:fill="F2F2F2" w:themeFill="background1" w:themeFillShade="F2"/>
            <w:vAlign w:val="center"/>
          </w:tcPr>
          <w:p w14:paraId="5DF7BEBB" w14:textId="77777777" w:rsidR="00F0431C" w:rsidRPr="00F85548" w:rsidRDefault="00F0431C" w:rsidP="00F0431C">
            <w:pPr>
              <w:jc w:val="center"/>
              <w:rPr>
                <w:b/>
                <w:color w:val="auto"/>
                <w:lang w:eastAsia="zh-TW"/>
              </w:rPr>
            </w:pPr>
            <w:r w:rsidRPr="00F85548">
              <w:rPr>
                <w:rFonts w:hint="eastAsia"/>
                <w:b/>
                <w:color w:val="auto"/>
                <w:lang w:eastAsia="zh-TW"/>
              </w:rPr>
              <w:t>活動舉辦地點</w:t>
            </w:r>
          </w:p>
          <w:p w14:paraId="045CEC12" w14:textId="77777777" w:rsidR="00F0431C" w:rsidRPr="00427121" w:rsidRDefault="00F0431C" w:rsidP="00F0431C">
            <w:pPr>
              <w:jc w:val="center"/>
              <w:rPr>
                <w:color w:val="auto"/>
                <w:lang w:eastAsia="zh-TW"/>
              </w:rPr>
            </w:pPr>
            <w:r w:rsidRPr="00F85548">
              <w:rPr>
                <w:rFonts w:hint="eastAsia"/>
                <w:b/>
                <w:color w:val="auto"/>
                <w:lang w:eastAsia="zh-TW"/>
              </w:rPr>
              <w:t>(城市/國家)</w:t>
            </w:r>
          </w:p>
        </w:tc>
        <w:tc>
          <w:tcPr>
            <w:tcW w:w="3260" w:type="dxa"/>
            <w:gridSpan w:val="2"/>
            <w:tcBorders>
              <w:top w:val="single" w:sz="6" w:space="0" w:color="auto"/>
              <w:bottom w:val="single" w:sz="6" w:space="0" w:color="auto"/>
            </w:tcBorders>
            <w:vAlign w:val="center"/>
          </w:tcPr>
          <w:p w14:paraId="7BD923BC" w14:textId="77777777" w:rsidR="00F0431C" w:rsidRPr="00427121" w:rsidRDefault="00F0431C" w:rsidP="00F0431C">
            <w:pPr>
              <w:rPr>
                <w:color w:val="auto"/>
                <w:lang w:eastAsia="zh-TW"/>
              </w:rPr>
            </w:pPr>
          </w:p>
        </w:tc>
      </w:tr>
      <w:tr w:rsidR="00F0431C" w:rsidRPr="00427121" w14:paraId="310DFFDF" w14:textId="77777777" w:rsidTr="001355A4">
        <w:trPr>
          <w:trHeight w:val="1425"/>
          <w:jc w:val="center"/>
        </w:trPr>
        <w:tc>
          <w:tcPr>
            <w:tcW w:w="562" w:type="dxa"/>
            <w:vMerge/>
            <w:shd w:val="clear" w:color="auto" w:fill="F2F2F2" w:themeFill="background1" w:themeFillShade="F2"/>
            <w:vAlign w:val="center"/>
          </w:tcPr>
          <w:p w14:paraId="3EBCB993" w14:textId="77777777" w:rsidR="00F0431C" w:rsidRPr="00CA3BC5" w:rsidRDefault="00F0431C" w:rsidP="00F0431C">
            <w:pPr>
              <w:jc w:val="center"/>
              <w:rPr>
                <w:b/>
                <w:color w:val="auto"/>
                <w:lang w:eastAsia="zh-TW"/>
              </w:rPr>
            </w:pPr>
          </w:p>
        </w:tc>
        <w:tc>
          <w:tcPr>
            <w:tcW w:w="1408" w:type="dxa"/>
            <w:tcBorders>
              <w:bottom w:val="single" w:sz="6" w:space="0" w:color="auto"/>
            </w:tcBorders>
            <w:shd w:val="clear" w:color="auto" w:fill="F2F2F2" w:themeFill="background1" w:themeFillShade="F2"/>
            <w:vAlign w:val="center"/>
          </w:tcPr>
          <w:p w14:paraId="69281A36" w14:textId="77777777" w:rsidR="00F0431C" w:rsidRPr="00CA3BC5" w:rsidRDefault="00F0431C" w:rsidP="00F0431C">
            <w:pPr>
              <w:jc w:val="center"/>
              <w:rPr>
                <w:b/>
                <w:color w:val="auto"/>
              </w:rPr>
            </w:pPr>
            <w:r>
              <w:rPr>
                <w:rFonts w:hint="eastAsia"/>
                <w:b/>
                <w:color w:val="auto"/>
                <w:lang w:eastAsia="zh-TW"/>
              </w:rPr>
              <w:t>活動</w:t>
            </w:r>
            <w:proofErr w:type="spellStart"/>
            <w:r w:rsidRPr="00CA3BC5">
              <w:rPr>
                <w:rFonts w:hint="eastAsia"/>
                <w:b/>
                <w:color w:val="auto"/>
              </w:rPr>
              <w:t>屬性</w:t>
            </w:r>
            <w:proofErr w:type="spellEnd"/>
          </w:p>
        </w:tc>
        <w:tc>
          <w:tcPr>
            <w:tcW w:w="8788" w:type="dxa"/>
            <w:gridSpan w:val="6"/>
            <w:tcBorders>
              <w:bottom w:val="single" w:sz="6" w:space="0" w:color="auto"/>
            </w:tcBorders>
            <w:vAlign w:val="center"/>
          </w:tcPr>
          <w:p w14:paraId="42827357" w14:textId="77777777" w:rsidR="00F36395" w:rsidRDefault="00F0431C" w:rsidP="00F36395">
            <w:pPr>
              <w:spacing w:beforeLines="50" w:before="120"/>
              <w:rPr>
                <w:rFonts w:ascii="Times New Roman" w:hAnsi="Times New Roman" w:cs="Times New Roman"/>
                <w:color w:val="auto"/>
                <w:lang w:eastAsia="zh-TW"/>
              </w:rPr>
            </w:pPr>
            <w:r w:rsidRPr="00495E43">
              <w:rPr>
                <w:rFonts w:hint="eastAsia"/>
                <w:color w:val="auto"/>
                <w:lang w:eastAsia="zh-TW"/>
              </w:rPr>
              <w:t>□國際性:(國際性活動</w:t>
            </w:r>
            <w:r w:rsidR="00495E43" w:rsidRPr="00495E43">
              <w:rPr>
                <w:rFonts w:hint="eastAsia"/>
                <w:color w:val="auto"/>
                <w:lang w:eastAsia="zh-TW"/>
              </w:rPr>
              <w:t>參與者</w:t>
            </w:r>
            <w:r w:rsidRPr="00495E43">
              <w:rPr>
                <w:rFonts w:hint="eastAsia"/>
                <w:color w:val="auto"/>
                <w:lang w:eastAsia="zh-TW"/>
              </w:rPr>
              <w:t>至少三國</w:t>
            </w:r>
            <w:r w:rsidR="00495E43" w:rsidRPr="00495E43">
              <w:rPr>
                <w:rFonts w:hint="eastAsia"/>
                <w:color w:val="auto"/>
                <w:lang w:eastAsia="zh-TW"/>
              </w:rPr>
              <w:t>請列出</w:t>
            </w:r>
            <w:r w:rsidRPr="00495E43">
              <w:rPr>
                <w:color w:val="auto"/>
                <w:lang w:eastAsia="zh-TW"/>
              </w:rPr>
              <w:t>:___</w:t>
            </w:r>
            <w:r w:rsidR="00495E43" w:rsidRPr="00495E43">
              <w:rPr>
                <w:color w:val="auto"/>
                <w:lang w:eastAsia="zh-TW"/>
              </w:rPr>
              <w:t>_</w:t>
            </w:r>
            <w:r w:rsidRPr="00495E43">
              <w:rPr>
                <w:color w:val="auto"/>
                <w:lang w:eastAsia="zh-TW"/>
              </w:rPr>
              <w:t>_</w:t>
            </w:r>
            <w:r w:rsidR="00495E43" w:rsidRPr="00495E43">
              <w:rPr>
                <w:color w:val="auto"/>
                <w:lang w:eastAsia="zh-TW"/>
              </w:rPr>
              <w:t>_</w:t>
            </w:r>
            <w:r w:rsidRPr="00495E43">
              <w:rPr>
                <w:color w:val="auto"/>
                <w:lang w:eastAsia="zh-TW"/>
              </w:rPr>
              <w:t>__、_</w:t>
            </w:r>
            <w:r w:rsidR="00495E43" w:rsidRPr="00495E43">
              <w:rPr>
                <w:color w:val="auto"/>
                <w:lang w:eastAsia="zh-TW"/>
              </w:rPr>
              <w:t>__</w:t>
            </w:r>
            <w:r w:rsidRPr="00495E43">
              <w:rPr>
                <w:color w:val="auto"/>
                <w:lang w:eastAsia="zh-TW"/>
              </w:rPr>
              <w:t>_____、_</w:t>
            </w:r>
            <w:r w:rsidR="00495E43" w:rsidRPr="00495E43">
              <w:rPr>
                <w:color w:val="auto"/>
                <w:lang w:eastAsia="zh-TW"/>
              </w:rPr>
              <w:t>__</w:t>
            </w:r>
            <w:r w:rsidRPr="00495E43">
              <w:rPr>
                <w:color w:val="auto"/>
                <w:lang w:eastAsia="zh-TW"/>
              </w:rPr>
              <w:t>_____</w:t>
            </w:r>
            <w:r w:rsidRPr="00495E43">
              <w:rPr>
                <w:rFonts w:hint="eastAsia"/>
                <w:color w:val="auto"/>
                <w:lang w:eastAsia="zh-TW"/>
              </w:rPr>
              <w:t xml:space="preserve">) </w:t>
            </w:r>
            <w:r w:rsidRPr="00495E43">
              <w:rPr>
                <w:rFonts w:ascii="Times New Roman" w:hAnsi="Times New Roman" w:cs="Times New Roman" w:hint="eastAsia"/>
                <w:color w:val="auto"/>
                <w:lang w:eastAsia="zh-TW"/>
              </w:rPr>
              <w:t xml:space="preserve"> </w:t>
            </w:r>
          </w:p>
          <w:p w14:paraId="218FB5C3" w14:textId="77777777" w:rsidR="00495E43" w:rsidRPr="00F36395" w:rsidRDefault="00F0431C" w:rsidP="00F36395">
            <w:pPr>
              <w:spacing w:beforeLines="50" w:before="120"/>
              <w:rPr>
                <w:rFonts w:ascii="Times New Roman" w:hAnsi="Times New Roman" w:cs="Times New Roman"/>
                <w:color w:val="auto"/>
                <w:lang w:eastAsia="zh-TW"/>
              </w:rPr>
            </w:pPr>
            <w:r w:rsidRPr="00495E43">
              <w:rPr>
                <w:rFonts w:hint="eastAsia"/>
                <w:color w:val="auto"/>
                <w:lang w:eastAsia="zh-TW"/>
              </w:rPr>
              <w:t>□全國性或區域性</w:t>
            </w:r>
            <w:r w:rsidR="00495E43" w:rsidRPr="00495E43">
              <w:rPr>
                <w:color w:val="auto"/>
                <w:lang w:eastAsia="zh-TW"/>
              </w:rPr>
              <w:t>(參與者至少三校)</w:t>
            </w:r>
            <w:r w:rsidRPr="00495E43">
              <w:rPr>
                <w:rFonts w:hint="eastAsia"/>
                <w:color w:val="auto"/>
                <w:lang w:eastAsia="zh-TW"/>
              </w:rPr>
              <w:t xml:space="preserve">   </w:t>
            </w:r>
            <w:r w:rsidRPr="00495E43">
              <w:rPr>
                <w:color w:val="auto"/>
                <w:lang w:eastAsia="zh-TW"/>
              </w:rPr>
              <w:t xml:space="preserve">            </w:t>
            </w:r>
            <w:r w:rsidRPr="00495E43">
              <w:rPr>
                <w:rFonts w:hint="eastAsia"/>
                <w:color w:val="auto"/>
                <w:lang w:eastAsia="zh-TW"/>
              </w:rPr>
              <w:t xml:space="preserve"> </w:t>
            </w:r>
          </w:p>
          <w:p w14:paraId="213CB58F" w14:textId="77777777" w:rsidR="00F0431C" w:rsidRPr="00427121" w:rsidRDefault="00F0431C" w:rsidP="00177800">
            <w:pPr>
              <w:spacing w:beforeLines="50" w:before="120"/>
              <w:rPr>
                <w:color w:val="auto"/>
                <w:lang w:eastAsia="zh-TW"/>
              </w:rPr>
            </w:pPr>
            <w:r w:rsidRPr="00495E43">
              <w:rPr>
                <w:rFonts w:hint="eastAsia"/>
                <w:color w:val="auto"/>
                <w:lang w:eastAsia="zh-TW"/>
              </w:rPr>
              <w:t>□校級或院級</w:t>
            </w:r>
          </w:p>
        </w:tc>
      </w:tr>
      <w:tr w:rsidR="00F0431C" w:rsidRPr="00427121" w14:paraId="6F0E2890" w14:textId="77777777" w:rsidTr="001355A4">
        <w:trPr>
          <w:cantSplit/>
          <w:trHeight w:val="3601"/>
          <w:jc w:val="center"/>
        </w:trPr>
        <w:tc>
          <w:tcPr>
            <w:tcW w:w="562" w:type="dxa"/>
            <w:vMerge/>
            <w:shd w:val="clear" w:color="auto" w:fill="F2F2F2" w:themeFill="background1" w:themeFillShade="F2"/>
            <w:vAlign w:val="center"/>
          </w:tcPr>
          <w:p w14:paraId="011DEE73" w14:textId="77777777" w:rsidR="00F0431C" w:rsidRPr="00CA3BC5" w:rsidRDefault="00F0431C" w:rsidP="00F0431C">
            <w:pPr>
              <w:jc w:val="center"/>
              <w:rPr>
                <w:b/>
                <w:color w:val="auto"/>
                <w:lang w:eastAsia="zh-TW"/>
              </w:rPr>
            </w:pPr>
          </w:p>
        </w:tc>
        <w:tc>
          <w:tcPr>
            <w:tcW w:w="1408" w:type="dxa"/>
            <w:vMerge w:val="restart"/>
            <w:tcBorders>
              <w:top w:val="single" w:sz="6" w:space="0" w:color="auto"/>
              <w:bottom w:val="single" w:sz="6" w:space="0" w:color="auto"/>
            </w:tcBorders>
            <w:shd w:val="clear" w:color="auto" w:fill="F2F2F2" w:themeFill="background1" w:themeFillShade="F2"/>
            <w:vAlign w:val="center"/>
          </w:tcPr>
          <w:p w14:paraId="74515C7C" w14:textId="77777777" w:rsidR="00F0431C" w:rsidRPr="00CA3BC5" w:rsidRDefault="00F0431C" w:rsidP="00F0431C">
            <w:pPr>
              <w:jc w:val="center"/>
              <w:rPr>
                <w:b/>
                <w:color w:val="auto"/>
              </w:rPr>
            </w:pPr>
            <w:r>
              <w:rPr>
                <w:rFonts w:hint="eastAsia"/>
                <w:b/>
                <w:color w:val="auto"/>
                <w:lang w:eastAsia="zh-TW"/>
              </w:rPr>
              <w:t>申請</w:t>
            </w:r>
            <w:proofErr w:type="spellStart"/>
            <w:r w:rsidRPr="00CA3BC5">
              <w:rPr>
                <w:rFonts w:hint="eastAsia"/>
                <w:b/>
                <w:color w:val="auto"/>
              </w:rPr>
              <w:t>項目</w:t>
            </w:r>
            <w:proofErr w:type="spellEnd"/>
          </w:p>
        </w:tc>
        <w:tc>
          <w:tcPr>
            <w:tcW w:w="567" w:type="dxa"/>
            <w:tcBorders>
              <w:top w:val="single" w:sz="6" w:space="0" w:color="auto"/>
              <w:bottom w:val="single" w:sz="6" w:space="0" w:color="auto"/>
            </w:tcBorders>
            <w:shd w:val="clear" w:color="auto" w:fill="F2F2F2" w:themeFill="background1" w:themeFillShade="F2"/>
            <w:textDirection w:val="tbRlV"/>
            <w:vAlign w:val="center"/>
          </w:tcPr>
          <w:p w14:paraId="7055EF6A" w14:textId="77777777" w:rsidR="00F0431C" w:rsidRPr="00BA4F02" w:rsidRDefault="00D21493" w:rsidP="00D21493">
            <w:pPr>
              <w:ind w:left="113" w:right="113"/>
              <w:jc w:val="center"/>
              <w:rPr>
                <w:b/>
                <w:color w:val="auto"/>
                <w:lang w:eastAsia="zh-TW"/>
              </w:rPr>
            </w:pPr>
            <w:r w:rsidRPr="00495E43">
              <w:rPr>
                <w:rFonts w:hint="eastAsia"/>
                <w:b/>
                <w:color w:val="auto"/>
                <w:spacing w:val="180"/>
                <w:fitText w:val="2200" w:id="-386011390"/>
                <w:lang w:eastAsia="zh-TW"/>
              </w:rPr>
              <w:t>參賽費用補</w:t>
            </w:r>
            <w:r w:rsidRPr="00495E43">
              <w:rPr>
                <w:rFonts w:hint="eastAsia"/>
                <w:b/>
                <w:color w:val="auto"/>
                <w:spacing w:val="5"/>
                <w:fitText w:val="2200" w:id="-386011390"/>
                <w:lang w:eastAsia="zh-TW"/>
              </w:rPr>
              <w:t>助</w:t>
            </w:r>
          </w:p>
        </w:tc>
        <w:tc>
          <w:tcPr>
            <w:tcW w:w="8221" w:type="dxa"/>
            <w:gridSpan w:val="5"/>
            <w:tcBorders>
              <w:top w:val="single" w:sz="6" w:space="0" w:color="auto"/>
              <w:bottom w:val="single" w:sz="6" w:space="0" w:color="auto"/>
            </w:tcBorders>
            <w:vAlign w:val="center"/>
          </w:tcPr>
          <w:p w14:paraId="2BCEB051" w14:textId="553AE6AF" w:rsidR="00F0431C" w:rsidRPr="001724BC" w:rsidRDefault="00F0431C" w:rsidP="00362463">
            <w:pPr>
              <w:pStyle w:val="ae"/>
              <w:widowControl w:val="0"/>
              <w:numPr>
                <w:ilvl w:val="0"/>
                <w:numId w:val="18"/>
              </w:numPr>
              <w:snapToGrid w:val="0"/>
              <w:spacing w:beforeLines="50" w:before="120" w:line="240" w:lineRule="atLeast"/>
              <w:ind w:left="284" w:hanging="284"/>
              <w:jc w:val="both"/>
              <w:rPr>
                <w:color w:val="auto"/>
                <w:lang w:eastAsia="zh-TW"/>
              </w:rPr>
            </w:pPr>
            <w:r w:rsidRPr="00362463">
              <w:rPr>
                <w:rFonts w:hint="eastAsia"/>
                <w:color w:val="auto"/>
                <w:lang w:eastAsia="zh-TW"/>
              </w:rPr>
              <w:t>參加活動之必要費用或補助事由與金額:</w:t>
            </w:r>
            <w:r w:rsidRPr="001724BC">
              <w:rPr>
                <w:rFonts w:hint="eastAsia"/>
                <w:color w:val="FF0000"/>
                <w:lang w:eastAsia="zh-TW"/>
              </w:rPr>
              <w:t>(</w:t>
            </w:r>
            <w:r w:rsidR="001724BC">
              <w:rPr>
                <w:rFonts w:hint="eastAsia"/>
                <w:color w:val="FF0000"/>
                <w:lang w:eastAsia="zh-TW"/>
              </w:rPr>
              <w:t>申請</w:t>
            </w:r>
            <w:r w:rsidRPr="001724BC">
              <w:rPr>
                <w:rFonts w:hint="eastAsia"/>
                <w:color w:val="FF0000"/>
                <w:lang w:eastAsia="zh-TW"/>
              </w:rPr>
              <w:t>必要費用補助請</w:t>
            </w:r>
            <w:r w:rsidRPr="001724BC">
              <w:rPr>
                <w:rFonts w:ascii="Times New Roman" w:hAnsi="Times New Roman" w:cs="Times New Roman"/>
                <w:color w:val="FF0000"/>
                <w:lang w:eastAsia="zh-TW"/>
              </w:rPr>
              <w:t>檢附支出憑證單據</w:t>
            </w:r>
            <w:r w:rsidRPr="001724BC">
              <w:rPr>
                <w:rFonts w:ascii="Times New Roman" w:hAnsi="Times New Roman" w:cs="Times New Roman" w:hint="eastAsia"/>
                <w:color w:val="FF0000"/>
                <w:lang w:eastAsia="zh-TW"/>
              </w:rPr>
              <w:t>，</w:t>
            </w:r>
            <w:r w:rsidRPr="001724BC">
              <w:rPr>
                <w:rFonts w:hint="eastAsia"/>
                <w:color w:val="FF0000"/>
                <w:lang w:eastAsia="zh-TW"/>
              </w:rPr>
              <w:t>如報名費、註冊費、交通費或住宿費支出證明供參；必要費用若以每隊為單位收取，本獎助每隊最多補助一次)</w:t>
            </w:r>
            <w:r w:rsidRPr="001724BC">
              <w:rPr>
                <w:color w:val="FF0000"/>
                <w:lang w:eastAsia="zh-TW"/>
              </w:rPr>
              <w:t xml:space="preserve"> </w:t>
            </w:r>
          </w:p>
          <w:p w14:paraId="334EE22D" w14:textId="77777777" w:rsidR="00F0431C" w:rsidRPr="007E7C82" w:rsidRDefault="00F0431C" w:rsidP="00177800">
            <w:pPr>
              <w:spacing w:beforeLines="50" w:before="120" w:afterLines="50" w:after="120"/>
              <w:jc w:val="both"/>
              <w:rPr>
                <w:color w:val="auto"/>
                <w:lang w:eastAsia="zh-TW"/>
              </w:rPr>
            </w:pPr>
            <w:r>
              <w:rPr>
                <w:rFonts w:hint="eastAsia"/>
                <w:szCs w:val="24"/>
                <w:lang w:eastAsia="zh-TW"/>
              </w:rPr>
              <w:t xml:space="preserve">    </w:t>
            </w:r>
            <w:r w:rsidRPr="007E7C82">
              <w:rPr>
                <w:color w:val="auto"/>
                <w:szCs w:val="24"/>
                <w:lang w:eastAsia="zh-TW"/>
              </w:rPr>
              <w:t>□註冊費</w:t>
            </w:r>
            <w:r w:rsidRPr="007E7C82">
              <w:rPr>
                <w:rFonts w:hint="eastAsia"/>
                <w:color w:val="auto"/>
                <w:szCs w:val="24"/>
                <w:lang w:eastAsia="zh-TW"/>
              </w:rPr>
              <w:t>或報名費</w:t>
            </w:r>
            <w:r w:rsidR="0085659D">
              <w:rPr>
                <w:rFonts w:hint="eastAsia"/>
                <w:color w:val="auto"/>
                <w:szCs w:val="24"/>
                <w:lang w:eastAsia="zh-TW"/>
              </w:rPr>
              <w:t>：申請金額</w:t>
            </w:r>
            <w:r w:rsidR="0085659D" w:rsidRPr="007E7C82">
              <w:rPr>
                <w:color w:val="auto"/>
                <w:szCs w:val="24"/>
                <w:u w:val="single"/>
                <w:lang w:eastAsia="zh-TW"/>
              </w:rPr>
              <w:t xml:space="preserve">          </w:t>
            </w:r>
            <w:r w:rsidR="0085659D" w:rsidRPr="007E7C82">
              <w:rPr>
                <w:color w:val="auto"/>
                <w:szCs w:val="24"/>
                <w:lang w:eastAsia="zh-TW"/>
              </w:rPr>
              <w:t>元</w:t>
            </w:r>
            <w:r w:rsidR="0085659D">
              <w:rPr>
                <w:rFonts w:hint="eastAsia"/>
                <w:color w:val="auto"/>
                <w:szCs w:val="24"/>
                <w:lang w:eastAsia="zh-TW"/>
              </w:rPr>
              <w:t>/核定金額：</w:t>
            </w:r>
            <w:r w:rsidR="0085659D" w:rsidRPr="007E7C82">
              <w:rPr>
                <w:color w:val="auto"/>
                <w:szCs w:val="24"/>
                <w:u w:val="single"/>
                <w:lang w:eastAsia="zh-TW"/>
              </w:rPr>
              <w:t xml:space="preserve">        </w:t>
            </w:r>
            <w:r w:rsidR="0085659D">
              <w:rPr>
                <w:rFonts w:hint="eastAsia"/>
                <w:color w:val="auto"/>
                <w:szCs w:val="24"/>
                <w:u w:val="single"/>
                <w:lang w:eastAsia="zh-TW"/>
              </w:rPr>
              <w:t xml:space="preserve">  </w:t>
            </w:r>
            <w:r w:rsidR="0085659D" w:rsidRPr="0085659D">
              <w:rPr>
                <w:rFonts w:hint="eastAsia"/>
                <w:color w:val="808080" w:themeColor="background1" w:themeShade="80"/>
                <w:szCs w:val="24"/>
                <w:u w:val="single"/>
                <w:lang w:eastAsia="zh-TW"/>
              </w:rPr>
              <w:t>(免填)</w:t>
            </w:r>
            <w:r w:rsidR="0085659D" w:rsidRPr="007E7C82">
              <w:rPr>
                <w:color w:val="auto"/>
                <w:szCs w:val="24"/>
                <w:lang w:eastAsia="zh-TW"/>
              </w:rPr>
              <w:t>元</w:t>
            </w:r>
          </w:p>
          <w:p w14:paraId="7447AE83" w14:textId="77777777" w:rsidR="00F0431C" w:rsidRDefault="00F0431C" w:rsidP="00495E43">
            <w:pPr>
              <w:spacing w:beforeLines="50" w:before="120" w:afterLines="50" w:after="120"/>
              <w:rPr>
                <w:color w:val="auto"/>
                <w:szCs w:val="24"/>
                <w:lang w:eastAsia="zh-TW"/>
              </w:rPr>
            </w:pPr>
            <w:r w:rsidRPr="007E7C82">
              <w:rPr>
                <w:rFonts w:hint="eastAsia"/>
                <w:color w:val="auto"/>
                <w:szCs w:val="24"/>
                <w:lang w:eastAsia="zh-TW"/>
              </w:rPr>
              <w:t xml:space="preserve">    </w:t>
            </w:r>
            <w:r w:rsidRPr="007E7C82">
              <w:rPr>
                <w:color w:val="auto"/>
                <w:szCs w:val="24"/>
                <w:lang w:eastAsia="zh-TW"/>
              </w:rPr>
              <w:t>□交通費</w:t>
            </w:r>
            <w:r w:rsidR="0085659D">
              <w:rPr>
                <w:rFonts w:hint="eastAsia"/>
                <w:color w:val="auto"/>
                <w:szCs w:val="24"/>
                <w:lang w:eastAsia="zh-TW"/>
              </w:rPr>
              <w:t>：申請金額</w:t>
            </w:r>
            <w:r w:rsidR="0085659D" w:rsidRPr="007E7C82">
              <w:rPr>
                <w:color w:val="auto"/>
                <w:szCs w:val="24"/>
                <w:u w:val="single"/>
                <w:lang w:eastAsia="zh-TW"/>
              </w:rPr>
              <w:t xml:space="preserve">       </w:t>
            </w:r>
            <w:r w:rsidR="0085659D">
              <w:rPr>
                <w:rFonts w:hint="eastAsia"/>
                <w:color w:val="auto"/>
                <w:szCs w:val="24"/>
                <w:u w:val="single"/>
                <w:lang w:eastAsia="zh-TW"/>
              </w:rPr>
              <w:t xml:space="preserve">        </w:t>
            </w:r>
            <w:r w:rsidR="0085659D" w:rsidRPr="007E7C82">
              <w:rPr>
                <w:color w:val="auto"/>
                <w:szCs w:val="24"/>
                <w:u w:val="single"/>
                <w:lang w:eastAsia="zh-TW"/>
              </w:rPr>
              <w:t xml:space="preserve">   </w:t>
            </w:r>
            <w:r w:rsidR="0085659D" w:rsidRPr="007E7C82">
              <w:rPr>
                <w:color w:val="auto"/>
                <w:szCs w:val="24"/>
                <w:lang w:eastAsia="zh-TW"/>
              </w:rPr>
              <w:t>元</w:t>
            </w:r>
            <w:r w:rsidR="0085659D">
              <w:rPr>
                <w:rFonts w:hint="eastAsia"/>
                <w:color w:val="auto"/>
                <w:szCs w:val="24"/>
                <w:lang w:eastAsia="zh-TW"/>
              </w:rPr>
              <w:t>/核定金額：</w:t>
            </w:r>
            <w:r w:rsidR="0085659D" w:rsidRPr="007E7C82">
              <w:rPr>
                <w:color w:val="auto"/>
                <w:szCs w:val="24"/>
                <w:u w:val="single"/>
                <w:lang w:eastAsia="zh-TW"/>
              </w:rPr>
              <w:t xml:space="preserve">          </w:t>
            </w:r>
            <w:r w:rsidR="0085659D" w:rsidRPr="0085659D">
              <w:rPr>
                <w:rFonts w:hint="eastAsia"/>
                <w:color w:val="808080" w:themeColor="background1" w:themeShade="80"/>
                <w:szCs w:val="24"/>
                <w:u w:val="single"/>
                <w:lang w:eastAsia="zh-TW"/>
              </w:rPr>
              <w:t>(免填)</w:t>
            </w:r>
            <w:r w:rsidR="0085659D" w:rsidRPr="007E7C82">
              <w:rPr>
                <w:color w:val="auto"/>
                <w:szCs w:val="24"/>
                <w:lang w:eastAsia="zh-TW"/>
              </w:rPr>
              <w:t>元</w:t>
            </w:r>
            <w:r w:rsidRPr="007E7C82">
              <w:rPr>
                <w:color w:val="auto"/>
                <w:szCs w:val="24"/>
                <w:lang w:eastAsia="zh-TW"/>
              </w:rPr>
              <w:t xml:space="preserve">  </w:t>
            </w:r>
          </w:p>
          <w:p w14:paraId="7CFED371" w14:textId="77777777" w:rsidR="00F0431C" w:rsidRPr="007E7C82" w:rsidRDefault="00F0431C" w:rsidP="00177800">
            <w:pPr>
              <w:spacing w:beforeLines="100" w:before="240" w:afterLines="50" w:after="120"/>
              <w:rPr>
                <w:color w:val="auto"/>
                <w:lang w:eastAsia="zh-TW"/>
              </w:rPr>
            </w:pPr>
            <w:r w:rsidRPr="007E7C82">
              <w:rPr>
                <w:color w:val="auto"/>
                <w:szCs w:val="24"/>
                <w:lang w:eastAsia="zh-TW"/>
              </w:rPr>
              <w:t xml:space="preserve"> </w:t>
            </w:r>
            <w:r>
              <w:rPr>
                <w:rFonts w:hint="eastAsia"/>
                <w:color w:val="auto"/>
                <w:szCs w:val="24"/>
                <w:lang w:eastAsia="zh-TW"/>
              </w:rPr>
              <w:t xml:space="preserve">   </w:t>
            </w:r>
            <w:r w:rsidR="00642C71">
              <w:rPr>
                <w:rFonts w:hint="eastAsia"/>
                <w:color w:val="auto"/>
                <w:szCs w:val="24"/>
                <w:lang w:eastAsia="zh-TW"/>
              </w:rPr>
              <w:t xml:space="preserve">    </w:t>
            </w:r>
            <w:r w:rsidR="00495E43">
              <w:rPr>
                <w:rFonts w:hint="eastAsia"/>
                <w:color w:val="auto"/>
                <w:szCs w:val="24"/>
                <w:lang w:eastAsia="zh-TW"/>
              </w:rPr>
              <w:t xml:space="preserve">  </w:t>
            </w:r>
            <w:r w:rsidRPr="007E7C82">
              <w:rPr>
                <w:color w:val="auto"/>
                <w:szCs w:val="24"/>
                <w:lang w:eastAsia="zh-TW"/>
              </w:rPr>
              <w:t>往：</w:t>
            </w:r>
            <w:r w:rsidRPr="007E7C82">
              <w:rPr>
                <w:color w:val="auto"/>
                <w:szCs w:val="24"/>
                <w:u w:val="single"/>
                <w:lang w:eastAsia="zh-TW"/>
              </w:rPr>
              <w:t xml:space="preserve">             </w:t>
            </w:r>
            <w:r w:rsidRPr="007E7C82">
              <w:rPr>
                <w:rFonts w:ascii="Symbol" w:eastAsia="Symbol" w:hAnsi="Symbol" w:cs="Symbol"/>
                <w:color w:val="auto"/>
                <w:szCs w:val="24"/>
                <w:lang w:eastAsia="zh-TW"/>
              </w:rPr>
              <w:t></w:t>
            </w:r>
            <w:r w:rsidRPr="007E7C82">
              <w:rPr>
                <w:color w:val="auto"/>
                <w:szCs w:val="24"/>
                <w:lang w:eastAsia="zh-TW"/>
              </w:rPr>
              <w:t>國名、城市</w:t>
            </w:r>
            <w:r w:rsidRPr="007E7C82">
              <w:rPr>
                <w:rFonts w:ascii="Symbol" w:eastAsia="Symbol" w:hAnsi="Symbol" w:cs="Symbol"/>
                <w:color w:val="auto"/>
                <w:szCs w:val="24"/>
                <w:lang w:eastAsia="zh-TW"/>
              </w:rPr>
              <w:t></w:t>
            </w:r>
            <w:r w:rsidRPr="007E7C82">
              <w:rPr>
                <w:color w:val="auto"/>
                <w:szCs w:val="24"/>
                <w:lang w:eastAsia="zh-TW"/>
              </w:rPr>
              <w:t xml:space="preserve"> 至 </w:t>
            </w:r>
            <w:r w:rsidRPr="007E7C82">
              <w:rPr>
                <w:color w:val="auto"/>
                <w:szCs w:val="24"/>
                <w:u w:val="single"/>
                <w:lang w:eastAsia="zh-TW"/>
              </w:rPr>
              <w:t xml:space="preserve">              </w:t>
            </w:r>
            <w:r w:rsidRPr="007E7C82">
              <w:rPr>
                <w:rFonts w:ascii="Symbol" w:eastAsia="Symbol" w:hAnsi="Symbol" w:cs="Symbol"/>
                <w:color w:val="auto"/>
                <w:szCs w:val="24"/>
                <w:lang w:eastAsia="zh-TW"/>
              </w:rPr>
              <w:t></w:t>
            </w:r>
            <w:r w:rsidRPr="007E7C82">
              <w:rPr>
                <w:color w:val="auto"/>
                <w:szCs w:val="24"/>
                <w:lang w:eastAsia="zh-TW"/>
              </w:rPr>
              <w:t>國名、城市</w:t>
            </w:r>
            <w:r w:rsidRPr="007E7C82">
              <w:rPr>
                <w:rFonts w:ascii="Symbol" w:eastAsia="Symbol" w:hAnsi="Symbol" w:cs="Symbol"/>
                <w:color w:val="auto"/>
                <w:szCs w:val="24"/>
                <w:lang w:eastAsia="zh-TW"/>
              </w:rPr>
              <w:t></w:t>
            </w:r>
          </w:p>
          <w:p w14:paraId="57029FFE" w14:textId="77777777" w:rsidR="00F0431C" w:rsidRPr="007E7C82" w:rsidRDefault="00F0431C" w:rsidP="00495E43">
            <w:pPr>
              <w:spacing w:beforeLines="50" w:before="120" w:afterLines="50" w:after="120"/>
              <w:rPr>
                <w:color w:val="auto"/>
                <w:lang w:eastAsia="zh-TW"/>
              </w:rPr>
            </w:pPr>
            <w:r w:rsidRPr="007E7C82">
              <w:rPr>
                <w:color w:val="auto"/>
                <w:szCs w:val="24"/>
                <w:lang w:eastAsia="zh-TW"/>
              </w:rPr>
              <w:t xml:space="preserve">   </w:t>
            </w:r>
            <w:r>
              <w:rPr>
                <w:rFonts w:hint="eastAsia"/>
                <w:color w:val="auto"/>
                <w:szCs w:val="24"/>
                <w:lang w:eastAsia="zh-TW"/>
              </w:rPr>
              <w:t xml:space="preserve"> </w:t>
            </w:r>
            <w:r w:rsidR="00642C71">
              <w:rPr>
                <w:rFonts w:hint="eastAsia"/>
                <w:color w:val="auto"/>
                <w:szCs w:val="24"/>
                <w:lang w:eastAsia="zh-TW"/>
              </w:rPr>
              <w:t xml:space="preserve">    </w:t>
            </w:r>
            <w:r w:rsidR="00495E43">
              <w:rPr>
                <w:rFonts w:hint="eastAsia"/>
                <w:color w:val="auto"/>
                <w:szCs w:val="24"/>
                <w:lang w:eastAsia="zh-TW"/>
              </w:rPr>
              <w:t xml:space="preserve">  </w:t>
            </w:r>
            <w:r w:rsidRPr="007E7C82">
              <w:rPr>
                <w:color w:val="auto"/>
                <w:szCs w:val="24"/>
                <w:lang w:eastAsia="zh-TW"/>
              </w:rPr>
              <w:t>返：</w:t>
            </w:r>
            <w:r w:rsidRPr="007E7C82">
              <w:rPr>
                <w:color w:val="auto"/>
                <w:szCs w:val="24"/>
                <w:u w:val="single"/>
                <w:lang w:eastAsia="zh-TW"/>
              </w:rPr>
              <w:t xml:space="preserve">             </w:t>
            </w:r>
            <w:r w:rsidRPr="007E7C82">
              <w:rPr>
                <w:rFonts w:ascii="Symbol" w:eastAsia="Symbol" w:hAnsi="Symbol" w:cs="Symbol"/>
                <w:color w:val="auto"/>
                <w:szCs w:val="24"/>
                <w:lang w:eastAsia="zh-TW"/>
              </w:rPr>
              <w:t></w:t>
            </w:r>
            <w:r w:rsidRPr="007E7C82">
              <w:rPr>
                <w:color w:val="auto"/>
                <w:szCs w:val="24"/>
                <w:lang w:eastAsia="zh-TW"/>
              </w:rPr>
              <w:t>國名、城市</w:t>
            </w:r>
            <w:r w:rsidRPr="007E7C82">
              <w:rPr>
                <w:rFonts w:ascii="Symbol" w:eastAsia="Symbol" w:hAnsi="Symbol" w:cs="Symbol"/>
                <w:color w:val="auto"/>
                <w:szCs w:val="24"/>
                <w:lang w:eastAsia="zh-TW"/>
              </w:rPr>
              <w:t></w:t>
            </w:r>
            <w:r w:rsidRPr="007E7C82">
              <w:rPr>
                <w:color w:val="auto"/>
                <w:szCs w:val="24"/>
                <w:lang w:eastAsia="zh-TW"/>
              </w:rPr>
              <w:t xml:space="preserve"> 至 </w:t>
            </w:r>
            <w:r w:rsidRPr="007E7C82">
              <w:rPr>
                <w:color w:val="auto"/>
                <w:szCs w:val="24"/>
                <w:u w:val="single"/>
                <w:lang w:eastAsia="zh-TW"/>
              </w:rPr>
              <w:t xml:space="preserve">              </w:t>
            </w:r>
            <w:r w:rsidRPr="007E7C82">
              <w:rPr>
                <w:rFonts w:ascii="Symbol" w:eastAsia="Symbol" w:hAnsi="Symbol" w:cs="Symbol"/>
                <w:color w:val="auto"/>
                <w:szCs w:val="24"/>
                <w:lang w:eastAsia="zh-TW"/>
              </w:rPr>
              <w:t></w:t>
            </w:r>
            <w:r w:rsidRPr="007E7C82">
              <w:rPr>
                <w:color w:val="auto"/>
                <w:szCs w:val="24"/>
                <w:lang w:eastAsia="zh-TW"/>
              </w:rPr>
              <w:t>國名、城市</w:t>
            </w:r>
            <w:r w:rsidRPr="007E7C82">
              <w:rPr>
                <w:rFonts w:ascii="Symbol" w:eastAsia="Symbol" w:hAnsi="Symbol" w:cs="Symbol"/>
                <w:color w:val="auto"/>
                <w:szCs w:val="24"/>
                <w:lang w:eastAsia="zh-TW"/>
              </w:rPr>
              <w:t></w:t>
            </w:r>
          </w:p>
          <w:p w14:paraId="1AC0BC8D" w14:textId="77777777" w:rsidR="00F0431C" w:rsidRPr="00432258" w:rsidRDefault="00F0431C" w:rsidP="00177800">
            <w:pPr>
              <w:spacing w:beforeLines="100" w:before="240" w:afterLines="50" w:after="120"/>
              <w:jc w:val="both"/>
              <w:rPr>
                <w:color w:val="auto"/>
                <w:lang w:eastAsia="zh-TW"/>
              </w:rPr>
            </w:pPr>
            <w:r w:rsidRPr="007E7C82">
              <w:rPr>
                <w:rFonts w:hint="eastAsia"/>
                <w:color w:val="auto"/>
                <w:szCs w:val="24"/>
                <w:lang w:eastAsia="zh-TW"/>
              </w:rPr>
              <w:t xml:space="preserve">    </w:t>
            </w:r>
            <w:r w:rsidRPr="007E7C82">
              <w:rPr>
                <w:color w:val="auto"/>
                <w:szCs w:val="24"/>
                <w:lang w:eastAsia="zh-TW"/>
              </w:rPr>
              <w:t>□</w:t>
            </w:r>
            <w:r>
              <w:rPr>
                <w:rFonts w:hint="eastAsia"/>
                <w:color w:val="auto"/>
                <w:szCs w:val="24"/>
                <w:lang w:eastAsia="zh-TW"/>
              </w:rPr>
              <w:t>活動期間</w:t>
            </w:r>
            <w:r w:rsidRPr="007E7C82">
              <w:rPr>
                <w:color w:val="auto"/>
                <w:szCs w:val="24"/>
                <w:lang w:eastAsia="zh-TW"/>
              </w:rPr>
              <w:t>住宿費</w:t>
            </w:r>
            <w:r w:rsidR="0085659D">
              <w:rPr>
                <w:rFonts w:hint="eastAsia"/>
                <w:color w:val="auto"/>
                <w:szCs w:val="24"/>
                <w:lang w:eastAsia="zh-TW"/>
              </w:rPr>
              <w:t>：申請金額</w:t>
            </w:r>
            <w:r w:rsidR="0085659D" w:rsidRPr="007E7C82">
              <w:rPr>
                <w:color w:val="auto"/>
                <w:szCs w:val="24"/>
                <w:u w:val="single"/>
                <w:lang w:eastAsia="zh-TW"/>
              </w:rPr>
              <w:t xml:space="preserve">          </w:t>
            </w:r>
            <w:r w:rsidR="0085659D" w:rsidRPr="007E7C82">
              <w:rPr>
                <w:color w:val="auto"/>
                <w:szCs w:val="24"/>
                <w:lang w:eastAsia="zh-TW"/>
              </w:rPr>
              <w:t>元</w:t>
            </w:r>
            <w:r w:rsidR="0085659D">
              <w:rPr>
                <w:rFonts w:hint="eastAsia"/>
                <w:color w:val="auto"/>
                <w:szCs w:val="24"/>
                <w:lang w:eastAsia="zh-TW"/>
              </w:rPr>
              <w:t>/核定金額：</w:t>
            </w:r>
            <w:r w:rsidR="0085659D" w:rsidRPr="007E7C82">
              <w:rPr>
                <w:color w:val="auto"/>
                <w:szCs w:val="24"/>
                <w:u w:val="single"/>
                <w:lang w:eastAsia="zh-TW"/>
              </w:rPr>
              <w:t xml:space="preserve">         </w:t>
            </w:r>
            <w:r w:rsidR="0085659D">
              <w:rPr>
                <w:rFonts w:hint="eastAsia"/>
                <w:color w:val="auto"/>
                <w:szCs w:val="24"/>
                <w:u w:val="single"/>
                <w:lang w:eastAsia="zh-TW"/>
              </w:rPr>
              <w:t xml:space="preserve"> </w:t>
            </w:r>
            <w:r w:rsidR="0085659D" w:rsidRPr="0085659D">
              <w:rPr>
                <w:rFonts w:hint="eastAsia"/>
                <w:color w:val="808080" w:themeColor="background1" w:themeShade="80"/>
                <w:szCs w:val="24"/>
                <w:u w:val="single"/>
                <w:lang w:eastAsia="zh-TW"/>
              </w:rPr>
              <w:t>(免填)</w:t>
            </w:r>
            <w:r w:rsidR="0085659D" w:rsidRPr="007E7C82">
              <w:rPr>
                <w:color w:val="auto"/>
                <w:szCs w:val="24"/>
                <w:lang w:eastAsia="zh-TW"/>
              </w:rPr>
              <w:t>元</w:t>
            </w:r>
          </w:p>
        </w:tc>
      </w:tr>
      <w:tr w:rsidR="00F0431C" w:rsidRPr="00427121" w14:paraId="688448FF" w14:textId="77777777" w:rsidTr="001355A4">
        <w:trPr>
          <w:cantSplit/>
          <w:trHeight w:val="2008"/>
          <w:jc w:val="center"/>
        </w:trPr>
        <w:tc>
          <w:tcPr>
            <w:tcW w:w="562" w:type="dxa"/>
            <w:vMerge/>
            <w:shd w:val="clear" w:color="auto" w:fill="F2F2F2" w:themeFill="background1" w:themeFillShade="F2"/>
            <w:vAlign w:val="center"/>
          </w:tcPr>
          <w:p w14:paraId="0D371720" w14:textId="77777777" w:rsidR="00F0431C" w:rsidRPr="00CA3BC5" w:rsidRDefault="00F0431C" w:rsidP="00F0431C">
            <w:pPr>
              <w:jc w:val="center"/>
              <w:rPr>
                <w:b/>
                <w:color w:val="auto"/>
                <w:lang w:eastAsia="zh-TW"/>
              </w:rPr>
            </w:pPr>
          </w:p>
        </w:tc>
        <w:tc>
          <w:tcPr>
            <w:tcW w:w="1408" w:type="dxa"/>
            <w:vMerge/>
            <w:tcBorders>
              <w:top w:val="single" w:sz="6" w:space="0" w:color="auto"/>
              <w:bottom w:val="double" w:sz="4" w:space="0" w:color="auto"/>
            </w:tcBorders>
            <w:shd w:val="clear" w:color="auto" w:fill="F2F2F2" w:themeFill="background1" w:themeFillShade="F2"/>
            <w:vAlign w:val="center"/>
          </w:tcPr>
          <w:p w14:paraId="157ECF04" w14:textId="77777777" w:rsidR="00F0431C" w:rsidRDefault="00F0431C" w:rsidP="00F0431C">
            <w:pPr>
              <w:jc w:val="center"/>
              <w:rPr>
                <w:b/>
                <w:color w:val="auto"/>
                <w:lang w:eastAsia="zh-TW"/>
              </w:rPr>
            </w:pPr>
          </w:p>
        </w:tc>
        <w:tc>
          <w:tcPr>
            <w:tcW w:w="567" w:type="dxa"/>
            <w:tcBorders>
              <w:top w:val="single" w:sz="6" w:space="0" w:color="auto"/>
              <w:bottom w:val="double" w:sz="4" w:space="0" w:color="auto"/>
            </w:tcBorders>
            <w:shd w:val="clear" w:color="auto" w:fill="F2F2F2" w:themeFill="background1" w:themeFillShade="F2"/>
            <w:textDirection w:val="tbRlV"/>
            <w:vAlign w:val="center"/>
          </w:tcPr>
          <w:p w14:paraId="3CD87C42" w14:textId="77777777" w:rsidR="00F0431C" w:rsidRPr="00BA4F02" w:rsidRDefault="00F0431C" w:rsidP="00F0431C">
            <w:pPr>
              <w:widowControl w:val="0"/>
              <w:snapToGrid w:val="0"/>
              <w:spacing w:line="240" w:lineRule="atLeast"/>
              <w:ind w:left="261" w:right="113" w:hangingChars="100" w:hanging="261"/>
              <w:jc w:val="center"/>
              <w:rPr>
                <w:b/>
                <w:color w:val="auto"/>
                <w:lang w:eastAsia="zh-TW"/>
              </w:rPr>
            </w:pPr>
            <w:r w:rsidRPr="00F36395">
              <w:rPr>
                <w:rFonts w:hint="eastAsia"/>
                <w:b/>
                <w:color w:val="auto"/>
                <w:spacing w:val="41"/>
                <w:fitText w:val="1760" w:id="-386008320"/>
                <w:lang w:eastAsia="zh-TW"/>
              </w:rPr>
              <w:t>獲獎或發表獎</w:t>
            </w:r>
            <w:r w:rsidRPr="00F36395">
              <w:rPr>
                <w:rFonts w:hint="eastAsia"/>
                <w:b/>
                <w:color w:val="auto"/>
                <w:spacing w:val="3"/>
                <w:fitText w:val="1760" w:id="-386008320"/>
                <w:lang w:eastAsia="zh-TW"/>
              </w:rPr>
              <w:t>勵</w:t>
            </w:r>
          </w:p>
        </w:tc>
        <w:tc>
          <w:tcPr>
            <w:tcW w:w="8221" w:type="dxa"/>
            <w:gridSpan w:val="5"/>
            <w:tcBorders>
              <w:top w:val="single" w:sz="6" w:space="0" w:color="auto"/>
              <w:bottom w:val="double" w:sz="4" w:space="0" w:color="auto"/>
            </w:tcBorders>
            <w:vAlign w:val="center"/>
          </w:tcPr>
          <w:p w14:paraId="5823C578" w14:textId="5F529B24" w:rsidR="00F0431C" w:rsidRPr="00F0431C" w:rsidRDefault="00F0431C" w:rsidP="00F2022A">
            <w:pPr>
              <w:spacing w:afterLines="100" w:after="240"/>
              <w:rPr>
                <w:color w:val="auto"/>
                <w:u w:val="single"/>
                <w:lang w:eastAsia="zh-TW"/>
              </w:rPr>
            </w:pPr>
            <w:r w:rsidRPr="00432258">
              <w:rPr>
                <w:rFonts w:hint="eastAsia"/>
                <w:color w:val="auto"/>
                <w:lang w:eastAsia="zh-TW"/>
              </w:rPr>
              <w:t>□參加競賽獲獎獎勵</w:t>
            </w:r>
            <w:r>
              <w:rPr>
                <w:color w:val="auto"/>
                <w:lang w:eastAsia="zh-TW"/>
              </w:rPr>
              <w:t>(</w:t>
            </w:r>
            <w:r>
              <w:rPr>
                <w:rFonts w:hint="eastAsia"/>
                <w:color w:val="auto"/>
                <w:lang w:eastAsia="zh-TW"/>
              </w:rPr>
              <w:t>榮獲獎項：</w:t>
            </w:r>
            <w:r w:rsidRPr="00F0431C">
              <w:rPr>
                <w:rFonts w:hint="eastAsia"/>
                <w:color w:val="auto"/>
                <w:u w:val="single"/>
                <w:lang w:eastAsia="zh-TW"/>
              </w:rPr>
              <w:t xml:space="preserve"> </w:t>
            </w:r>
            <w:r>
              <w:rPr>
                <w:rFonts w:hint="eastAsia"/>
                <w:color w:val="auto"/>
                <w:u w:val="single"/>
                <w:lang w:eastAsia="zh-TW"/>
              </w:rPr>
              <w:t xml:space="preserve">      </w:t>
            </w:r>
            <w:r w:rsidR="004B4063">
              <w:rPr>
                <w:color w:val="auto"/>
                <w:u w:val="single"/>
                <w:lang w:eastAsia="zh-TW"/>
              </w:rPr>
              <w:t xml:space="preserve"> </w:t>
            </w:r>
            <w:r w:rsidR="00D2199F">
              <w:rPr>
                <w:rFonts w:hint="eastAsia"/>
                <w:color w:val="auto"/>
                <w:u w:val="single"/>
                <w:lang w:eastAsia="zh-TW"/>
              </w:rPr>
              <w:t xml:space="preserve"> </w:t>
            </w:r>
            <w:r>
              <w:rPr>
                <w:rFonts w:hint="eastAsia"/>
                <w:color w:val="auto"/>
                <w:u w:val="single"/>
                <w:lang w:eastAsia="zh-TW"/>
              </w:rPr>
              <w:t xml:space="preserve">    </w:t>
            </w:r>
            <w:r w:rsidRPr="00F0431C">
              <w:rPr>
                <w:rFonts w:hint="eastAsia"/>
                <w:color w:val="auto"/>
                <w:lang w:eastAsia="zh-TW"/>
              </w:rPr>
              <w:t>)</w:t>
            </w:r>
            <w:r w:rsidR="004B4063">
              <w:rPr>
                <w:rFonts w:hint="eastAsia"/>
                <w:color w:val="auto"/>
                <w:lang w:eastAsia="zh-TW"/>
              </w:rPr>
              <w:t>－</w:t>
            </w:r>
            <w:r w:rsidR="004B4063">
              <w:rPr>
                <w:rFonts w:hint="eastAsia"/>
                <w:color w:val="auto"/>
                <w:szCs w:val="24"/>
                <w:lang w:eastAsia="zh-TW"/>
              </w:rPr>
              <w:t>核定金額：</w:t>
            </w:r>
            <w:r w:rsidR="004B4063" w:rsidRPr="007E7C82">
              <w:rPr>
                <w:color w:val="auto"/>
                <w:szCs w:val="24"/>
                <w:u w:val="single"/>
                <w:lang w:eastAsia="zh-TW"/>
              </w:rPr>
              <w:t xml:space="preserve">       </w:t>
            </w:r>
            <w:r w:rsidR="004B4063">
              <w:rPr>
                <w:rFonts w:hint="eastAsia"/>
                <w:color w:val="auto"/>
                <w:szCs w:val="24"/>
                <w:u w:val="single"/>
                <w:lang w:eastAsia="zh-TW"/>
              </w:rPr>
              <w:t xml:space="preserve"> </w:t>
            </w:r>
            <w:r w:rsidR="004B4063" w:rsidRPr="0085659D">
              <w:rPr>
                <w:rFonts w:hint="eastAsia"/>
                <w:color w:val="808080" w:themeColor="background1" w:themeShade="80"/>
                <w:szCs w:val="24"/>
                <w:u w:val="single"/>
                <w:lang w:eastAsia="zh-TW"/>
              </w:rPr>
              <w:t>(免填)</w:t>
            </w:r>
            <w:r w:rsidR="004B4063" w:rsidRPr="007E7C82">
              <w:rPr>
                <w:color w:val="auto"/>
                <w:szCs w:val="24"/>
                <w:lang w:eastAsia="zh-TW"/>
              </w:rPr>
              <w:t>元</w:t>
            </w:r>
          </w:p>
          <w:p w14:paraId="6F5B7019" w14:textId="77777777" w:rsidR="00F0431C" w:rsidRDefault="00F0431C" w:rsidP="00F0431C">
            <w:pPr>
              <w:spacing w:beforeLines="100" w:before="240" w:afterLines="100" w:after="240"/>
              <w:rPr>
                <w:color w:val="auto"/>
                <w:lang w:eastAsia="zh-TW"/>
              </w:rPr>
            </w:pPr>
            <w:r w:rsidRPr="00432258">
              <w:rPr>
                <w:rFonts w:hint="eastAsia"/>
                <w:color w:val="auto"/>
                <w:lang w:eastAsia="zh-TW"/>
              </w:rPr>
              <w:t>□論文經審查通過發表獎勵</w:t>
            </w:r>
            <w:r w:rsidR="004B4063">
              <w:rPr>
                <w:rFonts w:hint="eastAsia"/>
                <w:color w:val="auto"/>
                <w:lang w:eastAsia="zh-TW"/>
              </w:rPr>
              <w:t>－</w:t>
            </w:r>
            <w:r w:rsidR="004B4063">
              <w:rPr>
                <w:rFonts w:hint="eastAsia"/>
                <w:color w:val="auto"/>
                <w:szCs w:val="24"/>
                <w:lang w:eastAsia="zh-TW"/>
              </w:rPr>
              <w:t>核定金額：</w:t>
            </w:r>
            <w:r w:rsidR="004B4063" w:rsidRPr="007E7C82">
              <w:rPr>
                <w:color w:val="auto"/>
                <w:szCs w:val="24"/>
                <w:u w:val="single"/>
                <w:lang w:eastAsia="zh-TW"/>
              </w:rPr>
              <w:t xml:space="preserve">   </w:t>
            </w:r>
            <w:r w:rsidR="004B4063">
              <w:rPr>
                <w:rFonts w:hint="eastAsia"/>
                <w:color w:val="auto"/>
                <w:szCs w:val="24"/>
                <w:u w:val="single"/>
                <w:lang w:eastAsia="zh-TW"/>
              </w:rPr>
              <w:t xml:space="preserve">　</w:t>
            </w:r>
            <w:r w:rsidR="004B4063" w:rsidRPr="007E7C82">
              <w:rPr>
                <w:color w:val="auto"/>
                <w:szCs w:val="24"/>
                <w:u w:val="single"/>
                <w:lang w:eastAsia="zh-TW"/>
              </w:rPr>
              <w:t xml:space="preserve"> </w:t>
            </w:r>
            <w:r w:rsidR="004B4063">
              <w:rPr>
                <w:rFonts w:hint="eastAsia"/>
                <w:color w:val="auto"/>
                <w:szCs w:val="24"/>
                <w:u w:val="single"/>
                <w:lang w:eastAsia="zh-TW"/>
              </w:rPr>
              <w:t xml:space="preserve">　</w:t>
            </w:r>
            <w:r w:rsidR="004B4063" w:rsidRPr="007E7C82">
              <w:rPr>
                <w:color w:val="auto"/>
                <w:szCs w:val="24"/>
                <w:u w:val="single"/>
                <w:lang w:eastAsia="zh-TW"/>
              </w:rPr>
              <w:t xml:space="preserve">   </w:t>
            </w:r>
            <w:r w:rsidR="004B4063">
              <w:rPr>
                <w:rFonts w:hint="eastAsia"/>
                <w:color w:val="auto"/>
                <w:szCs w:val="24"/>
                <w:u w:val="single"/>
                <w:lang w:eastAsia="zh-TW"/>
              </w:rPr>
              <w:t xml:space="preserve"> </w:t>
            </w:r>
            <w:r w:rsidR="004B4063" w:rsidRPr="0085659D">
              <w:rPr>
                <w:rFonts w:hint="eastAsia"/>
                <w:color w:val="808080" w:themeColor="background1" w:themeShade="80"/>
                <w:szCs w:val="24"/>
                <w:u w:val="single"/>
                <w:lang w:eastAsia="zh-TW"/>
              </w:rPr>
              <w:t>(免填)</w:t>
            </w:r>
            <w:r w:rsidR="004B4063" w:rsidRPr="007E7C82">
              <w:rPr>
                <w:color w:val="auto"/>
                <w:szCs w:val="24"/>
                <w:lang w:eastAsia="zh-TW"/>
              </w:rPr>
              <w:t>元</w:t>
            </w:r>
          </w:p>
          <w:p w14:paraId="21E85151" w14:textId="77777777" w:rsidR="00F0431C" w:rsidRPr="00026295" w:rsidRDefault="00F0431C" w:rsidP="00495E43">
            <w:pPr>
              <w:spacing w:beforeLines="100" w:before="240" w:afterLines="50" w:after="120"/>
              <w:rPr>
                <w:lang w:eastAsia="zh-TW"/>
              </w:rPr>
            </w:pPr>
            <w:r w:rsidRPr="00432258">
              <w:rPr>
                <w:rFonts w:hint="eastAsia"/>
                <w:color w:val="auto"/>
                <w:lang w:eastAsia="zh-TW"/>
              </w:rPr>
              <w:t>□教師指導費</w:t>
            </w:r>
            <w:r w:rsidR="004B4063">
              <w:rPr>
                <w:rFonts w:hint="eastAsia"/>
                <w:color w:val="auto"/>
                <w:lang w:eastAsia="zh-TW"/>
              </w:rPr>
              <w:t>－</w:t>
            </w:r>
            <w:r w:rsidR="004B4063">
              <w:rPr>
                <w:rFonts w:hint="eastAsia"/>
                <w:color w:val="auto"/>
                <w:szCs w:val="24"/>
                <w:lang w:eastAsia="zh-TW"/>
              </w:rPr>
              <w:t>核定金額：</w:t>
            </w:r>
            <w:r w:rsidR="004B4063" w:rsidRPr="007E7C82">
              <w:rPr>
                <w:color w:val="auto"/>
                <w:szCs w:val="24"/>
                <w:u w:val="single"/>
                <w:lang w:eastAsia="zh-TW"/>
              </w:rPr>
              <w:t xml:space="preserve">    </w:t>
            </w:r>
            <w:r w:rsidR="004B4063">
              <w:rPr>
                <w:rFonts w:hint="eastAsia"/>
                <w:color w:val="auto"/>
                <w:szCs w:val="24"/>
                <w:u w:val="single"/>
                <w:lang w:eastAsia="zh-TW"/>
              </w:rPr>
              <w:t xml:space="preserve">　　　　　　　　</w:t>
            </w:r>
            <w:r w:rsidR="004B4063" w:rsidRPr="007E7C82">
              <w:rPr>
                <w:color w:val="auto"/>
                <w:szCs w:val="24"/>
                <w:u w:val="single"/>
                <w:lang w:eastAsia="zh-TW"/>
              </w:rPr>
              <w:t xml:space="preserve">   </w:t>
            </w:r>
            <w:r w:rsidR="004B4063">
              <w:rPr>
                <w:rFonts w:hint="eastAsia"/>
                <w:color w:val="auto"/>
                <w:szCs w:val="24"/>
                <w:u w:val="single"/>
                <w:lang w:eastAsia="zh-TW"/>
              </w:rPr>
              <w:t xml:space="preserve"> </w:t>
            </w:r>
            <w:r w:rsidR="004B4063" w:rsidRPr="0085659D">
              <w:rPr>
                <w:rFonts w:hint="eastAsia"/>
                <w:color w:val="808080" w:themeColor="background1" w:themeShade="80"/>
                <w:szCs w:val="24"/>
                <w:u w:val="single"/>
                <w:lang w:eastAsia="zh-TW"/>
              </w:rPr>
              <w:t>(免填)</w:t>
            </w:r>
            <w:r w:rsidR="004B4063" w:rsidRPr="007E7C82">
              <w:rPr>
                <w:color w:val="auto"/>
                <w:szCs w:val="24"/>
                <w:lang w:eastAsia="zh-TW"/>
              </w:rPr>
              <w:t>元</w:t>
            </w:r>
          </w:p>
        </w:tc>
      </w:tr>
      <w:tr w:rsidR="00C80D63" w:rsidRPr="00427121" w14:paraId="44049934" w14:textId="77777777" w:rsidTr="00826C7B">
        <w:trPr>
          <w:trHeight w:val="425"/>
          <w:jc w:val="center"/>
        </w:trPr>
        <w:tc>
          <w:tcPr>
            <w:tcW w:w="562" w:type="dxa"/>
            <w:vMerge w:val="restart"/>
            <w:shd w:val="clear" w:color="auto" w:fill="F2F2F2" w:themeFill="background1" w:themeFillShade="F2"/>
            <w:textDirection w:val="tbRlV"/>
            <w:vAlign w:val="center"/>
          </w:tcPr>
          <w:p w14:paraId="35F13DCC" w14:textId="77777777" w:rsidR="00C80D63" w:rsidRPr="00CA3BC5" w:rsidRDefault="00C80D63" w:rsidP="00C80D63">
            <w:pPr>
              <w:ind w:left="113" w:right="113"/>
              <w:jc w:val="center"/>
              <w:rPr>
                <w:b/>
                <w:color w:val="auto"/>
              </w:rPr>
            </w:pPr>
            <w:proofErr w:type="spellStart"/>
            <w:r w:rsidRPr="00362463">
              <w:rPr>
                <w:rFonts w:hint="eastAsia"/>
                <w:b/>
                <w:color w:val="auto"/>
                <w:spacing w:val="180"/>
                <w:fitText w:val="2200" w:id="-386103040"/>
              </w:rPr>
              <w:lastRenderedPageBreak/>
              <w:t>參賽學生名</w:t>
            </w:r>
            <w:r w:rsidRPr="00362463">
              <w:rPr>
                <w:rFonts w:hint="eastAsia"/>
                <w:b/>
                <w:color w:val="auto"/>
                <w:spacing w:val="5"/>
                <w:fitText w:val="2200" w:id="-386103040"/>
              </w:rPr>
              <w:t>單</w:t>
            </w:r>
            <w:proofErr w:type="spellEnd"/>
          </w:p>
        </w:tc>
        <w:tc>
          <w:tcPr>
            <w:tcW w:w="1408" w:type="dxa"/>
            <w:tcBorders>
              <w:top w:val="double" w:sz="4" w:space="0" w:color="auto"/>
            </w:tcBorders>
            <w:shd w:val="clear" w:color="auto" w:fill="F2F2F2" w:themeFill="background1" w:themeFillShade="F2"/>
            <w:vAlign w:val="center"/>
          </w:tcPr>
          <w:p w14:paraId="02DC88D0" w14:textId="77777777" w:rsidR="00C80D63" w:rsidRPr="00CA3BC5" w:rsidRDefault="00C80D63" w:rsidP="00C80D63">
            <w:pPr>
              <w:jc w:val="center"/>
              <w:rPr>
                <w:b/>
                <w:color w:val="auto"/>
              </w:rPr>
            </w:pPr>
            <w:proofErr w:type="spellStart"/>
            <w:r w:rsidRPr="00CA3BC5">
              <w:rPr>
                <w:rFonts w:hint="eastAsia"/>
                <w:b/>
                <w:color w:val="auto"/>
              </w:rPr>
              <w:t>姓名</w:t>
            </w:r>
            <w:proofErr w:type="spellEnd"/>
          </w:p>
        </w:tc>
        <w:tc>
          <w:tcPr>
            <w:tcW w:w="2126" w:type="dxa"/>
            <w:gridSpan w:val="2"/>
            <w:tcBorders>
              <w:top w:val="double" w:sz="4" w:space="0" w:color="auto"/>
            </w:tcBorders>
            <w:shd w:val="clear" w:color="auto" w:fill="F2F2F2" w:themeFill="background1" w:themeFillShade="F2"/>
            <w:vAlign w:val="center"/>
          </w:tcPr>
          <w:p w14:paraId="617954E6" w14:textId="77777777" w:rsidR="00C80D63" w:rsidRPr="00CA3BC5" w:rsidRDefault="00C80D63" w:rsidP="00C80D63">
            <w:pPr>
              <w:jc w:val="center"/>
              <w:rPr>
                <w:b/>
                <w:color w:val="auto"/>
              </w:rPr>
            </w:pPr>
            <w:proofErr w:type="spellStart"/>
            <w:r w:rsidRPr="00CA3BC5">
              <w:rPr>
                <w:rFonts w:hint="eastAsia"/>
                <w:b/>
                <w:color w:val="auto"/>
              </w:rPr>
              <w:t>學號</w:t>
            </w:r>
            <w:proofErr w:type="spellEnd"/>
          </w:p>
        </w:tc>
        <w:tc>
          <w:tcPr>
            <w:tcW w:w="1418" w:type="dxa"/>
            <w:tcBorders>
              <w:top w:val="double" w:sz="4" w:space="0" w:color="auto"/>
            </w:tcBorders>
            <w:shd w:val="clear" w:color="auto" w:fill="F2F2F2" w:themeFill="background1" w:themeFillShade="F2"/>
            <w:vAlign w:val="center"/>
          </w:tcPr>
          <w:p w14:paraId="06BAE463" w14:textId="77777777" w:rsidR="00C80D63" w:rsidRPr="00CA3BC5" w:rsidRDefault="00C80D63" w:rsidP="00C80D63">
            <w:pPr>
              <w:jc w:val="center"/>
              <w:rPr>
                <w:b/>
                <w:color w:val="auto"/>
              </w:rPr>
            </w:pPr>
            <w:proofErr w:type="spellStart"/>
            <w:r w:rsidRPr="00CA3BC5">
              <w:rPr>
                <w:rFonts w:hint="eastAsia"/>
                <w:b/>
                <w:color w:val="auto"/>
              </w:rPr>
              <w:t>系所</w:t>
            </w:r>
            <w:proofErr w:type="spellEnd"/>
            <w:r w:rsidRPr="00CA3BC5">
              <w:rPr>
                <w:rFonts w:hint="eastAsia"/>
                <w:b/>
                <w:color w:val="auto"/>
              </w:rPr>
              <w:t>/</w:t>
            </w:r>
            <w:proofErr w:type="spellStart"/>
            <w:r w:rsidRPr="00CA3BC5">
              <w:rPr>
                <w:rFonts w:hint="eastAsia"/>
                <w:b/>
                <w:color w:val="auto"/>
              </w:rPr>
              <w:t>年級</w:t>
            </w:r>
            <w:proofErr w:type="spellEnd"/>
          </w:p>
        </w:tc>
        <w:tc>
          <w:tcPr>
            <w:tcW w:w="1984" w:type="dxa"/>
            <w:tcBorders>
              <w:top w:val="double" w:sz="4" w:space="0" w:color="auto"/>
            </w:tcBorders>
            <w:shd w:val="clear" w:color="auto" w:fill="F2F2F2" w:themeFill="background1" w:themeFillShade="F2"/>
            <w:vAlign w:val="center"/>
          </w:tcPr>
          <w:p w14:paraId="4AD85280" w14:textId="0E4F75E4" w:rsidR="00C80D63" w:rsidRPr="00CA3BC5" w:rsidRDefault="00C80D63" w:rsidP="00C80D63">
            <w:pPr>
              <w:jc w:val="center"/>
              <w:rPr>
                <w:b/>
                <w:color w:val="auto"/>
              </w:rPr>
            </w:pPr>
            <w:proofErr w:type="spellStart"/>
            <w:r w:rsidRPr="00CA3BC5">
              <w:rPr>
                <w:rFonts w:hint="eastAsia"/>
                <w:b/>
                <w:color w:val="auto"/>
              </w:rPr>
              <w:t>指導老師</w:t>
            </w:r>
            <w:proofErr w:type="spellEnd"/>
          </w:p>
        </w:tc>
        <w:tc>
          <w:tcPr>
            <w:tcW w:w="1559" w:type="dxa"/>
            <w:tcBorders>
              <w:top w:val="double" w:sz="4" w:space="0" w:color="auto"/>
            </w:tcBorders>
            <w:shd w:val="clear" w:color="auto" w:fill="F2F2F2" w:themeFill="background1" w:themeFillShade="F2"/>
            <w:vAlign w:val="center"/>
          </w:tcPr>
          <w:p w14:paraId="67E1DC9A" w14:textId="3ACE4F8E" w:rsidR="00C80D63" w:rsidRPr="00CA3BC5" w:rsidRDefault="00C80D63" w:rsidP="00C80D63">
            <w:pPr>
              <w:jc w:val="center"/>
              <w:rPr>
                <w:rFonts w:hint="eastAsia"/>
                <w:b/>
                <w:color w:val="auto"/>
                <w:lang w:eastAsia="zh-TW"/>
              </w:rPr>
            </w:pPr>
            <w:proofErr w:type="spellStart"/>
            <w:r w:rsidRPr="00CA3BC5">
              <w:rPr>
                <w:rFonts w:hint="eastAsia"/>
                <w:b/>
                <w:color w:val="auto"/>
              </w:rPr>
              <w:t>指導老師</w:t>
            </w:r>
            <w:proofErr w:type="spellEnd"/>
            <w:r w:rsidRPr="00CA3BC5">
              <w:rPr>
                <w:rFonts w:hint="eastAsia"/>
                <w:b/>
                <w:color w:val="auto"/>
                <w:lang w:eastAsia="zh-TW"/>
              </w:rPr>
              <w:t>系所</w:t>
            </w:r>
          </w:p>
        </w:tc>
        <w:tc>
          <w:tcPr>
            <w:tcW w:w="1701" w:type="dxa"/>
            <w:tcBorders>
              <w:top w:val="double" w:sz="4" w:space="0" w:color="auto"/>
            </w:tcBorders>
            <w:shd w:val="clear" w:color="auto" w:fill="F2F2F2" w:themeFill="background1" w:themeFillShade="F2"/>
            <w:vAlign w:val="center"/>
          </w:tcPr>
          <w:p w14:paraId="5ED8F38F" w14:textId="73F7B974" w:rsidR="00C80D63" w:rsidRPr="00CA3BC5" w:rsidRDefault="00BC7574" w:rsidP="00C80D63">
            <w:pPr>
              <w:jc w:val="center"/>
              <w:rPr>
                <w:b/>
                <w:color w:val="auto"/>
              </w:rPr>
            </w:pPr>
            <w:r>
              <w:rPr>
                <w:rFonts w:hint="eastAsia"/>
                <w:b/>
                <w:color w:val="auto"/>
                <w:lang w:eastAsia="zh-TW"/>
              </w:rPr>
              <w:t>備註</w:t>
            </w:r>
          </w:p>
        </w:tc>
      </w:tr>
      <w:tr w:rsidR="00F0431C" w:rsidRPr="00427121" w14:paraId="68AE9EBA" w14:textId="77777777" w:rsidTr="00826C7B">
        <w:trPr>
          <w:trHeight w:val="454"/>
          <w:jc w:val="center"/>
        </w:trPr>
        <w:tc>
          <w:tcPr>
            <w:tcW w:w="562" w:type="dxa"/>
            <w:vMerge/>
            <w:vAlign w:val="center"/>
          </w:tcPr>
          <w:p w14:paraId="7F763B13" w14:textId="77777777" w:rsidR="00F0431C" w:rsidRPr="00427121" w:rsidRDefault="00F0431C" w:rsidP="00F0431C">
            <w:pPr>
              <w:rPr>
                <w:color w:val="auto"/>
              </w:rPr>
            </w:pPr>
          </w:p>
        </w:tc>
        <w:tc>
          <w:tcPr>
            <w:tcW w:w="1408" w:type="dxa"/>
            <w:vAlign w:val="center"/>
          </w:tcPr>
          <w:p w14:paraId="75C54A46" w14:textId="77777777" w:rsidR="00F0431C" w:rsidRPr="00427121" w:rsidRDefault="00F0431C" w:rsidP="00F0431C">
            <w:pPr>
              <w:rPr>
                <w:color w:val="auto"/>
              </w:rPr>
            </w:pPr>
          </w:p>
        </w:tc>
        <w:tc>
          <w:tcPr>
            <w:tcW w:w="2126" w:type="dxa"/>
            <w:gridSpan w:val="2"/>
            <w:vAlign w:val="center"/>
          </w:tcPr>
          <w:p w14:paraId="2CBF61BB" w14:textId="77777777" w:rsidR="00F0431C" w:rsidRPr="00427121" w:rsidRDefault="00F0431C" w:rsidP="00F0431C">
            <w:pPr>
              <w:rPr>
                <w:color w:val="auto"/>
              </w:rPr>
            </w:pPr>
          </w:p>
        </w:tc>
        <w:tc>
          <w:tcPr>
            <w:tcW w:w="1418" w:type="dxa"/>
            <w:vAlign w:val="center"/>
          </w:tcPr>
          <w:p w14:paraId="451517FA" w14:textId="77777777" w:rsidR="00F0431C" w:rsidRPr="00427121" w:rsidRDefault="00F0431C" w:rsidP="00F0431C">
            <w:pPr>
              <w:rPr>
                <w:color w:val="auto"/>
              </w:rPr>
            </w:pPr>
          </w:p>
        </w:tc>
        <w:tc>
          <w:tcPr>
            <w:tcW w:w="1984" w:type="dxa"/>
            <w:vAlign w:val="center"/>
          </w:tcPr>
          <w:p w14:paraId="5545B1E1" w14:textId="77777777" w:rsidR="00F0431C" w:rsidRPr="00427121" w:rsidRDefault="00F0431C" w:rsidP="00F0431C">
            <w:pPr>
              <w:rPr>
                <w:color w:val="auto"/>
              </w:rPr>
            </w:pPr>
          </w:p>
        </w:tc>
        <w:tc>
          <w:tcPr>
            <w:tcW w:w="1559" w:type="dxa"/>
            <w:vAlign w:val="center"/>
          </w:tcPr>
          <w:p w14:paraId="6DC5D954" w14:textId="77777777" w:rsidR="00F0431C" w:rsidRPr="00427121" w:rsidRDefault="00F0431C" w:rsidP="00F0431C">
            <w:pPr>
              <w:rPr>
                <w:color w:val="auto"/>
              </w:rPr>
            </w:pPr>
          </w:p>
        </w:tc>
        <w:tc>
          <w:tcPr>
            <w:tcW w:w="1701" w:type="dxa"/>
            <w:vAlign w:val="center"/>
          </w:tcPr>
          <w:p w14:paraId="5A2F6E7D" w14:textId="77777777" w:rsidR="00F0431C" w:rsidRPr="00427121" w:rsidRDefault="00F0431C" w:rsidP="00F0431C">
            <w:pPr>
              <w:rPr>
                <w:color w:val="auto"/>
              </w:rPr>
            </w:pPr>
          </w:p>
        </w:tc>
      </w:tr>
      <w:tr w:rsidR="00F0431C" w:rsidRPr="00427121" w14:paraId="70E7BB1B" w14:textId="77777777" w:rsidTr="00826C7B">
        <w:trPr>
          <w:trHeight w:val="454"/>
          <w:jc w:val="center"/>
        </w:trPr>
        <w:tc>
          <w:tcPr>
            <w:tcW w:w="562" w:type="dxa"/>
            <w:vMerge/>
            <w:vAlign w:val="center"/>
          </w:tcPr>
          <w:p w14:paraId="0E0C464D" w14:textId="77777777" w:rsidR="00F0431C" w:rsidRPr="00427121" w:rsidRDefault="00F0431C" w:rsidP="00F0431C">
            <w:pPr>
              <w:rPr>
                <w:color w:val="auto"/>
              </w:rPr>
            </w:pPr>
          </w:p>
        </w:tc>
        <w:tc>
          <w:tcPr>
            <w:tcW w:w="1408" w:type="dxa"/>
            <w:vAlign w:val="center"/>
          </w:tcPr>
          <w:p w14:paraId="07F1ADB3" w14:textId="77777777" w:rsidR="00F0431C" w:rsidRPr="00427121" w:rsidRDefault="00F0431C" w:rsidP="00F0431C">
            <w:pPr>
              <w:rPr>
                <w:color w:val="auto"/>
              </w:rPr>
            </w:pPr>
          </w:p>
        </w:tc>
        <w:tc>
          <w:tcPr>
            <w:tcW w:w="2126" w:type="dxa"/>
            <w:gridSpan w:val="2"/>
            <w:vAlign w:val="center"/>
          </w:tcPr>
          <w:p w14:paraId="5DA16891" w14:textId="77777777" w:rsidR="00F0431C" w:rsidRPr="00427121" w:rsidRDefault="00F0431C" w:rsidP="00F0431C">
            <w:pPr>
              <w:rPr>
                <w:color w:val="auto"/>
              </w:rPr>
            </w:pPr>
          </w:p>
        </w:tc>
        <w:tc>
          <w:tcPr>
            <w:tcW w:w="1418" w:type="dxa"/>
            <w:vAlign w:val="center"/>
          </w:tcPr>
          <w:p w14:paraId="143579E4" w14:textId="77777777" w:rsidR="00F0431C" w:rsidRPr="00427121" w:rsidRDefault="00F0431C" w:rsidP="00F0431C">
            <w:pPr>
              <w:rPr>
                <w:color w:val="auto"/>
              </w:rPr>
            </w:pPr>
          </w:p>
        </w:tc>
        <w:tc>
          <w:tcPr>
            <w:tcW w:w="1984" w:type="dxa"/>
            <w:vAlign w:val="center"/>
          </w:tcPr>
          <w:p w14:paraId="6291D2ED" w14:textId="77777777" w:rsidR="00F0431C" w:rsidRPr="00427121" w:rsidRDefault="00F0431C" w:rsidP="00F0431C">
            <w:pPr>
              <w:rPr>
                <w:color w:val="auto"/>
              </w:rPr>
            </w:pPr>
          </w:p>
        </w:tc>
        <w:tc>
          <w:tcPr>
            <w:tcW w:w="1559" w:type="dxa"/>
            <w:vAlign w:val="center"/>
          </w:tcPr>
          <w:p w14:paraId="0F55C9A8" w14:textId="77777777" w:rsidR="00F0431C" w:rsidRPr="00427121" w:rsidRDefault="00F0431C" w:rsidP="00F0431C">
            <w:pPr>
              <w:rPr>
                <w:color w:val="auto"/>
              </w:rPr>
            </w:pPr>
          </w:p>
        </w:tc>
        <w:tc>
          <w:tcPr>
            <w:tcW w:w="1701" w:type="dxa"/>
            <w:vAlign w:val="center"/>
          </w:tcPr>
          <w:p w14:paraId="6925F9A9" w14:textId="77777777" w:rsidR="00F0431C" w:rsidRPr="00427121" w:rsidRDefault="00F0431C" w:rsidP="00F0431C">
            <w:pPr>
              <w:rPr>
                <w:color w:val="auto"/>
              </w:rPr>
            </w:pPr>
          </w:p>
        </w:tc>
      </w:tr>
      <w:tr w:rsidR="00F0431C" w:rsidRPr="00427121" w14:paraId="1A1CD138" w14:textId="77777777" w:rsidTr="00826C7B">
        <w:trPr>
          <w:trHeight w:val="454"/>
          <w:jc w:val="center"/>
        </w:trPr>
        <w:tc>
          <w:tcPr>
            <w:tcW w:w="562" w:type="dxa"/>
            <w:vMerge/>
            <w:vAlign w:val="center"/>
          </w:tcPr>
          <w:p w14:paraId="0501FE89" w14:textId="77777777" w:rsidR="00F0431C" w:rsidRPr="00427121" w:rsidRDefault="00F0431C" w:rsidP="00F0431C">
            <w:pPr>
              <w:rPr>
                <w:color w:val="auto"/>
              </w:rPr>
            </w:pPr>
          </w:p>
        </w:tc>
        <w:tc>
          <w:tcPr>
            <w:tcW w:w="1408" w:type="dxa"/>
            <w:vAlign w:val="center"/>
          </w:tcPr>
          <w:p w14:paraId="388E8DD6" w14:textId="77777777" w:rsidR="00F0431C" w:rsidRPr="00427121" w:rsidRDefault="00F0431C" w:rsidP="00F0431C">
            <w:pPr>
              <w:rPr>
                <w:color w:val="auto"/>
              </w:rPr>
            </w:pPr>
          </w:p>
        </w:tc>
        <w:tc>
          <w:tcPr>
            <w:tcW w:w="2126" w:type="dxa"/>
            <w:gridSpan w:val="2"/>
            <w:vAlign w:val="center"/>
          </w:tcPr>
          <w:p w14:paraId="4FE409D5" w14:textId="77777777" w:rsidR="00F0431C" w:rsidRPr="00427121" w:rsidRDefault="00F0431C" w:rsidP="00F0431C">
            <w:pPr>
              <w:rPr>
                <w:color w:val="auto"/>
              </w:rPr>
            </w:pPr>
          </w:p>
        </w:tc>
        <w:tc>
          <w:tcPr>
            <w:tcW w:w="1418" w:type="dxa"/>
            <w:vAlign w:val="center"/>
          </w:tcPr>
          <w:p w14:paraId="7A5A07F8" w14:textId="77777777" w:rsidR="00F0431C" w:rsidRPr="00427121" w:rsidRDefault="00F0431C" w:rsidP="00F0431C">
            <w:pPr>
              <w:rPr>
                <w:color w:val="auto"/>
              </w:rPr>
            </w:pPr>
          </w:p>
        </w:tc>
        <w:tc>
          <w:tcPr>
            <w:tcW w:w="1984" w:type="dxa"/>
            <w:vAlign w:val="center"/>
          </w:tcPr>
          <w:p w14:paraId="6AF09BE5" w14:textId="77777777" w:rsidR="00F0431C" w:rsidRPr="00427121" w:rsidRDefault="00F0431C" w:rsidP="00F0431C">
            <w:pPr>
              <w:rPr>
                <w:color w:val="auto"/>
              </w:rPr>
            </w:pPr>
          </w:p>
        </w:tc>
        <w:tc>
          <w:tcPr>
            <w:tcW w:w="1559" w:type="dxa"/>
            <w:vAlign w:val="center"/>
          </w:tcPr>
          <w:p w14:paraId="2B998220" w14:textId="77777777" w:rsidR="00F0431C" w:rsidRPr="00427121" w:rsidRDefault="00F0431C" w:rsidP="00F0431C">
            <w:pPr>
              <w:rPr>
                <w:color w:val="auto"/>
              </w:rPr>
            </w:pPr>
          </w:p>
        </w:tc>
        <w:tc>
          <w:tcPr>
            <w:tcW w:w="1701" w:type="dxa"/>
            <w:vAlign w:val="center"/>
          </w:tcPr>
          <w:p w14:paraId="3B21C8B0" w14:textId="77777777" w:rsidR="00F0431C" w:rsidRPr="00427121" w:rsidRDefault="00F0431C" w:rsidP="00F0431C">
            <w:pPr>
              <w:rPr>
                <w:color w:val="auto"/>
              </w:rPr>
            </w:pPr>
          </w:p>
        </w:tc>
      </w:tr>
      <w:tr w:rsidR="00F0431C" w:rsidRPr="00427121" w14:paraId="4E49E9A9" w14:textId="77777777" w:rsidTr="00826C7B">
        <w:trPr>
          <w:trHeight w:val="454"/>
          <w:jc w:val="center"/>
        </w:trPr>
        <w:tc>
          <w:tcPr>
            <w:tcW w:w="562" w:type="dxa"/>
            <w:vMerge/>
            <w:vAlign w:val="center"/>
          </w:tcPr>
          <w:p w14:paraId="5E931D8B" w14:textId="77777777" w:rsidR="00F0431C" w:rsidRPr="00427121" w:rsidRDefault="00F0431C" w:rsidP="00F0431C">
            <w:pPr>
              <w:rPr>
                <w:color w:val="auto"/>
              </w:rPr>
            </w:pPr>
          </w:p>
        </w:tc>
        <w:tc>
          <w:tcPr>
            <w:tcW w:w="1408" w:type="dxa"/>
            <w:vAlign w:val="center"/>
          </w:tcPr>
          <w:p w14:paraId="4CE15348" w14:textId="77777777" w:rsidR="00F0431C" w:rsidRPr="00427121" w:rsidRDefault="00F0431C" w:rsidP="00F0431C">
            <w:pPr>
              <w:rPr>
                <w:color w:val="auto"/>
              </w:rPr>
            </w:pPr>
          </w:p>
        </w:tc>
        <w:tc>
          <w:tcPr>
            <w:tcW w:w="2126" w:type="dxa"/>
            <w:gridSpan w:val="2"/>
            <w:vAlign w:val="center"/>
          </w:tcPr>
          <w:p w14:paraId="7B44DFAC" w14:textId="77777777" w:rsidR="00F0431C" w:rsidRPr="00427121" w:rsidRDefault="00F0431C" w:rsidP="00F0431C">
            <w:pPr>
              <w:rPr>
                <w:color w:val="auto"/>
              </w:rPr>
            </w:pPr>
          </w:p>
        </w:tc>
        <w:tc>
          <w:tcPr>
            <w:tcW w:w="1418" w:type="dxa"/>
            <w:vAlign w:val="center"/>
          </w:tcPr>
          <w:p w14:paraId="1C45C69E" w14:textId="77777777" w:rsidR="00F0431C" w:rsidRPr="00427121" w:rsidRDefault="00F0431C" w:rsidP="00F0431C">
            <w:pPr>
              <w:rPr>
                <w:color w:val="auto"/>
              </w:rPr>
            </w:pPr>
          </w:p>
        </w:tc>
        <w:tc>
          <w:tcPr>
            <w:tcW w:w="1984" w:type="dxa"/>
            <w:vAlign w:val="center"/>
          </w:tcPr>
          <w:p w14:paraId="3BE15C10" w14:textId="77777777" w:rsidR="00F0431C" w:rsidRPr="00427121" w:rsidRDefault="00F0431C" w:rsidP="00F0431C">
            <w:pPr>
              <w:rPr>
                <w:color w:val="auto"/>
              </w:rPr>
            </w:pPr>
          </w:p>
        </w:tc>
        <w:tc>
          <w:tcPr>
            <w:tcW w:w="1559" w:type="dxa"/>
            <w:vAlign w:val="center"/>
          </w:tcPr>
          <w:p w14:paraId="4F95A249" w14:textId="77777777" w:rsidR="00F0431C" w:rsidRPr="00427121" w:rsidRDefault="00F0431C" w:rsidP="00F0431C">
            <w:pPr>
              <w:rPr>
                <w:color w:val="auto"/>
              </w:rPr>
            </w:pPr>
          </w:p>
        </w:tc>
        <w:tc>
          <w:tcPr>
            <w:tcW w:w="1701" w:type="dxa"/>
            <w:vAlign w:val="center"/>
          </w:tcPr>
          <w:p w14:paraId="3A7FA782" w14:textId="77777777" w:rsidR="00F0431C" w:rsidRPr="00427121" w:rsidRDefault="00F0431C" w:rsidP="00F0431C">
            <w:pPr>
              <w:rPr>
                <w:color w:val="auto"/>
              </w:rPr>
            </w:pPr>
          </w:p>
        </w:tc>
      </w:tr>
      <w:tr w:rsidR="00F0431C" w:rsidRPr="00427121" w14:paraId="3B11814F" w14:textId="77777777" w:rsidTr="00826C7B">
        <w:trPr>
          <w:trHeight w:val="454"/>
          <w:jc w:val="center"/>
        </w:trPr>
        <w:tc>
          <w:tcPr>
            <w:tcW w:w="562" w:type="dxa"/>
            <w:vMerge/>
            <w:tcBorders>
              <w:bottom w:val="single" w:sz="6" w:space="0" w:color="auto"/>
            </w:tcBorders>
            <w:vAlign w:val="center"/>
          </w:tcPr>
          <w:p w14:paraId="0495E485" w14:textId="77777777" w:rsidR="00F0431C" w:rsidRPr="00427121" w:rsidRDefault="00F0431C" w:rsidP="00F0431C">
            <w:pPr>
              <w:rPr>
                <w:color w:val="auto"/>
              </w:rPr>
            </w:pPr>
          </w:p>
        </w:tc>
        <w:tc>
          <w:tcPr>
            <w:tcW w:w="1408" w:type="dxa"/>
            <w:tcBorders>
              <w:bottom w:val="single" w:sz="6" w:space="0" w:color="auto"/>
            </w:tcBorders>
            <w:vAlign w:val="center"/>
          </w:tcPr>
          <w:p w14:paraId="056C79EB" w14:textId="77777777" w:rsidR="00F0431C" w:rsidRPr="00427121" w:rsidRDefault="00F0431C" w:rsidP="00F0431C">
            <w:pPr>
              <w:rPr>
                <w:color w:val="auto"/>
              </w:rPr>
            </w:pPr>
          </w:p>
        </w:tc>
        <w:tc>
          <w:tcPr>
            <w:tcW w:w="2126" w:type="dxa"/>
            <w:gridSpan w:val="2"/>
            <w:tcBorders>
              <w:bottom w:val="single" w:sz="6" w:space="0" w:color="auto"/>
            </w:tcBorders>
            <w:shd w:val="clear" w:color="auto" w:fill="FFFFFF" w:themeFill="background1"/>
            <w:vAlign w:val="center"/>
          </w:tcPr>
          <w:p w14:paraId="2D8DD74E" w14:textId="77777777" w:rsidR="00F0431C" w:rsidRPr="00427121" w:rsidRDefault="00F0431C" w:rsidP="00F0431C">
            <w:pPr>
              <w:rPr>
                <w:color w:val="auto"/>
              </w:rPr>
            </w:pPr>
          </w:p>
        </w:tc>
        <w:tc>
          <w:tcPr>
            <w:tcW w:w="1418" w:type="dxa"/>
            <w:tcBorders>
              <w:bottom w:val="single" w:sz="6" w:space="0" w:color="auto"/>
            </w:tcBorders>
            <w:vAlign w:val="center"/>
          </w:tcPr>
          <w:p w14:paraId="3589A83F" w14:textId="77777777" w:rsidR="00F0431C" w:rsidRPr="00427121" w:rsidRDefault="00F0431C" w:rsidP="00F0431C">
            <w:pPr>
              <w:rPr>
                <w:color w:val="auto"/>
              </w:rPr>
            </w:pPr>
          </w:p>
        </w:tc>
        <w:tc>
          <w:tcPr>
            <w:tcW w:w="1984" w:type="dxa"/>
            <w:tcBorders>
              <w:bottom w:val="single" w:sz="6" w:space="0" w:color="auto"/>
            </w:tcBorders>
            <w:vAlign w:val="center"/>
          </w:tcPr>
          <w:p w14:paraId="7D085BB7" w14:textId="77777777" w:rsidR="00F0431C" w:rsidRPr="00427121" w:rsidRDefault="00F0431C" w:rsidP="00F0431C">
            <w:pPr>
              <w:rPr>
                <w:color w:val="auto"/>
              </w:rPr>
            </w:pPr>
          </w:p>
        </w:tc>
        <w:tc>
          <w:tcPr>
            <w:tcW w:w="1559" w:type="dxa"/>
            <w:tcBorders>
              <w:bottom w:val="single" w:sz="6" w:space="0" w:color="auto"/>
            </w:tcBorders>
            <w:vAlign w:val="center"/>
          </w:tcPr>
          <w:p w14:paraId="44B36BB9" w14:textId="77777777" w:rsidR="00F0431C" w:rsidRPr="00427121" w:rsidRDefault="00F0431C" w:rsidP="00F0431C">
            <w:pPr>
              <w:rPr>
                <w:color w:val="auto"/>
              </w:rPr>
            </w:pPr>
          </w:p>
        </w:tc>
        <w:tc>
          <w:tcPr>
            <w:tcW w:w="1701" w:type="dxa"/>
            <w:tcBorders>
              <w:bottom w:val="single" w:sz="6" w:space="0" w:color="auto"/>
            </w:tcBorders>
            <w:vAlign w:val="center"/>
          </w:tcPr>
          <w:p w14:paraId="323875F2" w14:textId="77777777" w:rsidR="00F0431C" w:rsidRPr="00427121" w:rsidRDefault="00F0431C" w:rsidP="00F0431C">
            <w:pPr>
              <w:rPr>
                <w:color w:val="auto"/>
              </w:rPr>
            </w:pPr>
          </w:p>
        </w:tc>
      </w:tr>
      <w:tr w:rsidR="00F0431C" w:rsidRPr="00427121" w14:paraId="5C52F795" w14:textId="77777777" w:rsidTr="00177800">
        <w:trPr>
          <w:trHeight w:val="874"/>
          <w:jc w:val="center"/>
        </w:trPr>
        <w:tc>
          <w:tcPr>
            <w:tcW w:w="1970" w:type="dxa"/>
            <w:gridSpan w:val="2"/>
            <w:tcBorders>
              <w:top w:val="single" w:sz="6" w:space="0" w:color="auto"/>
              <w:bottom w:val="double" w:sz="4" w:space="0" w:color="auto"/>
            </w:tcBorders>
            <w:shd w:val="clear" w:color="auto" w:fill="F2F2F2" w:themeFill="background1" w:themeFillShade="F2"/>
            <w:vAlign w:val="center"/>
          </w:tcPr>
          <w:p w14:paraId="299A769D" w14:textId="77777777" w:rsidR="00F0431C" w:rsidRPr="00362463" w:rsidRDefault="00F0431C" w:rsidP="00F0431C">
            <w:pPr>
              <w:spacing w:line="312" w:lineRule="auto"/>
              <w:jc w:val="center"/>
              <w:rPr>
                <w:b/>
                <w:color w:val="auto"/>
              </w:rPr>
            </w:pPr>
            <w:r w:rsidRPr="00362463">
              <w:rPr>
                <w:rFonts w:hint="eastAsia"/>
                <w:b/>
                <w:color w:val="auto"/>
                <w:lang w:eastAsia="zh-TW"/>
              </w:rPr>
              <w:t>參加活動佐證</w:t>
            </w:r>
          </w:p>
        </w:tc>
        <w:tc>
          <w:tcPr>
            <w:tcW w:w="8788" w:type="dxa"/>
            <w:gridSpan w:val="6"/>
            <w:tcBorders>
              <w:top w:val="single" w:sz="6" w:space="0" w:color="auto"/>
              <w:bottom w:val="double" w:sz="4" w:space="0" w:color="auto"/>
            </w:tcBorders>
            <w:shd w:val="clear" w:color="auto" w:fill="FFFFFF" w:themeFill="background1"/>
            <w:vAlign w:val="center"/>
          </w:tcPr>
          <w:p w14:paraId="25C52061" w14:textId="77777777" w:rsidR="00F0431C" w:rsidRDefault="00F0431C" w:rsidP="00F0431C">
            <w:pPr>
              <w:ind w:left="286" w:hangingChars="130" w:hanging="286"/>
              <w:jc w:val="both"/>
              <w:rPr>
                <w:rFonts w:ascii="新細明體" w:eastAsia="新細明體" w:hAnsi="新細明體" w:cs="Times New Roman"/>
                <w:color w:val="auto"/>
                <w:sz w:val="24"/>
                <w:szCs w:val="24"/>
                <w:lang w:eastAsia="zh-TW"/>
              </w:rPr>
            </w:pPr>
            <w:r>
              <w:rPr>
                <w:szCs w:val="24"/>
                <w:lang w:eastAsia="zh-TW"/>
              </w:rPr>
              <w:t>照片</w:t>
            </w:r>
          </w:p>
          <w:tbl>
            <w:tblPr>
              <w:tblW w:w="8359" w:type="dxa"/>
              <w:tblLayout w:type="fixed"/>
              <w:tblCellMar>
                <w:left w:w="10" w:type="dxa"/>
                <w:right w:w="10" w:type="dxa"/>
              </w:tblCellMar>
              <w:tblLook w:val="0000" w:firstRow="0" w:lastRow="0" w:firstColumn="0" w:lastColumn="0" w:noHBand="0" w:noVBand="0"/>
            </w:tblPr>
            <w:tblGrid>
              <w:gridCol w:w="4248"/>
              <w:gridCol w:w="4111"/>
            </w:tblGrid>
            <w:tr w:rsidR="00F0431C" w14:paraId="4072F373" w14:textId="77777777" w:rsidTr="00500CE7">
              <w:trPr>
                <w:trHeight w:val="3475"/>
              </w:trPr>
              <w:tc>
                <w:tcPr>
                  <w:tcW w:w="4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677FDAF" w14:textId="77777777" w:rsidR="00F0431C" w:rsidRDefault="00F0431C" w:rsidP="00F0431C">
                  <w:pPr>
                    <w:spacing w:before="54"/>
                    <w:jc w:val="both"/>
                    <w:rPr>
                      <w:szCs w:val="24"/>
                      <w:lang w:eastAsia="zh-TW"/>
                    </w:rPr>
                  </w:pP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44BF140" w14:textId="77777777" w:rsidR="00F0431C" w:rsidRDefault="00F0431C" w:rsidP="00F0431C">
                  <w:pPr>
                    <w:spacing w:before="54"/>
                    <w:jc w:val="both"/>
                    <w:rPr>
                      <w:szCs w:val="24"/>
                      <w:lang w:eastAsia="zh-TW"/>
                    </w:rPr>
                  </w:pPr>
                </w:p>
              </w:tc>
            </w:tr>
            <w:tr w:rsidR="00F0431C" w14:paraId="1B8EAD42" w14:textId="77777777" w:rsidTr="00500CE7">
              <w:trPr>
                <w:trHeight w:val="510"/>
              </w:trPr>
              <w:tc>
                <w:tcPr>
                  <w:tcW w:w="4248"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4F25C65" w14:textId="77777777" w:rsidR="00F0431C" w:rsidRDefault="00F0431C" w:rsidP="00F0431C">
                  <w:pPr>
                    <w:jc w:val="both"/>
                    <w:rPr>
                      <w:lang w:eastAsia="zh-TW"/>
                    </w:rPr>
                  </w:pPr>
                  <w:r>
                    <w:rPr>
                      <w:b/>
                      <w:szCs w:val="24"/>
                      <w:lang w:eastAsia="zh-TW"/>
                    </w:rPr>
                    <w:t>▲</w:t>
                  </w:r>
                  <w:r>
                    <w:rPr>
                      <w:szCs w:val="24"/>
                      <w:lang w:eastAsia="zh-TW"/>
                    </w:rPr>
                    <w:t>照片說明</w:t>
                  </w:r>
                </w:p>
              </w:tc>
              <w:tc>
                <w:tcPr>
                  <w:tcW w:w="411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0CF4B76" w14:textId="77777777" w:rsidR="00F0431C" w:rsidRDefault="00F0431C" w:rsidP="00F0431C">
                  <w:pPr>
                    <w:jc w:val="both"/>
                    <w:rPr>
                      <w:lang w:eastAsia="zh-TW"/>
                    </w:rPr>
                  </w:pPr>
                  <w:r>
                    <w:rPr>
                      <w:b/>
                      <w:szCs w:val="24"/>
                      <w:lang w:eastAsia="zh-TW"/>
                    </w:rPr>
                    <w:t>▲</w:t>
                  </w:r>
                  <w:r>
                    <w:rPr>
                      <w:szCs w:val="24"/>
                      <w:lang w:eastAsia="zh-TW"/>
                    </w:rPr>
                    <w:t>照片說明</w:t>
                  </w:r>
                </w:p>
              </w:tc>
            </w:tr>
          </w:tbl>
          <w:p w14:paraId="4B998A14" w14:textId="77777777" w:rsidR="00F0431C" w:rsidRPr="00892FEA" w:rsidRDefault="00F0431C" w:rsidP="00F0431C">
            <w:pPr>
              <w:spacing w:before="54"/>
              <w:jc w:val="both"/>
              <w:rPr>
                <w:rFonts w:ascii="新細明體" w:eastAsia="新細明體" w:hAnsi="新細明體" w:cs="Times New Roman"/>
                <w:color w:val="auto"/>
                <w:sz w:val="24"/>
                <w:szCs w:val="24"/>
                <w:lang w:eastAsia="zh-TW"/>
              </w:rPr>
            </w:pPr>
            <w:r w:rsidRPr="00892FEA">
              <w:rPr>
                <w:color w:val="auto"/>
                <w:szCs w:val="24"/>
                <w:lang w:eastAsia="zh-TW"/>
              </w:rPr>
              <w:t>(</w:t>
            </w:r>
            <w:r w:rsidRPr="00892FEA">
              <w:rPr>
                <w:rFonts w:hint="eastAsia"/>
                <w:color w:val="auto"/>
                <w:szCs w:val="24"/>
                <w:lang w:eastAsia="zh-TW"/>
              </w:rPr>
              <w:t>提供</w:t>
            </w:r>
            <w:r w:rsidRPr="00892FEA">
              <w:rPr>
                <w:rFonts w:ascii="Times New Roman" w:hAnsi="Times New Roman" w:cs="Times New Roman"/>
                <w:color w:val="auto"/>
                <w:szCs w:val="24"/>
                <w:lang w:eastAsia="zh-TW"/>
              </w:rPr>
              <w:t>至少</w:t>
            </w:r>
            <w:r w:rsidRPr="00892FEA">
              <w:rPr>
                <w:rFonts w:ascii="Times New Roman" w:hAnsi="Times New Roman" w:cs="Times New Roman"/>
                <w:color w:val="auto"/>
                <w:szCs w:val="24"/>
                <w:lang w:eastAsia="zh-TW"/>
              </w:rPr>
              <w:t>2</w:t>
            </w:r>
            <w:r w:rsidRPr="00892FEA">
              <w:rPr>
                <w:rFonts w:ascii="Times New Roman" w:hAnsi="Times New Roman" w:cs="Times New Roman"/>
                <w:color w:val="auto"/>
                <w:szCs w:val="24"/>
                <w:lang w:eastAsia="zh-TW"/>
              </w:rPr>
              <w:t>張活動照片及對應說明，如不敷使用，</w:t>
            </w:r>
            <w:r w:rsidRPr="00892FEA">
              <w:rPr>
                <w:color w:val="auto"/>
                <w:szCs w:val="24"/>
                <w:lang w:eastAsia="zh-TW"/>
              </w:rPr>
              <w:t>請自行增列)</w:t>
            </w:r>
          </w:p>
        </w:tc>
      </w:tr>
      <w:tr w:rsidR="00F13D26" w:rsidRPr="00427121" w14:paraId="2E1D0AF9" w14:textId="77777777" w:rsidTr="00177800">
        <w:trPr>
          <w:trHeight w:val="874"/>
          <w:jc w:val="center"/>
        </w:trPr>
        <w:tc>
          <w:tcPr>
            <w:tcW w:w="1970" w:type="dxa"/>
            <w:gridSpan w:val="2"/>
            <w:tcBorders>
              <w:top w:val="single" w:sz="6" w:space="0" w:color="auto"/>
              <w:bottom w:val="double" w:sz="4" w:space="0" w:color="auto"/>
            </w:tcBorders>
            <w:shd w:val="clear" w:color="auto" w:fill="F2F2F2" w:themeFill="background1" w:themeFillShade="F2"/>
            <w:vAlign w:val="center"/>
          </w:tcPr>
          <w:p w14:paraId="75F0F28E" w14:textId="77777777" w:rsidR="00F13D26" w:rsidRPr="00362463" w:rsidRDefault="00F13D26" w:rsidP="00F13D26">
            <w:pPr>
              <w:spacing w:line="312" w:lineRule="auto"/>
              <w:jc w:val="center"/>
              <w:rPr>
                <w:color w:val="auto"/>
              </w:rPr>
            </w:pPr>
            <w:proofErr w:type="spellStart"/>
            <w:r w:rsidRPr="00362463">
              <w:rPr>
                <w:b/>
                <w:color w:val="auto"/>
              </w:rPr>
              <w:t>申請人聲明</w:t>
            </w:r>
            <w:proofErr w:type="spellEnd"/>
          </w:p>
        </w:tc>
        <w:tc>
          <w:tcPr>
            <w:tcW w:w="8788" w:type="dxa"/>
            <w:gridSpan w:val="6"/>
            <w:tcBorders>
              <w:top w:val="single" w:sz="6" w:space="0" w:color="auto"/>
              <w:bottom w:val="double" w:sz="4" w:space="0" w:color="auto"/>
            </w:tcBorders>
            <w:shd w:val="clear" w:color="auto" w:fill="FFFFFF" w:themeFill="background1"/>
            <w:vAlign w:val="center"/>
          </w:tcPr>
          <w:p w14:paraId="37963336" w14:textId="77777777" w:rsidR="00F13D26" w:rsidRPr="00C25C31" w:rsidRDefault="00F13D26" w:rsidP="00362463">
            <w:pPr>
              <w:spacing w:beforeLines="100" w:before="240"/>
              <w:ind w:left="312" w:hangingChars="130" w:hanging="312"/>
              <w:jc w:val="both"/>
              <w:rPr>
                <w:color w:val="auto"/>
                <w:sz w:val="24"/>
                <w:szCs w:val="24"/>
                <w:lang w:eastAsia="zh-TW"/>
              </w:rPr>
            </w:pPr>
            <w:r w:rsidRPr="00C345FE">
              <w:rPr>
                <w:rFonts w:ascii="新細明體" w:eastAsia="新細明體" w:hAnsi="新細明體" w:cs="Times New Roman"/>
                <w:color w:val="auto"/>
                <w:sz w:val="24"/>
                <w:szCs w:val="24"/>
                <w:lang w:eastAsia="zh-TW"/>
              </w:rPr>
              <w:t>□</w:t>
            </w:r>
            <w:r>
              <w:rPr>
                <w:rFonts w:ascii="新細明體" w:eastAsia="新細明體" w:hAnsi="新細明體" w:cs="Times New Roman" w:hint="eastAsia"/>
                <w:color w:val="auto"/>
                <w:sz w:val="24"/>
                <w:szCs w:val="24"/>
                <w:lang w:eastAsia="zh-TW"/>
              </w:rPr>
              <w:t xml:space="preserve"> </w:t>
            </w:r>
            <w:r w:rsidRPr="00A52FFE">
              <w:rPr>
                <w:color w:val="auto"/>
                <w:lang w:eastAsia="zh-TW"/>
              </w:rPr>
              <w:t>本人聲明上述所填寫之內容及檢附之文件均為屬實，如有不實，願放棄獲獎資格並繳回</w:t>
            </w:r>
            <w:r w:rsidRPr="00A52FFE">
              <w:rPr>
                <w:rFonts w:hint="eastAsia"/>
                <w:color w:val="auto"/>
                <w:lang w:eastAsia="zh-TW"/>
              </w:rPr>
              <w:t>全數</w:t>
            </w:r>
            <w:r w:rsidRPr="00A52FFE">
              <w:rPr>
                <w:color w:val="auto"/>
                <w:lang w:eastAsia="zh-TW"/>
              </w:rPr>
              <w:t>獎</w:t>
            </w:r>
            <w:r w:rsidRPr="00A52FFE">
              <w:rPr>
                <w:rFonts w:hint="eastAsia"/>
                <w:color w:val="auto"/>
                <w:lang w:eastAsia="zh-TW"/>
              </w:rPr>
              <w:t>補助金額</w:t>
            </w:r>
            <w:r w:rsidRPr="00A52FFE">
              <w:rPr>
                <w:color w:val="auto"/>
                <w:lang w:eastAsia="zh-TW"/>
              </w:rPr>
              <w:t>。</w:t>
            </w:r>
          </w:p>
          <w:p w14:paraId="183781C0" w14:textId="77777777" w:rsidR="00F13D26" w:rsidRPr="00F14933" w:rsidRDefault="00F13D26" w:rsidP="00F13D26">
            <w:pPr>
              <w:ind w:left="312" w:hangingChars="130" w:hanging="312"/>
              <w:jc w:val="both"/>
              <w:rPr>
                <w:color w:val="auto"/>
                <w:lang w:eastAsia="zh-TW"/>
              </w:rPr>
            </w:pPr>
            <w:r w:rsidRPr="00F14933">
              <w:rPr>
                <w:rFonts w:ascii="新細明體" w:eastAsia="新細明體" w:hAnsi="新細明體" w:cs="Times New Roman"/>
                <w:color w:val="auto"/>
                <w:sz w:val="24"/>
                <w:szCs w:val="24"/>
                <w:lang w:eastAsia="zh-TW"/>
              </w:rPr>
              <w:t>□</w:t>
            </w:r>
            <w:r w:rsidRPr="00F14933">
              <w:rPr>
                <w:rFonts w:ascii="新細明體" w:eastAsia="新細明體" w:hAnsi="新細明體" w:cs="Times New Roman" w:hint="eastAsia"/>
                <w:color w:val="auto"/>
                <w:sz w:val="24"/>
                <w:szCs w:val="24"/>
                <w:lang w:eastAsia="zh-TW"/>
              </w:rPr>
              <w:t xml:space="preserve"> </w:t>
            </w:r>
            <w:r w:rsidRPr="00F14933">
              <w:rPr>
                <w:rFonts w:hint="eastAsia"/>
                <w:color w:val="auto"/>
                <w:lang w:eastAsia="zh-TW"/>
              </w:rPr>
              <w:t>本人同意東吳大學財務工程與精算數學系，於本人獲獎時得將本人之系級、學號或姓名及獲獎資訊公告於本系官方網站及佈告欄。</w:t>
            </w:r>
          </w:p>
          <w:p w14:paraId="24796224" w14:textId="77777777" w:rsidR="00F13D26" w:rsidRPr="002B1B77" w:rsidRDefault="00F13D26" w:rsidP="00F13D26">
            <w:pPr>
              <w:spacing w:line="264" w:lineRule="auto"/>
              <w:ind w:left="300" w:hangingChars="150" w:hanging="300"/>
              <w:jc w:val="both"/>
              <w:rPr>
                <w:color w:val="auto"/>
                <w:sz w:val="20"/>
                <w:szCs w:val="20"/>
                <w:lang w:eastAsia="zh-TW"/>
              </w:rPr>
            </w:pPr>
            <w:r w:rsidRPr="00F14933">
              <w:rPr>
                <w:rFonts w:hint="eastAsia"/>
                <w:color w:val="auto"/>
                <w:sz w:val="20"/>
                <w:szCs w:val="20"/>
                <w:lang w:eastAsia="zh-TW"/>
              </w:rPr>
              <w:t xml:space="preserve">   (註：將秉持最小化公開原則，僅公告獲獎人系級、學號或姓名及獲獎項目相關資訊)</w:t>
            </w:r>
          </w:p>
          <w:p w14:paraId="4D4052CD" w14:textId="77777777" w:rsidR="00BC7574" w:rsidRDefault="00BC7574" w:rsidP="00BC7574">
            <w:pPr>
              <w:rPr>
                <w:color w:val="auto"/>
                <w:sz w:val="15"/>
                <w:szCs w:val="15"/>
                <w:lang w:eastAsia="zh-TW"/>
              </w:rPr>
            </w:pPr>
          </w:p>
          <w:p w14:paraId="02CC1DD5" w14:textId="77777777" w:rsidR="00BC7574" w:rsidRDefault="00BC7574" w:rsidP="00BC7574">
            <w:pPr>
              <w:rPr>
                <w:rFonts w:hint="eastAsia"/>
                <w:color w:val="auto"/>
                <w:sz w:val="15"/>
                <w:szCs w:val="15"/>
                <w:lang w:eastAsia="zh-TW"/>
              </w:rPr>
            </w:pPr>
          </w:p>
          <w:p w14:paraId="37B55844" w14:textId="77777777" w:rsidR="00BC7574" w:rsidRDefault="00BC7574" w:rsidP="00BC7574">
            <w:pPr>
              <w:rPr>
                <w:color w:val="auto"/>
                <w:sz w:val="15"/>
                <w:szCs w:val="15"/>
                <w:lang w:eastAsia="zh-TW"/>
              </w:rPr>
            </w:pPr>
            <w:r>
              <w:rPr>
                <w:rFonts w:hint="eastAsia"/>
                <w:color w:val="auto"/>
                <w:sz w:val="24"/>
                <w:szCs w:val="24"/>
                <w:lang w:eastAsia="zh-TW"/>
              </w:rPr>
              <w:t>申請人之指導老師</w:t>
            </w:r>
            <w:r w:rsidRPr="00A93C47">
              <w:rPr>
                <w:color w:val="auto"/>
                <w:sz w:val="24"/>
                <w:szCs w:val="24"/>
                <w:lang w:eastAsia="zh-TW"/>
              </w:rPr>
              <w:t>簽章：</w:t>
            </w:r>
            <w:r w:rsidRPr="00A93C47">
              <w:rPr>
                <w:rFonts w:hint="eastAsia"/>
                <w:color w:val="auto"/>
                <w:sz w:val="24"/>
                <w:szCs w:val="24"/>
                <w:u w:val="single"/>
                <w:lang w:eastAsia="zh-TW"/>
              </w:rPr>
              <w:t xml:space="preserve">           </w:t>
            </w:r>
            <w:r>
              <w:rPr>
                <w:rFonts w:hint="eastAsia"/>
                <w:color w:val="auto"/>
                <w:sz w:val="24"/>
                <w:szCs w:val="24"/>
                <w:u w:val="single"/>
                <w:lang w:eastAsia="zh-TW"/>
              </w:rPr>
              <w:t xml:space="preserve">   </w:t>
            </w:r>
            <w:r w:rsidRPr="00A93C47">
              <w:rPr>
                <w:rFonts w:hint="eastAsia"/>
                <w:color w:val="auto"/>
                <w:sz w:val="24"/>
                <w:szCs w:val="24"/>
                <w:lang w:eastAsia="zh-TW"/>
              </w:rPr>
              <w:t xml:space="preserve"> </w:t>
            </w:r>
            <w:r>
              <w:rPr>
                <w:rFonts w:hint="eastAsia"/>
                <w:color w:val="auto"/>
                <w:sz w:val="24"/>
                <w:szCs w:val="24"/>
                <w:lang w:eastAsia="zh-TW"/>
              </w:rPr>
              <w:t xml:space="preserve"> </w:t>
            </w:r>
            <w:r w:rsidRPr="00A93C47">
              <w:rPr>
                <w:color w:val="auto"/>
                <w:sz w:val="24"/>
                <w:szCs w:val="24"/>
                <w:lang w:eastAsia="zh-TW"/>
              </w:rPr>
              <w:t xml:space="preserve">日期：民國 </w:t>
            </w:r>
            <w:r w:rsidRPr="00A93C47">
              <w:rPr>
                <w:rFonts w:hint="eastAsia"/>
                <w:color w:val="auto"/>
                <w:sz w:val="24"/>
                <w:szCs w:val="24"/>
                <w:u w:val="single"/>
                <w:lang w:eastAsia="zh-TW"/>
              </w:rPr>
              <w:t xml:space="preserve">    </w:t>
            </w:r>
            <w:r w:rsidRPr="00A93C47">
              <w:rPr>
                <w:color w:val="auto"/>
                <w:sz w:val="24"/>
                <w:szCs w:val="24"/>
                <w:lang w:eastAsia="zh-TW"/>
              </w:rPr>
              <w:t xml:space="preserve"> 年 </w:t>
            </w:r>
            <w:r w:rsidRPr="00A93C47">
              <w:rPr>
                <w:rFonts w:hint="eastAsia"/>
                <w:color w:val="auto"/>
                <w:sz w:val="24"/>
                <w:szCs w:val="24"/>
                <w:u w:val="single"/>
                <w:lang w:eastAsia="zh-TW"/>
              </w:rPr>
              <w:t xml:space="preserve">  </w:t>
            </w:r>
            <w:r>
              <w:rPr>
                <w:rFonts w:hint="eastAsia"/>
                <w:color w:val="auto"/>
                <w:sz w:val="24"/>
                <w:szCs w:val="24"/>
                <w:u w:val="single"/>
                <w:lang w:eastAsia="zh-TW"/>
              </w:rPr>
              <w:t xml:space="preserve"> </w:t>
            </w:r>
            <w:r w:rsidRPr="00A93C47">
              <w:rPr>
                <w:rFonts w:hint="eastAsia"/>
                <w:color w:val="auto"/>
                <w:sz w:val="24"/>
                <w:szCs w:val="24"/>
                <w:u w:val="single"/>
                <w:lang w:eastAsia="zh-TW"/>
              </w:rPr>
              <w:t xml:space="preserve"> </w:t>
            </w:r>
            <w:r w:rsidRPr="00A93C47">
              <w:rPr>
                <w:color w:val="auto"/>
                <w:sz w:val="24"/>
                <w:szCs w:val="24"/>
                <w:lang w:eastAsia="zh-TW"/>
              </w:rPr>
              <w:t xml:space="preserve"> 月 </w:t>
            </w:r>
            <w:r w:rsidRPr="00A93C47">
              <w:rPr>
                <w:rFonts w:hint="eastAsia"/>
                <w:color w:val="auto"/>
                <w:sz w:val="24"/>
                <w:szCs w:val="24"/>
                <w:u w:val="single"/>
                <w:lang w:eastAsia="zh-TW"/>
              </w:rPr>
              <w:t xml:space="preserve">   </w:t>
            </w:r>
            <w:r w:rsidRPr="00A93C47">
              <w:rPr>
                <w:color w:val="auto"/>
                <w:sz w:val="24"/>
                <w:szCs w:val="24"/>
                <w:lang w:eastAsia="zh-TW"/>
              </w:rPr>
              <w:t xml:space="preserve"> 日</w:t>
            </w:r>
          </w:p>
          <w:p w14:paraId="430801B8" w14:textId="77777777" w:rsidR="00BC7574" w:rsidRPr="00A93C47" w:rsidRDefault="00BC7574" w:rsidP="00BC7574">
            <w:pPr>
              <w:spacing w:beforeLines="150" w:before="360"/>
              <w:rPr>
                <w:color w:val="auto"/>
                <w:sz w:val="24"/>
                <w:szCs w:val="24"/>
                <w:lang w:eastAsia="zh-TW"/>
              </w:rPr>
            </w:pPr>
            <w:r w:rsidRPr="00A93C47">
              <w:rPr>
                <w:color w:val="auto"/>
                <w:sz w:val="24"/>
                <w:szCs w:val="24"/>
                <w:lang w:eastAsia="zh-TW"/>
              </w:rPr>
              <w:t>申請人簽章：</w:t>
            </w:r>
            <w:r w:rsidRPr="00A93C47">
              <w:rPr>
                <w:rFonts w:hint="eastAsia"/>
                <w:color w:val="auto"/>
                <w:sz w:val="24"/>
                <w:szCs w:val="24"/>
                <w:u w:val="single"/>
                <w:lang w:eastAsia="zh-TW"/>
              </w:rPr>
              <w:t xml:space="preserve">                    </w:t>
            </w:r>
            <w:r w:rsidRPr="00A93C47">
              <w:rPr>
                <w:rFonts w:hint="eastAsia"/>
                <w:color w:val="auto"/>
                <w:sz w:val="24"/>
                <w:szCs w:val="24"/>
                <w:lang w:eastAsia="zh-TW"/>
              </w:rPr>
              <w:t xml:space="preserve">   </w:t>
            </w:r>
            <w:r w:rsidRPr="00A93C47">
              <w:rPr>
                <w:color w:val="auto"/>
                <w:sz w:val="24"/>
                <w:szCs w:val="24"/>
                <w:lang w:eastAsia="zh-TW"/>
              </w:rPr>
              <w:t xml:space="preserve">日期：民國 </w:t>
            </w:r>
            <w:r w:rsidRPr="00A93C47">
              <w:rPr>
                <w:rFonts w:hint="eastAsia"/>
                <w:color w:val="auto"/>
                <w:sz w:val="24"/>
                <w:szCs w:val="24"/>
                <w:u w:val="single"/>
                <w:lang w:eastAsia="zh-TW"/>
              </w:rPr>
              <w:t xml:space="preserve">     </w:t>
            </w:r>
            <w:r w:rsidRPr="00A93C47">
              <w:rPr>
                <w:color w:val="auto"/>
                <w:sz w:val="24"/>
                <w:szCs w:val="24"/>
                <w:lang w:eastAsia="zh-TW"/>
              </w:rPr>
              <w:t xml:space="preserve"> 年 </w:t>
            </w:r>
            <w:r w:rsidRPr="00A93C47">
              <w:rPr>
                <w:rFonts w:hint="eastAsia"/>
                <w:color w:val="auto"/>
                <w:sz w:val="24"/>
                <w:szCs w:val="24"/>
                <w:u w:val="single"/>
                <w:lang w:eastAsia="zh-TW"/>
              </w:rPr>
              <w:t xml:space="preserve">    </w:t>
            </w:r>
            <w:r w:rsidRPr="00A93C47">
              <w:rPr>
                <w:color w:val="auto"/>
                <w:sz w:val="24"/>
                <w:szCs w:val="24"/>
                <w:lang w:eastAsia="zh-TW"/>
              </w:rPr>
              <w:t xml:space="preserve"> 月 </w:t>
            </w:r>
            <w:r w:rsidRPr="00A93C47">
              <w:rPr>
                <w:rFonts w:hint="eastAsia"/>
                <w:color w:val="auto"/>
                <w:sz w:val="24"/>
                <w:szCs w:val="24"/>
                <w:u w:val="single"/>
                <w:lang w:eastAsia="zh-TW"/>
              </w:rPr>
              <w:t xml:space="preserve">     </w:t>
            </w:r>
            <w:r w:rsidRPr="00A93C47">
              <w:rPr>
                <w:color w:val="auto"/>
                <w:sz w:val="24"/>
                <w:szCs w:val="24"/>
                <w:lang w:eastAsia="zh-TW"/>
              </w:rPr>
              <w:t xml:space="preserve"> 日</w:t>
            </w:r>
          </w:p>
          <w:p w14:paraId="02C3D708" w14:textId="2536C198" w:rsidR="00F13D26" w:rsidRPr="003D6777" w:rsidRDefault="00BC7574" w:rsidP="00BC7574">
            <w:pPr>
              <w:rPr>
                <w:color w:val="auto"/>
                <w:sz w:val="15"/>
                <w:szCs w:val="15"/>
                <w:lang w:eastAsia="zh-TW"/>
              </w:rPr>
            </w:pPr>
            <w:r w:rsidRPr="00FE22FF">
              <w:rPr>
                <w:rFonts w:hint="eastAsia"/>
                <w:color w:val="auto"/>
                <w:sz w:val="15"/>
                <w:szCs w:val="15"/>
                <w:lang w:eastAsia="zh-TW"/>
              </w:rPr>
              <w:t>(本人已閱讀東吳大學財務工程與精算數學系運用個人資料告知暨同意書，了解及同意個人資料提供學系進行蒐集、處理、利用)</w:t>
            </w:r>
          </w:p>
        </w:tc>
      </w:tr>
      <w:tr w:rsidR="00F13D26" w:rsidRPr="00427121" w14:paraId="09F305D5" w14:textId="77777777" w:rsidTr="00F13D26">
        <w:trPr>
          <w:trHeight w:val="489"/>
          <w:jc w:val="center"/>
        </w:trPr>
        <w:tc>
          <w:tcPr>
            <w:tcW w:w="10758" w:type="dxa"/>
            <w:gridSpan w:val="8"/>
            <w:tcBorders>
              <w:top w:val="single" w:sz="6" w:space="0" w:color="auto"/>
              <w:bottom w:val="double" w:sz="4" w:space="0" w:color="auto"/>
            </w:tcBorders>
            <w:shd w:val="clear" w:color="auto" w:fill="F2F2F2" w:themeFill="background1" w:themeFillShade="F2"/>
            <w:vAlign w:val="center"/>
          </w:tcPr>
          <w:p w14:paraId="2B3ACDB9" w14:textId="77777777" w:rsidR="00F13D26" w:rsidRPr="00C345FE" w:rsidRDefault="00F13D26" w:rsidP="00F13D26">
            <w:pPr>
              <w:jc w:val="center"/>
              <w:rPr>
                <w:color w:val="auto"/>
                <w:sz w:val="24"/>
                <w:szCs w:val="24"/>
                <w:lang w:eastAsia="zh-TW"/>
              </w:rPr>
            </w:pPr>
            <w:r w:rsidRPr="00C345FE">
              <w:rPr>
                <w:b/>
                <w:color w:val="auto"/>
                <w:sz w:val="24"/>
                <w:szCs w:val="24"/>
                <w:lang w:eastAsia="zh-TW"/>
              </w:rPr>
              <w:t>【審核欄】（申請人請勿填寫）</w:t>
            </w:r>
          </w:p>
        </w:tc>
      </w:tr>
      <w:tr w:rsidR="00F13D26" w:rsidRPr="00427121" w14:paraId="08DAA89A" w14:textId="77777777" w:rsidTr="00177800">
        <w:trPr>
          <w:trHeight w:val="874"/>
          <w:jc w:val="center"/>
        </w:trPr>
        <w:tc>
          <w:tcPr>
            <w:tcW w:w="1970" w:type="dxa"/>
            <w:gridSpan w:val="2"/>
            <w:tcBorders>
              <w:top w:val="single" w:sz="6" w:space="0" w:color="auto"/>
              <w:bottom w:val="double" w:sz="4" w:space="0" w:color="auto"/>
            </w:tcBorders>
            <w:shd w:val="clear" w:color="auto" w:fill="F2F2F2" w:themeFill="background1" w:themeFillShade="F2"/>
            <w:vAlign w:val="center"/>
          </w:tcPr>
          <w:p w14:paraId="4B3364C4" w14:textId="77777777" w:rsidR="00F13D26" w:rsidRPr="00362463" w:rsidRDefault="00F13D26" w:rsidP="00F13D26">
            <w:pPr>
              <w:spacing w:line="312" w:lineRule="auto"/>
              <w:jc w:val="center"/>
              <w:rPr>
                <w:color w:val="auto"/>
              </w:rPr>
            </w:pPr>
            <w:proofErr w:type="spellStart"/>
            <w:r w:rsidRPr="00362463">
              <w:rPr>
                <w:b/>
                <w:color w:val="auto"/>
              </w:rPr>
              <w:t>系所審</w:t>
            </w:r>
            <w:proofErr w:type="spellEnd"/>
            <w:r w:rsidRPr="00362463">
              <w:rPr>
                <w:rFonts w:hint="eastAsia"/>
                <w:b/>
                <w:color w:val="auto"/>
                <w:lang w:eastAsia="zh-TW"/>
              </w:rPr>
              <w:t>核</w:t>
            </w:r>
          </w:p>
        </w:tc>
        <w:tc>
          <w:tcPr>
            <w:tcW w:w="8788" w:type="dxa"/>
            <w:gridSpan w:val="6"/>
            <w:tcBorders>
              <w:top w:val="single" w:sz="6" w:space="0" w:color="auto"/>
              <w:bottom w:val="double" w:sz="4" w:space="0" w:color="auto"/>
            </w:tcBorders>
            <w:shd w:val="clear" w:color="auto" w:fill="FFFFFF" w:themeFill="background1"/>
            <w:vAlign w:val="center"/>
          </w:tcPr>
          <w:p w14:paraId="0DAD8960" w14:textId="77777777" w:rsidR="00495E43" w:rsidRPr="00362463" w:rsidRDefault="00F13D26" w:rsidP="009A78A0">
            <w:pPr>
              <w:spacing w:beforeLines="100" w:before="240" w:line="360" w:lineRule="auto"/>
              <w:rPr>
                <w:color w:val="auto"/>
                <w:lang w:eastAsia="zh-TW"/>
              </w:rPr>
            </w:pPr>
            <w:r w:rsidRPr="00362463">
              <w:rPr>
                <w:color w:val="auto"/>
                <w:lang w:eastAsia="zh-TW"/>
              </w:rPr>
              <w:t>□ 符合資格，同意推薦</w:t>
            </w:r>
            <w:r w:rsidRPr="00362463">
              <w:rPr>
                <w:rFonts w:hint="eastAsia"/>
                <w:color w:val="auto"/>
                <w:lang w:eastAsia="zh-TW"/>
              </w:rPr>
              <w:t>，</w:t>
            </w:r>
            <w:r w:rsidR="00362463" w:rsidRPr="00362463">
              <w:rPr>
                <w:rFonts w:hint="eastAsia"/>
                <w:color w:val="auto"/>
                <w:lang w:eastAsia="zh-TW"/>
              </w:rPr>
              <w:t>共計核發金額：</w:t>
            </w:r>
            <w:r w:rsidR="00362463" w:rsidRPr="00362463">
              <w:rPr>
                <w:rFonts w:hint="eastAsia"/>
                <w:color w:val="auto"/>
                <w:u w:val="single"/>
                <w:lang w:eastAsia="zh-TW"/>
              </w:rPr>
              <w:t xml:space="preserve"> </w:t>
            </w:r>
            <w:r w:rsidR="00362463" w:rsidRPr="00362463">
              <w:rPr>
                <w:color w:val="auto"/>
                <w:u w:val="single"/>
                <w:lang w:eastAsia="zh-TW"/>
              </w:rPr>
              <w:t xml:space="preserve">  </w:t>
            </w:r>
            <w:r w:rsidR="00362463" w:rsidRPr="00362463">
              <w:rPr>
                <w:rFonts w:hint="eastAsia"/>
                <w:color w:val="auto"/>
                <w:u w:val="single"/>
                <w:lang w:eastAsia="zh-TW"/>
              </w:rPr>
              <w:t xml:space="preserve">          </w:t>
            </w:r>
            <w:r w:rsidR="00362463" w:rsidRPr="00362463">
              <w:rPr>
                <w:rFonts w:hint="eastAsia"/>
                <w:color w:val="auto"/>
                <w:lang w:eastAsia="zh-TW"/>
              </w:rPr>
              <w:t>元</w:t>
            </w:r>
            <w:r w:rsidR="00362463">
              <w:rPr>
                <w:rFonts w:hint="eastAsia"/>
                <w:color w:val="auto"/>
                <w:lang w:eastAsia="zh-TW"/>
              </w:rPr>
              <w:t>。核發細項如下</w:t>
            </w:r>
            <w:r w:rsidR="00495E43" w:rsidRPr="00362463">
              <w:rPr>
                <w:rFonts w:hint="eastAsia"/>
                <w:color w:val="auto"/>
                <w:lang w:eastAsia="zh-TW"/>
              </w:rPr>
              <w:t>：</w:t>
            </w:r>
          </w:p>
          <w:p w14:paraId="557BD701" w14:textId="7079F4A4" w:rsidR="00495E43" w:rsidRPr="00362463" w:rsidRDefault="00362463" w:rsidP="00362463">
            <w:pPr>
              <w:spacing w:afterLines="100" w:after="240"/>
              <w:ind w:firstLineChars="200" w:firstLine="440"/>
              <w:rPr>
                <w:color w:val="auto"/>
                <w:lang w:eastAsia="zh-TW"/>
              </w:rPr>
            </w:pPr>
            <w:r w:rsidRPr="00362463">
              <w:rPr>
                <w:rFonts w:ascii="Times New Roman" w:hAnsi="Times New Roman" w:cs="Times New Roman"/>
                <w:color w:val="auto"/>
                <w:lang w:eastAsia="zh-TW"/>
              </w:rPr>
              <w:t>(1)</w:t>
            </w:r>
            <w:r>
              <w:rPr>
                <w:rFonts w:ascii="Times New Roman" w:hAnsi="Times New Roman" w:cs="Times New Roman" w:hint="eastAsia"/>
                <w:color w:val="auto"/>
                <w:lang w:eastAsia="zh-TW"/>
              </w:rPr>
              <w:t xml:space="preserve"> </w:t>
            </w:r>
            <w:r w:rsidR="00495E43" w:rsidRPr="00362463">
              <w:rPr>
                <w:rFonts w:hint="eastAsia"/>
                <w:color w:val="auto"/>
                <w:lang w:eastAsia="zh-TW"/>
              </w:rPr>
              <w:t>參賽費用補助：</w:t>
            </w:r>
            <w:r w:rsidRPr="00362463">
              <w:rPr>
                <w:rFonts w:hint="eastAsia"/>
                <w:color w:val="auto"/>
                <w:u w:val="single"/>
                <w:lang w:eastAsia="zh-TW"/>
              </w:rPr>
              <w:t xml:space="preserve">    </w:t>
            </w:r>
            <w:r>
              <w:rPr>
                <w:color w:val="auto"/>
                <w:u w:val="single"/>
                <w:lang w:eastAsia="zh-TW"/>
              </w:rPr>
              <w:t xml:space="preserve">  </w:t>
            </w:r>
            <w:r w:rsidRPr="00362463">
              <w:rPr>
                <w:rFonts w:hint="eastAsia"/>
                <w:color w:val="auto"/>
                <w:u w:val="single"/>
                <w:lang w:eastAsia="zh-TW"/>
              </w:rPr>
              <w:t xml:space="preserve"> </w:t>
            </w:r>
            <w:r>
              <w:rPr>
                <w:rFonts w:hint="eastAsia"/>
                <w:color w:val="auto"/>
                <w:u w:val="single"/>
                <w:lang w:eastAsia="zh-TW"/>
              </w:rPr>
              <w:t xml:space="preserve">   </w:t>
            </w:r>
            <w:r w:rsidRPr="00362463">
              <w:rPr>
                <w:rFonts w:hint="eastAsia"/>
                <w:color w:val="auto"/>
                <w:u w:val="single"/>
                <w:lang w:eastAsia="zh-TW"/>
              </w:rPr>
              <w:t xml:space="preserve"> </w:t>
            </w:r>
            <w:r w:rsidRPr="00362463">
              <w:rPr>
                <w:rFonts w:hint="eastAsia"/>
                <w:color w:val="auto"/>
                <w:lang w:eastAsia="zh-TW"/>
              </w:rPr>
              <w:t>元</w:t>
            </w:r>
            <w:r>
              <w:rPr>
                <w:rFonts w:hint="eastAsia"/>
                <w:color w:val="auto"/>
                <w:lang w:eastAsia="zh-TW"/>
              </w:rPr>
              <w:t xml:space="preserve">   </w:t>
            </w:r>
            <w:r w:rsidR="00BC7574">
              <w:rPr>
                <w:rFonts w:hint="eastAsia"/>
                <w:color w:val="auto"/>
                <w:lang w:eastAsia="zh-TW"/>
              </w:rPr>
              <w:t xml:space="preserve">  </w:t>
            </w:r>
            <w:r>
              <w:rPr>
                <w:rFonts w:hint="eastAsia"/>
                <w:color w:val="auto"/>
                <w:lang w:eastAsia="zh-TW"/>
              </w:rPr>
              <w:t xml:space="preserve"> </w:t>
            </w:r>
            <w:r w:rsidRPr="00362463">
              <w:rPr>
                <w:rFonts w:ascii="Times New Roman" w:hAnsi="Times New Roman" w:cs="Times New Roman"/>
                <w:color w:val="auto"/>
                <w:lang w:eastAsia="zh-TW"/>
              </w:rPr>
              <w:t>(</w:t>
            </w:r>
            <w:r>
              <w:rPr>
                <w:rFonts w:ascii="Times New Roman" w:hAnsi="Times New Roman" w:cs="Times New Roman" w:hint="eastAsia"/>
                <w:color w:val="auto"/>
                <w:lang w:eastAsia="zh-TW"/>
              </w:rPr>
              <w:t>2</w:t>
            </w:r>
            <w:r w:rsidRPr="00362463">
              <w:rPr>
                <w:rFonts w:ascii="Times New Roman" w:hAnsi="Times New Roman" w:cs="Times New Roman"/>
                <w:color w:val="auto"/>
                <w:lang w:eastAsia="zh-TW"/>
              </w:rPr>
              <w:t>)</w:t>
            </w:r>
            <w:r>
              <w:rPr>
                <w:rFonts w:ascii="Times New Roman" w:hAnsi="Times New Roman" w:cs="Times New Roman" w:hint="eastAsia"/>
                <w:color w:val="auto"/>
                <w:lang w:eastAsia="zh-TW"/>
              </w:rPr>
              <w:t xml:space="preserve"> </w:t>
            </w:r>
            <w:r w:rsidRPr="00362463">
              <w:rPr>
                <w:rFonts w:hint="eastAsia"/>
                <w:color w:val="auto"/>
                <w:lang w:eastAsia="zh-TW"/>
              </w:rPr>
              <w:t>獲獎或發表獎勵：</w:t>
            </w:r>
            <w:r w:rsidRPr="00362463">
              <w:rPr>
                <w:rFonts w:hint="eastAsia"/>
                <w:color w:val="auto"/>
                <w:u w:val="single"/>
                <w:lang w:eastAsia="zh-TW"/>
              </w:rPr>
              <w:t xml:space="preserve">  </w:t>
            </w:r>
            <w:r>
              <w:rPr>
                <w:color w:val="auto"/>
                <w:u w:val="single"/>
                <w:lang w:eastAsia="zh-TW"/>
              </w:rPr>
              <w:t xml:space="preserve">  </w:t>
            </w:r>
            <w:r w:rsidRPr="00362463">
              <w:rPr>
                <w:rFonts w:hint="eastAsia"/>
                <w:color w:val="auto"/>
                <w:u w:val="single"/>
                <w:lang w:eastAsia="zh-TW"/>
              </w:rPr>
              <w:t xml:space="preserve">   </w:t>
            </w:r>
            <w:r>
              <w:rPr>
                <w:rFonts w:hint="eastAsia"/>
                <w:color w:val="auto"/>
                <w:u w:val="single"/>
                <w:lang w:eastAsia="zh-TW"/>
              </w:rPr>
              <w:t xml:space="preserve">   </w:t>
            </w:r>
            <w:r w:rsidRPr="00362463">
              <w:rPr>
                <w:rFonts w:hint="eastAsia"/>
                <w:color w:val="auto"/>
                <w:u w:val="single"/>
                <w:lang w:eastAsia="zh-TW"/>
              </w:rPr>
              <w:t xml:space="preserve"> </w:t>
            </w:r>
            <w:r w:rsidRPr="00362463">
              <w:rPr>
                <w:rFonts w:hint="eastAsia"/>
                <w:color w:val="auto"/>
                <w:lang w:eastAsia="zh-TW"/>
              </w:rPr>
              <w:t>元</w:t>
            </w:r>
          </w:p>
          <w:p w14:paraId="0AF424DF" w14:textId="77777777" w:rsidR="00F13D26" w:rsidRDefault="00F13D26" w:rsidP="00F13D26">
            <w:pPr>
              <w:snapToGrid w:val="0"/>
              <w:rPr>
                <w:color w:val="auto"/>
                <w:lang w:eastAsia="zh-TW"/>
              </w:rPr>
            </w:pPr>
            <w:r w:rsidRPr="00362463">
              <w:rPr>
                <w:color w:val="auto"/>
                <w:lang w:eastAsia="zh-TW"/>
              </w:rPr>
              <w:t>□ 不符合資格</w:t>
            </w:r>
            <w:r w:rsidRPr="00362463">
              <w:rPr>
                <w:rFonts w:hint="eastAsia"/>
                <w:color w:val="auto"/>
                <w:lang w:eastAsia="zh-TW"/>
              </w:rPr>
              <w:t>，未予推薦。</w:t>
            </w:r>
          </w:p>
          <w:p w14:paraId="63CE8AA1" w14:textId="77777777" w:rsidR="00BC7574" w:rsidRPr="00362463" w:rsidRDefault="00BC7574" w:rsidP="00F13D26">
            <w:pPr>
              <w:snapToGrid w:val="0"/>
              <w:rPr>
                <w:rFonts w:hint="eastAsia"/>
                <w:color w:val="auto"/>
                <w:lang w:eastAsia="zh-TW"/>
              </w:rPr>
            </w:pPr>
          </w:p>
          <w:p w14:paraId="53373AE1" w14:textId="77777777" w:rsidR="00F13D26" w:rsidRPr="00C345FE" w:rsidRDefault="00F13D26" w:rsidP="00F13D26">
            <w:pPr>
              <w:snapToGrid w:val="0"/>
              <w:spacing w:afterLines="50" w:after="120"/>
              <w:jc w:val="right"/>
              <w:rPr>
                <w:color w:val="auto"/>
                <w:sz w:val="24"/>
                <w:szCs w:val="24"/>
                <w:lang w:eastAsia="zh-TW"/>
              </w:rPr>
            </w:pPr>
            <w:r w:rsidRPr="00362463">
              <w:rPr>
                <w:color w:val="auto"/>
                <w:lang w:eastAsia="zh-TW"/>
              </w:rPr>
              <w:t>審核</w:t>
            </w:r>
            <w:r w:rsidRPr="00362463">
              <w:rPr>
                <w:rFonts w:hint="eastAsia"/>
                <w:color w:val="auto"/>
                <w:lang w:eastAsia="zh-TW"/>
              </w:rPr>
              <w:t>日期</w:t>
            </w:r>
            <w:r w:rsidRPr="00362463">
              <w:rPr>
                <w:color w:val="auto"/>
                <w:lang w:eastAsia="zh-TW"/>
              </w:rPr>
              <w:t xml:space="preserve">：民國 </w:t>
            </w:r>
            <w:r w:rsidRPr="00362463">
              <w:rPr>
                <w:rFonts w:hint="eastAsia"/>
                <w:color w:val="auto"/>
                <w:u w:val="single"/>
                <w:lang w:eastAsia="zh-TW"/>
              </w:rPr>
              <w:t xml:space="preserve">     </w:t>
            </w:r>
            <w:r w:rsidRPr="00362463">
              <w:rPr>
                <w:color w:val="auto"/>
                <w:lang w:eastAsia="zh-TW"/>
              </w:rPr>
              <w:t xml:space="preserve"> 年 </w:t>
            </w:r>
            <w:r w:rsidRPr="00362463">
              <w:rPr>
                <w:rFonts w:hint="eastAsia"/>
                <w:color w:val="auto"/>
                <w:u w:val="single"/>
                <w:lang w:eastAsia="zh-TW"/>
              </w:rPr>
              <w:t xml:space="preserve">     </w:t>
            </w:r>
            <w:r w:rsidRPr="00362463">
              <w:rPr>
                <w:color w:val="auto"/>
                <w:lang w:eastAsia="zh-TW"/>
              </w:rPr>
              <w:t xml:space="preserve"> 月 </w:t>
            </w:r>
            <w:r w:rsidRPr="00362463">
              <w:rPr>
                <w:rFonts w:hint="eastAsia"/>
                <w:color w:val="auto"/>
                <w:u w:val="single"/>
                <w:lang w:eastAsia="zh-TW"/>
              </w:rPr>
              <w:t xml:space="preserve">     </w:t>
            </w:r>
            <w:r w:rsidRPr="00362463">
              <w:rPr>
                <w:color w:val="auto"/>
                <w:lang w:eastAsia="zh-TW"/>
              </w:rPr>
              <w:t xml:space="preserve"> 日</w:t>
            </w:r>
          </w:p>
        </w:tc>
      </w:tr>
    </w:tbl>
    <w:p w14:paraId="4782CDC6" w14:textId="77777777" w:rsidR="00C7691B" w:rsidRPr="001724BC" w:rsidRDefault="004E3A0E" w:rsidP="00C7691B">
      <w:pPr>
        <w:spacing w:after="0" w:line="240" w:lineRule="auto"/>
        <w:rPr>
          <w:rFonts w:ascii="Times New Roman" w:hAnsi="Times New Roman" w:cs="Times New Roman"/>
          <w:color w:val="auto"/>
          <w:sz w:val="18"/>
          <w:szCs w:val="18"/>
          <w:lang w:eastAsia="zh-TW"/>
        </w:rPr>
      </w:pPr>
      <w:r w:rsidRPr="001724BC">
        <w:rPr>
          <w:rFonts w:ascii="Times New Roman" w:hAnsi="Times New Roman" w:cs="Times New Roman"/>
          <w:color w:val="auto"/>
          <w:sz w:val="18"/>
          <w:szCs w:val="18"/>
          <w:lang w:eastAsia="zh-TW"/>
        </w:rPr>
        <w:t>說明：</w:t>
      </w:r>
      <w:r w:rsidR="00C7691B" w:rsidRPr="001724BC">
        <w:rPr>
          <w:rFonts w:ascii="Times New Roman" w:hAnsi="Times New Roman" w:cs="Times New Roman"/>
          <w:color w:val="auto"/>
          <w:sz w:val="18"/>
          <w:szCs w:val="18"/>
          <w:lang w:eastAsia="zh-TW"/>
        </w:rPr>
        <w:t>1.</w:t>
      </w:r>
      <w:r w:rsidRPr="001724BC">
        <w:rPr>
          <w:rFonts w:ascii="Times New Roman" w:hAnsi="Times New Roman" w:cs="Times New Roman"/>
          <w:color w:val="auto"/>
          <w:sz w:val="18"/>
          <w:szCs w:val="18"/>
          <w:lang w:eastAsia="zh-TW"/>
        </w:rPr>
        <w:t>參加活動之必要</w:t>
      </w:r>
      <w:r w:rsidR="00D21493" w:rsidRPr="001724BC">
        <w:rPr>
          <w:rFonts w:ascii="Times New Roman" w:hAnsi="Times New Roman" w:cs="Times New Roman" w:hint="eastAsia"/>
          <w:color w:val="auto"/>
          <w:sz w:val="18"/>
          <w:szCs w:val="18"/>
          <w:lang w:eastAsia="zh-TW"/>
        </w:rPr>
        <w:t>費用</w:t>
      </w:r>
      <w:r w:rsidRPr="001724BC">
        <w:rPr>
          <w:rFonts w:ascii="Times New Roman" w:hAnsi="Times New Roman" w:cs="Times New Roman"/>
          <w:color w:val="auto"/>
          <w:sz w:val="18"/>
          <w:szCs w:val="18"/>
          <w:lang w:eastAsia="zh-TW"/>
        </w:rPr>
        <w:t>支出需</w:t>
      </w:r>
      <w:r w:rsidR="00D21493" w:rsidRPr="001724BC">
        <w:rPr>
          <w:rFonts w:ascii="Times New Roman" w:hAnsi="Times New Roman" w:cs="Times New Roman" w:hint="eastAsia"/>
          <w:color w:val="auto"/>
          <w:sz w:val="18"/>
          <w:szCs w:val="18"/>
          <w:lang w:eastAsia="zh-TW"/>
        </w:rPr>
        <w:t>詳填</w:t>
      </w:r>
      <w:r w:rsidRPr="001724BC">
        <w:rPr>
          <w:rFonts w:ascii="Times New Roman" w:hAnsi="Times New Roman" w:cs="Times New Roman"/>
          <w:color w:val="auto"/>
          <w:sz w:val="18"/>
          <w:szCs w:val="18"/>
          <w:lang w:eastAsia="zh-TW"/>
        </w:rPr>
        <w:t>事由</w:t>
      </w:r>
      <w:r w:rsidR="004A0BC0" w:rsidRPr="001724BC">
        <w:rPr>
          <w:rFonts w:ascii="Times New Roman" w:hAnsi="Times New Roman" w:cs="Times New Roman" w:hint="eastAsia"/>
          <w:color w:val="auto"/>
          <w:sz w:val="18"/>
          <w:szCs w:val="18"/>
          <w:lang w:eastAsia="zh-TW"/>
        </w:rPr>
        <w:t>，</w:t>
      </w:r>
      <w:r w:rsidR="00B4450F" w:rsidRPr="001724BC">
        <w:rPr>
          <w:rFonts w:ascii="Times New Roman" w:hAnsi="Times New Roman" w:cs="Times New Roman" w:hint="eastAsia"/>
          <w:color w:val="auto"/>
          <w:sz w:val="18"/>
          <w:szCs w:val="18"/>
          <w:lang w:eastAsia="zh-TW"/>
        </w:rPr>
        <w:t>必要時得要求</w:t>
      </w:r>
      <w:r w:rsidRPr="001724BC">
        <w:rPr>
          <w:rFonts w:ascii="Times New Roman" w:hAnsi="Times New Roman" w:cs="Times New Roman"/>
          <w:color w:val="auto"/>
          <w:sz w:val="18"/>
          <w:szCs w:val="18"/>
          <w:lang w:eastAsia="zh-TW"/>
        </w:rPr>
        <w:t>檢附支出憑證單據。</w:t>
      </w:r>
    </w:p>
    <w:p w14:paraId="001CF6C1" w14:textId="77777777" w:rsidR="00316FB7" w:rsidRPr="00CF5CCF" w:rsidRDefault="00C7691B" w:rsidP="00C7691B">
      <w:pPr>
        <w:spacing w:after="0" w:line="240" w:lineRule="auto"/>
        <w:rPr>
          <w:rFonts w:ascii="Times New Roman" w:hAnsi="Times New Roman" w:cs="Times New Roman"/>
          <w:color w:val="auto"/>
          <w:sz w:val="18"/>
          <w:szCs w:val="18"/>
          <w:lang w:eastAsia="zh-TW"/>
        </w:rPr>
      </w:pPr>
      <w:r w:rsidRPr="001724BC">
        <w:rPr>
          <w:rFonts w:ascii="Times New Roman" w:hAnsi="Times New Roman" w:cs="Times New Roman"/>
          <w:color w:val="auto"/>
          <w:sz w:val="18"/>
          <w:szCs w:val="18"/>
          <w:lang w:eastAsia="zh-TW"/>
        </w:rPr>
        <w:t xml:space="preserve">  </w:t>
      </w:r>
      <w:r w:rsidR="00BD55E7" w:rsidRPr="001724BC">
        <w:rPr>
          <w:rFonts w:ascii="Times New Roman" w:hAnsi="Times New Roman" w:cs="Times New Roman" w:hint="eastAsia"/>
          <w:color w:val="auto"/>
          <w:sz w:val="18"/>
          <w:szCs w:val="18"/>
          <w:lang w:eastAsia="zh-TW"/>
        </w:rPr>
        <w:t xml:space="preserve">      </w:t>
      </w:r>
      <w:r w:rsidRPr="001724BC">
        <w:rPr>
          <w:rFonts w:ascii="Times New Roman" w:hAnsi="Times New Roman" w:cs="Times New Roman"/>
          <w:color w:val="auto"/>
          <w:sz w:val="18"/>
          <w:szCs w:val="18"/>
          <w:lang w:eastAsia="zh-TW"/>
        </w:rPr>
        <w:t xml:space="preserve">    2.</w:t>
      </w:r>
      <w:r w:rsidR="004E3A0E" w:rsidRPr="001724BC">
        <w:rPr>
          <w:rFonts w:ascii="Times New Roman" w:hAnsi="Times New Roman" w:cs="Times New Roman"/>
          <w:color w:val="auto"/>
          <w:sz w:val="18"/>
          <w:szCs w:val="18"/>
          <w:lang w:eastAsia="zh-TW"/>
        </w:rPr>
        <w:t>申請人請檢附參加證明、成果證明、獲獎證明、支出憑證及其他相關文件資料，並且於公告期限內申請。</w:t>
      </w:r>
    </w:p>
    <w:p w14:paraId="72330B13" w14:textId="77777777" w:rsidR="0096632F" w:rsidRPr="00413E31" w:rsidRDefault="004E3A0E" w:rsidP="00646506">
      <w:pPr>
        <w:spacing w:after="120"/>
        <w:jc w:val="center"/>
        <w:rPr>
          <w:color w:val="auto"/>
          <w:sz w:val="40"/>
          <w:szCs w:val="40"/>
          <w:lang w:eastAsia="zh-TW"/>
        </w:rPr>
      </w:pPr>
      <w:r>
        <w:rPr>
          <w:color w:val="auto"/>
          <w:lang w:eastAsia="zh-TW"/>
        </w:rPr>
        <w:br w:type="page"/>
      </w:r>
      <w:r w:rsidR="0096632F" w:rsidRPr="00413E31">
        <w:rPr>
          <w:rFonts w:hint="eastAsia"/>
          <w:color w:val="auto"/>
          <w:sz w:val="40"/>
          <w:szCs w:val="40"/>
          <w:lang w:eastAsia="zh-TW"/>
        </w:rPr>
        <w:lastRenderedPageBreak/>
        <w:t>運用個人資料告知暨同意書</w:t>
      </w:r>
    </w:p>
    <w:p w14:paraId="2B3CC440" w14:textId="77777777" w:rsidR="0096632F" w:rsidRPr="00413E31" w:rsidRDefault="0096632F" w:rsidP="00834590">
      <w:pPr>
        <w:spacing w:afterLines="20" w:after="48" w:line="240" w:lineRule="auto"/>
        <w:jc w:val="both"/>
        <w:rPr>
          <w:color w:val="auto"/>
          <w:lang w:eastAsia="zh-TW"/>
        </w:rPr>
      </w:pPr>
      <w:r w:rsidRPr="00413E31">
        <w:rPr>
          <w:rFonts w:hint="eastAsia"/>
          <w:color w:val="auto"/>
          <w:lang w:eastAsia="zh-TW"/>
        </w:rPr>
        <w:t>東吳大學財務工程與精算數學系（以下簡稱本系）蒐集、處理、利用及傳輸 台端個人資料事宜，茲依據 「個人資料保護法 」第八條之規定，向 台端告知下列事項：</w:t>
      </w:r>
    </w:p>
    <w:p w14:paraId="5541A623" w14:textId="77777777" w:rsidR="0096632F" w:rsidRPr="00413E31" w:rsidRDefault="0096632F" w:rsidP="00834590">
      <w:pPr>
        <w:spacing w:beforeLines="50" w:before="120" w:afterLines="20" w:after="48" w:line="240" w:lineRule="auto"/>
        <w:rPr>
          <w:color w:val="auto"/>
          <w:lang w:eastAsia="zh-TW"/>
        </w:rPr>
      </w:pPr>
      <w:r w:rsidRPr="00413E31">
        <w:rPr>
          <w:rFonts w:hint="eastAsia"/>
          <w:color w:val="auto"/>
          <w:lang w:eastAsia="zh-TW"/>
        </w:rPr>
        <w:t>一、本系蒐集之目的為獎助學金之</w:t>
      </w:r>
      <w:r w:rsidR="00C9567E" w:rsidRPr="00413E31">
        <w:rPr>
          <w:rFonts w:hint="eastAsia"/>
          <w:color w:val="auto"/>
          <w:lang w:eastAsia="zh-TW"/>
        </w:rPr>
        <w:t>申請、審核、發放及獲獎名單之公開公告</w:t>
      </w:r>
      <w:r w:rsidRPr="00413E31">
        <w:rPr>
          <w:rFonts w:hint="eastAsia"/>
          <w:color w:val="auto"/>
          <w:lang w:eastAsia="zh-TW"/>
        </w:rPr>
        <w:t>。</w:t>
      </w:r>
    </w:p>
    <w:p w14:paraId="528F7337" w14:textId="77777777" w:rsidR="0096632F" w:rsidRPr="00413E31" w:rsidRDefault="0096632F" w:rsidP="00834590">
      <w:pPr>
        <w:spacing w:beforeLines="50" w:before="120" w:afterLines="20" w:after="48" w:line="240" w:lineRule="auto"/>
        <w:rPr>
          <w:color w:val="auto"/>
          <w:lang w:eastAsia="zh-TW"/>
        </w:rPr>
      </w:pPr>
      <w:r w:rsidRPr="00413E31">
        <w:rPr>
          <w:rFonts w:hint="eastAsia"/>
          <w:color w:val="auto"/>
          <w:lang w:eastAsia="zh-TW"/>
        </w:rPr>
        <w:t>二、蒐集之個人資料：</w:t>
      </w:r>
    </w:p>
    <w:p w14:paraId="6443F166" w14:textId="77777777" w:rsidR="0096632F" w:rsidRPr="001F0E9E" w:rsidRDefault="0096632F" w:rsidP="00834590">
      <w:pPr>
        <w:spacing w:afterLines="20" w:after="48" w:line="240" w:lineRule="auto"/>
        <w:ind w:leftChars="150" w:left="330"/>
        <w:rPr>
          <w:color w:val="auto"/>
          <w:lang w:eastAsia="zh-TW"/>
        </w:rPr>
      </w:pPr>
      <w:r w:rsidRPr="001F0E9E">
        <w:rPr>
          <w:rFonts w:hint="eastAsia"/>
          <w:color w:val="auto"/>
          <w:lang w:eastAsia="zh-TW"/>
        </w:rPr>
        <w:t>（一）姓名、出生年月日、身分證統一編號。</w:t>
      </w:r>
    </w:p>
    <w:p w14:paraId="1D90CFE4" w14:textId="77777777" w:rsidR="0096632F" w:rsidRPr="001F0E9E" w:rsidRDefault="0096632F" w:rsidP="00834590">
      <w:pPr>
        <w:spacing w:afterLines="20" w:after="48" w:line="240" w:lineRule="auto"/>
        <w:ind w:leftChars="150" w:left="330"/>
        <w:rPr>
          <w:color w:val="auto"/>
          <w:lang w:eastAsia="zh-TW"/>
        </w:rPr>
      </w:pPr>
      <w:r w:rsidRPr="001F0E9E">
        <w:rPr>
          <w:rFonts w:hint="eastAsia"/>
          <w:color w:val="auto"/>
          <w:lang w:eastAsia="zh-TW"/>
        </w:rPr>
        <w:t>（二）地址</w:t>
      </w:r>
      <w:r w:rsidR="00834590" w:rsidRPr="001F0E9E">
        <w:rPr>
          <w:rFonts w:hint="eastAsia"/>
          <w:color w:val="auto"/>
          <w:lang w:eastAsia="zh-TW"/>
        </w:rPr>
        <w:t>、</w:t>
      </w:r>
      <w:r w:rsidRPr="001F0E9E">
        <w:rPr>
          <w:rFonts w:hint="eastAsia"/>
          <w:color w:val="auto"/>
          <w:lang w:eastAsia="zh-TW"/>
        </w:rPr>
        <w:t>電話</w:t>
      </w:r>
      <w:r w:rsidR="00834590" w:rsidRPr="001F0E9E">
        <w:rPr>
          <w:rFonts w:hint="eastAsia"/>
          <w:color w:val="auto"/>
          <w:lang w:eastAsia="zh-TW"/>
        </w:rPr>
        <w:t>及電子信箱</w:t>
      </w:r>
      <w:r w:rsidRPr="001F0E9E">
        <w:rPr>
          <w:rFonts w:hint="eastAsia"/>
          <w:color w:val="auto"/>
          <w:lang w:eastAsia="zh-TW"/>
        </w:rPr>
        <w:t>等聯絡方式。</w:t>
      </w:r>
    </w:p>
    <w:p w14:paraId="57841EA4" w14:textId="77777777" w:rsidR="0096632F" w:rsidRPr="001F0E9E" w:rsidRDefault="0096632F" w:rsidP="00834590">
      <w:pPr>
        <w:spacing w:afterLines="20" w:after="48" w:line="240" w:lineRule="auto"/>
        <w:ind w:leftChars="150" w:left="330"/>
        <w:rPr>
          <w:color w:val="auto"/>
          <w:lang w:eastAsia="zh-TW"/>
        </w:rPr>
      </w:pPr>
      <w:r w:rsidRPr="001F0E9E">
        <w:rPr>
          <w:rFonts w:hint="eastAsia"/>
          <w:color w:val="auto"/>
          <w:lang w:eastAsia="zh-TW"/>
        </w:rPr>
        <w:t>（三）獎助學金辦法或章程所規定之附件資料等相關申請文件內容。</w:t>
      </w:r>
    </w:p>
    <w:p w14:paraId="029857FE" w14:textId="77777777" w:rsidR="0096632F" w:rsidRPr="001F0E9E" w:rsidRDefault="0096632F" w:rsidP="00834590">
      <w:pPr>
        <w:spacing w:beforeLines="50" w:before="120" w:afterLines="20" w:after="48" w:line="240" w:lineRule="auto"/>
        <w:rPr>
          <w:color w:val="auto"/>
          <w:lang w:eastAsia="zh-TW"/>
        </w:rPr>
      </w:pPr>
      <w:r w:rsidRPr="001F0E9E">
        <w:rPr>
          <w:rFonts w:hint="eastAsia"/>
          <w:color w:val="auto"/>
          <w:lang w:eastAsia="zh-TW"/>
        </w:rPr>
        <w:t>三、個人資料利用之期間、對象、地區、方式：</w:t>
      </w:r>
    </w:p>
    <w:p w14:paraId="297459A8" w14:textId="77777777" w:rsidR="0096632F" w:rsidRPr="001F0E9E" w:rsidRDefault="0096632F" w:rsidP="00834590">
      <w:pPr>
        <w:spacing w:afterLines="20" w:after="48" w:line="240" w:lineRule="auto"/>
        <w:ind w:leftChars="150" w:left="1650" w:hangingChars="600" w:hanging="1320"/>
        <w:jc w:val="both"/>
        <w:rPr>
          <w:color w:val="auto"/>
          <w:lang w:eastAsia="zh-TW"/>
        </w:rPr>
      </w:pPr>
      <w:r w:rsidRPr="001F0E9E">
        <w:rPr>
          <w:rFonts w:hint="eastAsia"/>
          <w:color w:val="auto"/>
          <w:lang w:eastAsia="zh-TW"/>
        </w:rPr>
        <w:t>（一）期間：因執行業務所必須及依法令規定應為保存之。</w:t>
      </w:r>
    </w:p>
    <w:p w14:paraId="6FA04637" w14:textId="77777777" w:rsidR="0096632F" w:rsidRPr="001F0E9E" w:rsidRDefault="0096632F" w:rsidP="00834590">
      <w:pPr>
        <w:spacing w:afterLines="20" w:after="48" w:line="240" w:lineRule="auto"/>
        <w:ind w:leftChars="150" w:left="1650" w:hangingChars="600" w:hanging="1320"/>
        <w:jc w:val="both"/>
        <w:rPr>
          <w:color w:val="auto"/>
          <w:lang w:eastAsia="zh-TW"/>
        </w:rPr>
      </w:pPr>
      <w:r w:rsidRPr="001F0E9E">
        <w:rPr>
          <w:rFonts w:hint="eastAsia"/>
          <w:color w:val="auto"/>
          <w:lang w:eastAsia="zh-TW"/>
        </w:rPr>
        <w:t>（二）對象：本系、東吳大學校內相關單位、獎助學金之提供人或提供單位、獎助學金之審核人或審核單位。</w:t>
      </w:r>
    </w:p>
    <w:p w14:paraId="72B2A80F" w14:textId="7A0476C2" w:rsidR="0096632F" w:rsidRPr="001F0E9E" w:rsidRDefault="0096632F" w:rsidP="00834590">
      <w:pPr>
        <w:spacing w:afterLines="20" w:after="48" w:line="240" w:lineRule="auto"/>
        <w:ind w:leftChars="150" w:left="1650" w:hangingChars="600" w:hanging="1320"/>
        <w:jc w:val="both"/>
        <w:rPr>
          <w:color w:val="auto"/>
          <w:lang w:eastAsia="zh-TW"/>
        </w:rPr>
      </w:pPr>
      <w:r w:rsidRPr="001F0E9E">
        <w:rPr>
          <w:rFonts w:hint="eastAsia"/>
          <w:color w:val="auto"/>
          <w:lang w:eastAsia="zh-TW"/>
        </w:rPr>
        <w:t>（三）地區：</w:t>
      </w:r>
      <w:r w:rsidR="00AC384C" w:rsidRPr="001F0E9E">
        <w:rPr>
          <w:rFonts w:hint="eastAsia"/>
          <w:color w:val="auto"/>
          <w:lang w:eastAsia="zh-TW"/>
        </w:rPr>
        <w:t>上述對象所在之地區</w:t>
      </w:r>
      <w:r w:rsidR="00B639EF" w:rsidRPr="001F0E9E">
        <w:rPr>
          <w:rFonts w:hint="eastAsia"/>
          <w:color w:val="auto"/>
          <w:lang w:eastAsia="zh-TW"/>
        </w:rPr>
        <w:t>。</w:t>
      </w:r>
    </w:p>
    <w:p w14:paraId="2F83909C" w14:textId="3F2F21C4" w:rsidR="00B7367B" w:rsidRPr="001F0E9E" w:rsidRDefault="00B7367B" w:rsidP="00B639EF">
      <w:pPr>
        <w:spacing w:after="0" w:line="240" w:lineRule="auto"/>
        <w:ind w:leftChars="150" w:left="1650" w:hangingChars="600" w:hanging="1320"/>
        <w:jc w:val="both"/>
        <w:rPr>
          <w:rFonts w:ascii="Times New Roman" w:hAnsi="Times New Roman" w:cs="Times New Roman"/>
          <w:color w:val="auto"/>
          <w:lang w:eastAsia="zh-TW"/>
        </w:rPr>
      </w:pPr>
      <w:r w:rsidRPr="001F0E9E">
        <w:rPr>
          <w:rFonts w:hint="eastAsia"/>
          <w:color w:val="auto"/>
          <w:lang w:eastAsia="zh-TW"/>
        </w:rPr>
        <w:t>（四）方式：合於法令規定之利用。</w:t>
      </w:r>
    </w:p>
    <w:p w14:paraId="654F6B7D" w14:textId="77777777" w:rsidR="0096632F" w:rsidRPr="001F0E9E" w:rsidRDefault="0096632F" w:rsidP="00834590">
      <w:pPr>
        <w:spacing w:beforeLines="50" w:before="120" w:afterLines="20" w:after="48" w:line="240" w:lineRule="auto"/>
        <w:rPr>
          <w:color w:val="auto"/>
          <w:lang w:eastAsia="zh-TW"/>
        </w:rPr>
      </w:pPr>
      <w:r w:rsidRPr="001F0E9E">
        <w:rPr>
          <w:rFonts w:hint="eastAsia"/>
          <w:color w:val="auto"/>
          <w:lang w:eastAsia="zh-TW"/>
        </w:rPr>
        <w:t>四、依據個資法第三條規定，台端就本系保有 台端之個人資料得行使權利及方式：</w:t>
      </w:r>
    </w:p>
    <w:p w14:paraId="32DB8ACE" w14:textId="77777777" w:rsidR="0096632F" w:rsidRPr="00413E31" w:rsidRDefault="0096632F" w:rsidP="00834590">
      <w:pPr>
        <w:spacing w:afterLines="20" w:after="48" w:line="240" w:lineRule="auto"/>
        <w:ind w:leftChars="150" w:left="330"/>
        <w:rPr>
          <w:color w:val="auto"/>
          <w:lang w:eastAsia="zh-TW"/>
        </w:rPr>
      </w:pPr>
      <w:r w:rsidRPr="001F0E9E">
        <w:rPr>
          <w:rFonts w:hint="eastAsia"/>
          <w:color w:val="auto"/>
          <w:lang w:eastAsia="zh-TW"/>
        </w:rPr>
        <w:t>（一）得向本系行使之權利：</w:t>
      </w:r>
    </w:p>
    <w:p w14:paraId="2B68C5FF" w14:textId="77777777" w:rsidR="0096632F" w:rsidRPr="00413E31" w:rsidRDefault="0096632F" w:rsidP="00B7367B">
      <w:pPr>
        <w:pStyle w:val="ae"/>
        <w:numPr>
          <w:ilvl w:val="0"/>
          <w:numId w:val="15"/>
        </w:numPr>
        <w:spacing w:afterLines="20" w:after="48" w:line="240" w:lineRule="auto"/>
        <w:ind w:left="1163" w:hanging="284"/>
        <w:rPr>
          <w:rFonts w:ascii="Times New Roman" w:hAnsi="Times New Roman" w:cs="Times New Roman"/>
          <w:color w:val="auto"/>
          <w:lang w:eastAsia="zh-TW"/>
        </w:rPr>
      </w:pPr>
      <w:r w:rsidRPr="00413E31">
        <w:rPr>
          <w:rFonts w:ascii="Times New Roman" w:hAnsi="Times New Roman" w:cs="Times New Roman"/>
          <w:color w:val="auto"/>
          <w:lang w:eastAsia="zh-TW"/>
        </w:rPr>
        <w:t>向本系查詢、請求閱覽或複製。</w:t>
      </w:r>
    </w:p>
    <w:p w14:paraId="6D809436" w14:textId="77777777" w:rsidR="0096632F" w:rsidRPr="00413E31" w:rsidRDefault="0096632F" w:rsidP="00B7367B">
      <w:pPr>
        <w:pStyle w:val="ae"/>
        <w:numPr>
          <w:ilvl w:val="0"/>
          <w:numId w:val="15"/>
        </w:numPr>
        <w:spacing w:afterLines="20" w:after="48" w:line="240" w:lineRule="auto"/>
        <w:ind w:left="1163" w:hanging="284"/>
        <w:rPr>
          <w:rFonts w:ascii="Times New Roman" w:hAnsi="Times New Roman" w:cs="Times New Roman"/>
          <w:color w:val="auto"/>
          <w:lang w:eastAsia="zh-TW"/>
        </w:rPr>
      </w:pPr>
      <w:r w:rsidRPr="00413E31">
        <w:rPr>
          <w:rFonts w:ascii="Times New Roman" w:hAnsi="Times New Roman" w:cs="Times New Roman"/>
          <w:color w:val="auto"/>
          <w:lang w:eastAsia="zh-TW"/>
        </w:rPr>
        <w:t>向本系請求補充或更正。</w:t>
      </w:r>
    </w:p>
    <w:p w14:paraId="78C2CDE1" w14:textId="77777777" w:rsidR="0096632F" w:rsidRPr="00413E31" w:rsidRDefault="0096632F" w:rsidP="00B7367B">
      <w:pPr>
        <w:pStyle w:val="ae"/>
        <w:numPr>
          <w:ilvl w:val="0"/>
          <w:numId w:val="15"/>
        </w:numPr>
        <w:spacing w:afterLines="20" w:after="48" w:line="240" w:lineRule="auto"/>
        <w:ind w:left="1163" w:hanging="284"/>
        <w:rPr>
          <w:rFonts w:ascii="Times New Roman" w:hAnsi="Times New Roman" w:cs="Times New Roman"/>
          <w:color w:val="auto"/>
          <w:lang w:eastAsia="zh-TW"/>
        </w:rPr>
      </w:pPr>
      <w:r w:rsidRPr="00413E31">
        <w:rPr>
          <w:rFonts w:ascii="Times New Roman" w:hAnsi="Times New Roman" w:cs="Times New Roman"/>
          <w:color w:val="auto"/>
          <w:lang w:eastAsia="zh-TW"/>
        </w:rPr>
        <w:t>向本系請求停止蒐集、處理或利用及刪除。</w:t>
      </w:r>
    </w:p>
    <w:p w14:paraId="64613117" w14:textId="4A60BD5F" w:rsidR="0096632F" w:rsidRPr="00413E31" w:rsidRDefault="0096632F" w:rsidP="00834590">
      <w:pPr>
        <w:spacing w:afterLines="20" w:after="48" w:line="240" w:lineRule="auto"/>
        <w:ind w:leftChars="150" w:left="330"/>
        <w:rPr>
          <w:color w:val="auto"/>
          <w:lang w:eastAsia="zh-TW"/>
        </w:rPr>
      </w:pPr>
      <w:r w:rsidRPr="00413E31">
        <w:rPr>
          <w:rFonts w:hint="eastAsia"/>
          <w:color w:val="auto"/>
          <w:lang w:eastAsia="zh-TW"/>
        </w:rPr>
        <w:t>（二）行使權利之方式：</w:t>
      </w:r>
      <w:r w:rsidR="00B639EF" w:rsidRPr="00413E31">
        <w:rPr>
          <w:rFonts w:hint="eastAsia"/>
          <w:color w:val="auto"/>
          <w:lang w:eastAsia="zh-TW"/>
        </w:rPr>
        <w:t>以書面郵寄、傳真、電子郵件或電子文件聯繫本系。</w:t>
      </w:r>
    </w:p>
    <w:p w14:paraId="7FA51F09" w14:textId="77777777" w:rsidR="0096632F" w:rsidRPr="00413E31" w:rsidRDefault="0096632F" w:rsidP="00834590">
      <w:pPr>
        <w:spacing w:beforeLines="50" w:before="120" w:afterLines="20" w:after="48" w:line="240" w:lineRule="auto"/>
        <w:rPr>
          <w:color w:val="auto"/>
          <w:lang w:eastAsia="zh-TW"/>
        </w:rPr>
      </w:pPr>
      <w:r w:rsidRPr="00413E31">
        <w:rPr>
          <w:rFonts w:hint="eastAsia"/>
          <w:color w:val="auto"/>
          <w:lang w:eastAsia="zh-TW"/>
        </w:rPr>
        <w:t>五、台端不提供個人資料所致權益之影響：</w:t>
      </w:r>
    </w:p>
    <w:p w14:paraId="7CA49ABF" w14:textId="77777777" w:rsidR="0096632F" w:rsidRPr="00413E31" w:rsidRDefault="0096632F" w:rsidP="00834590">
      <w:pPr>
        <w:spacing w:afterLines="20" w:after="48" w:line="240" w:lineRule="auto"/>
        <w:jc w:val="both"/>
        <w:rPr>
          <w:color w:val="auto"/>
          <w:lang w:eastAsia="zh-TW"/>
        </w:rPr>
      </w:pPr>
      <w:r w:rsidRPr="00413E31">
        <w:rPr>
          <w:rFonts w:hint="eastAsia"/>
          <w:color w:val="auto"/>
          <w:lang w:eastAsia="zh-TW"/>
        </w:rPr>
        <w:t>台端若未能提供相關個人資料時，本系將可能延後或無法進行必要之審核及處理作業，因此可能遲延或無法提供 台端相關獎助學金之申請。</w:t>
      </w:r>
    </w:p>
    <w:p w14:paraId="51D1829A" w14:textId="77777777" w:rsidR="00287012" w:rsidRDefault="00287012" w:rsidP="00287012">
      <w:pPr>
        <w:spacing w:afterLines="20" w:after="48" w:line="240" w:lineRule="auto"/>
        <w:rPr>
          <w:color w:val="auto"/>
          <w:lang w:eastAsia="zh-TW"/>
        </w:rPr>
      </w:pPr>
    </w:p>
    <w:p w14:paraId="6D8C3977" w14:textId="77777777" w:rsidR="00287012" w:rsidRPr="00413E31" w:rsidRDefault="00287012" w:rsidP="00287012">
      <w:pPr>
        <w:spacing w:afterLines="20" w:after="48" w:line="240" w:lineRule="auto"/>
        <w:rPr>
          <w:color w:val="auto"/>
          <w:lang w:eastAsia="zh-TW"/>
        </w:rPr>
      </w:pPr>
    </w:p>
    <w:p w14:paraId="37857D2C" w14:textId="77777777" w:rsidR="00287012" w:rsidRPr="00413E31" w:rsidRDefault="00287012" w:rsidP="00287012">
      <w:pPr>
        <w:spacing w:afterLines="20" w:after="48" w:line="240" w:lineRule="auto"/>
        <w:rPr>
          <w:color w:val="auto"/>
          <w:lang w:eastAsia="zh-TW"/>
        </w:rPr>
      </w:pPr>
      <w:r w:rsidRPr="00413E31">
        <w:rPr>
          <w:rFonts w:hint="eastAsia"/>
          <w:color w:val="auto"/>
          <w:lang w:eastAsia="zh-TW"/>
        </w:rPr>
        <w:t>立同意書人：_______________________________ （簽章）</w:t>
      </w:r>
    </w:p>
    <w:p w14:paraId="171FCD0A" w14:textId="77777777" w:rsidR="00287012" w:rsidRPr="00413E31" w:rsidRDefault="00287012" w:rsidP="00287012">
      <w:pPr>
        <w:spacing w:afterLines="20" w:after="48" w:line="240" w:lineRule="auto"/>
        <w:rPr>
          <w:color w:val="auto"/>
          <w:lang w:eastAsia="zh-TW"/>
        </w:rPr>
      </w:pPr>
      <w:r w:rsidRPr="00413E31">
        <w:rPr>
          <w:rFonts w:hint="eastAsia"/>
          <w:color w:val="auto"/>
          <w:lang w:eastAsia="zh-TW"/>
        </w:rPr>
        <w:t>就上開告知內容已受告知、並充分知悉及同意。</w:t>
      </w:r>
    </w:p>
    <w:p w14:paraId="3A09BA1F" w14:textId="77777777" w:rsidR="00287012" w:rsidRPr="00413E31" w:rsidRDefault="00287012" w:rsidP="00287012">
      <w:pPr>
        <w:spacing w:afterLines="20" w:after="48" w:line="240" w:lineRule="auto"/>
        <w:jc w:val="right"/>
        <w:rPr>
          <w:color w:val="auto"/>
          <w:lang w:eastAsia="zh-TW"/>
        </w:rPr>
      </w:pPr>
      <w:r w:rsidRPr="00413E31">
        <w:rPr>
          <w:rFonts w:hint="eastAsia"/>
          <w:color w:val="auto"/>
          <w:lang w:eastAsia="zh-TW"/>
        </w:rPr>
        <w:t>日期：         年       月       日</w:t>
      </w:r>
    </w:p>
    <w:p w14:paraId="223607A9" w14:textId="77777777" w:rsidR="00287012" w:rsidRDefault="00287012" w:rsidP="00287012">
      <w:pPr>
        <w:spacing w:after="0" w:line="240" w:lineRule="auto"/>
        <w:rPr>
          <w:color w:val="auto"/>
          <w:lang w:eastAsia="zh-TW"/>
        </w:rPr>
      </w:pPr>
    </w:p>
    <w:p w14:paraId="0DD0B46A" w14:textId="77777777" w:rsidR="00287012" w:rsidRPr="00413E31" w:rsidRDefault="00287012" w:rsidP="00287012">
      <w:pPr>
        <w:spacing w:after="0" w:line="240" w:lineRule="auto"/>
        <w:rPr>
          <w:color w:val="auto"/>
          <w:lang w:eastAsia="zh-TW"/>
        </w:rPr>
      </w:pPr>
    </w:p>
    <w:p w14:paraId="1AA60E11" w14:textId="77777777" w:rsidR="00287012" w:rsidRPr="00413E31" w:rsidRDefault="00287012" w:rsidP="00287012">
      <w:pPr>
        <w:spacing w:afterLines="20" w:after="48" w:line="240" w:lineRule="auto"/>
        <w:jc w:val="both"/>
        <w:rPr>
          <w:color w:val="auto"/>
          <w:lang w:eastAsia="zh-TW"/>
        </w:rPr>
      </w:pPr>
      <w:r w:rsidRPr="00413E31">
        <w:rPr>
          <w:rFonts w:hint="eastAsia"/>
          <w:color w:val="auto"/>
          <w:lang w:eastAsia="zh-TW"/>
        </w:rPr>
        <w:t>本人同意東吳大學財務工程與精算數學系依據 「個人資料保護法 」之規定，將本次蒐集、處理、利用及傳輸之個人資料依獎助學金辦法或章程之規定傳輸至東吳大學校內相關單位、獎助學金之提供人或提供單位、獎助學金之審核人或審核單位，並於合於法令規定之範圍內再利用。</w:t>
      </w:r>
    </w:p>
    <w:p w14:paraId="6F76678F" w14:textId="77777777" w:rsidR="00287012" w:rsidRPr="00413E31" w:rsidRDefault="00287012" w:rsidP="00287012">
      <w:pPr>
        <w:spacing w:afterLines="20" w:after="48" w:line="240" w:lineRule="auto"/>
        <w:rPr>
          <w:color w:val="auto"/>
          <w:lang w:eastAsia="zh-TW"/>
        </w:rPr>
      </w:pPr>
    </w:p>
    <w:p w14:paraId="2C6FBA6F" w14:textId="77777777" w:rsidR="00287012" w:rsidRPr="00413E31" w:rsidRDefault="00287012" w:rsidP="00287012">
      <w:pPr>
        <w:spacing w:afterLines="20" w:after="48" w:line="240" w:lineRule="auto"/>
        <w:rPr>
          <w:color w:val="auto"/>
          <w:lang w:eastAsia="zh-TW"/>
        </w:rPr>
      </w:pPr>
      <w:r w:rsidRPr="00413E31">
        <w:rPr>
          <w:rFonts w:hint="eastAsia"/>
          <w:color w:val="auto"/>
          <w:lang w:eastAsia="zh-TW"/>
        </w:rPr>
        <w:t>立同意書人：________________________________ （簽章）</w:t>
      </w:r>
    </w:p>
    <w:p w14:paraId="554FF3F0" w14:textId="77777777" w:rsidR="00287012" w:rsidRPr="00413E31" w:rsidRDefault="00287012" w:rsidP="00287012">
      <w:pPr>
        <w:spacing w:afterLines="20" w:after="48" w:line="240" w:lineRule="auto"/>
        <w:rPr>
          <w:color w:val="auto"/>
          <w:lang w:eastAsia="zh-TW"/>
        </w:rPr>
      </w:pPr>
      <w:r w:rsidRPr="00413E31">
        <w:rPr>
          <w:rFonts w:hint="eastAsia"/>
          <w:color w:val="auto"/>
          <w:lang w:eastAsia="zh-TW"/>
        </w:rPr>
        <w:t>就上開告知內容已受告知、並充分知悉及同意。</w:t>
      </w:r>
    </w:p>
    <w:p w14:paraId="774E2031" w14:textId="77777777" w:rsidR="00287012" w:rsidRPr="00413E31" w:rsidRDefault="00287012" w:rsidP="00287012">
      <w:pPr>
        <w:spacing w:afterLines="20" w:after="48" w:line="240" w:lineRule="auto"/>
        <w:jc w:val="right"/>
        <w:rPr>
          <w:color w:val="auto"/>
          <w:lang w:eastAsia="zh-TW"/>
        </w:rPr>
      </w:pPr>
      <w:proofErr w:type="spellStart"/>
      <w:r w:rsidRPr="00413E31">
        <w:rPr>
          <w:rFonts w:hint="eastAsia"/>
          <w:color w:val="auto"/>
        </w:rPr>
        <w:t>日期</w:t>
      </w:r>
      <w:proofErr w:type="spellEnd"/>
      <w:r w:rsidRPr="00413E31">
        <w:rPr>
          <w:rFonts w:hint="eastAsia"/>
          <w:color w:val="auto"/>
        </w:rPr>
        <w:t xml:space="preserve">：     </w:t>
      </w:r>
      <w:r w:rsidRPr="00413E31">
        <w:rPr>
          <w:rFonts w:hint="eastAsia"/>
          <w:color w:val="auto"/>
          <w:lang w:eastAsia="zh-TW"/>
        </w:rPr>
        <w:t xml:space="preserve"> </w:t>
      </w:r>
      <w:r w:rsidRPr="00413E31">
        <w:rPr>
          <w:rFonts w:hint="eastAsia"/>
          <w:color w:val="auto"/>
        </w:rPr>
        <w:t xml:space="preserve">   年       月       日</w:t>
      </w:r>
    </w:p>
    <w:sectPr w:rsidR="00287012" w:rsidRPr="00413E31" w:rsidSect="00CF5CCF">
      <w:headerReference w:type="default" r:id="rId8"/>
      <w:footerReference w:type="default" r:id="rId9"/>
      <w:pgSz w:w="12240" w:h="15840" w:code="1"/>
      <w:pgMar w:top="567" w:right="851" w:bottom="567" w:left="851" w:header="567" w:footer="45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1DA6AC" w14:textId="77777777" w:rsidR="009634A4" w:rsidRDefault="009634A4" w:rsidP="00E051F1">
      <w:pPr>
        <w:spacing w:after="0" w:line="240" w:lineRule="auto"/>
      </w:pPr>
      <w:r>
        <w:separator/>
      </w:r>
    </w:p>
  </w:endnote>
  <w:endnote w:type="continuationSeparator" w:id="0">
    <w:p w14:paraId="38BA9CC1" w14:textId="77777777" w:rsidR="009634A4" w:rsidRDefault="009634A4" w:rsidP="00E051F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新細明體">
    <w:altName w:val="PMingLiU"/>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標楷體">
    <w:panose1 w:val="03000509000000000000"/>
    <w:charset w:val="88"/>
    <w:family w:val="script"/>
    <w:pitch w:val="fixed"/>
    <w:sig w:usb0="00000003" w:usb1="080E0000" w:usb2="00000016" w:usb3="00000000" w:csb0="00100001"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9B902F" w14:textId="3558202E" w:rsidR="00687D04" w:rsidRPr="004606FB" w:rsidRDefault="00000000" w:rsidP="002D43EC">
    <w:pPr>
      <w:pStyle w:val="a7"/>
      <w:jc w:val="center"/>
      <w:rPr>
        <w:rFonts w:ascii="Times New Roman" w:hAnsi="Times New Roman" w:cs="Times New Roman"/>
        <w:lang w:eastAsia="zh-TW"/>
      </w:rPr>
    </w:pPr>
    <w:sdt>
      <w:sdtPr>
        <w:id w:val="-1381546087"/>
        <w:docPartObj>
          <w:docPartGallery w:val="Page Numbers (Bottom of Page)"/>
          <w:docPartUnique/>
        </w:docPartObj>
      </w:sdtPr>
      <w:sdtEndPr>
        <w:rPr>
          <w:rFonts w:ascii="Times New Roman" w:hAnsi="Times New Roman" w:cs="Times New Roman"/>
        </w:rPr>
      </w:sdtEndPr>
      <w:sdtContent>
        <w:r w:rsidR="00687D04" w:rsidRPr="004606FB">
          <w:rPr>
            <w:rFonts w:ascii="Times New Roman" w:hAnsi="Times New Roman" w:cs="Times New Roman"/>
            <w:lang w:eastAsia="zh-TW"/>
          </w:rPr>
          <w:t>第</w:t>
        </w:r>
        <w:r w:rsidR="004606FB" w:rsidRPr="004606FB">
          <w:rPr>
            <w:rFonts w:ascii="Times New Roman" w:hAnsi="Times New Roman" w:cs="Times New Roman"/>
            <w:bCs/>
            <w:lang w:eastAsia="zh-TW"/>
          </w:rPr>
          <w:fldChar w:fldCharType="begin"/>
        </w:r>
        <w:r w:rsidR="004606FB" w:rsidRPr="004606FB">
          <w:rPr>
            <w:rFonts w:ascii="Times New Roman" w:hAnsi="Times New Roman" w:cs="Times New Roman"/>
            <w:bCs/>
            <w:lang w:eastAsia="zh-TW"/>
          </w:rPr>
          <w:instrText>PAGE  \* Arabic  \* MERGEFORMAT</w:instrText>
        </w:r>
        <w:r w:rsidR="004606FB" w:rsidRPr="004606FB">
          <w:rPr>
            <w:rFonts w:ascii="Times New Roman" w:hAnsi="Times New Roman" w:cs="Times New Roman"/>
            <w:bCs/>
            <w:lang w:eastAsia="zh-TW"/>
          </w:rPr>
          <w:fldChar w:fldCharType="separate"/>
        </w:r>
        <w:r w:rsidR="00F36395" w:rsidRPr="00F36395">
          <w:rPr>
            <w:rFonts w:ascii="Times New Roman" w:hAnsi="Times New Roman" w:cs="Times New Roman"/>
            <w:bCs/>
            <w:noProof/>
            <w:lang w:val="zh-TW" w:eastAsia="zh-TW"/>
          </w:rPr>
          <w:t>3</w:t>
        </w:r>
        <w:r w:rsidR="004606FB" w:rsidRPr="004606FB">
          <w:rPr>
            <w:rFonts w:ascii="Times New Roman" w:hAnsi="Times New Roman" w:cs="Times New Roman"/>
            <w:bCs/>
            <w:lang w:eastAsia="zh-TW"/>
          </w:rPr>
          <w:fldChar w:fldCharType="end"/>
        </w:r>
        <w:r w:rsidR="004606FB" w:rsidRPr="004606FB">
          <w:rPr>
            <w:rFonts w:ascii="Times New Roman" w:hAnsi="Times New Roman" w:cs="Times New Roman"/>
            <w:lang w:val="zh-TW" w:eastAsia="zh-TW"/>
          </w:rPr>
          <w:t xml:space="preserve"> </w:t>
        </w:r>
        <w:r w:rsidR="004606FB" w:rsidRPr="004606FB">
          <w:rPr>
            <w:rFonts w:ascii="Times New Roman" w:hAnsi="Times New Roman" w:cs="Times New Roman"/>
            <w:lang w:val="zh-TW" w:eastAsia="zh-TW"/>
          </w:rPr>
          <w:t>頁</w:t>
        </w:r>
        <w:r w:rsidR="004606FB" w:rsidRPr="004606FB">
          <w:rPr>
            <w:rFonts w:ascii="Times New Roman" w:hAnsi="Times New Roman" w:cs="Times New Roman"/>
            <w:lang w:val="zh-TW" w:eastAsia="zh-TW"/>
          </w:rPr>
          <w:t>/</w:t>
        </w:r>
        <w:r w:rsidR="004606FB" w:rsidRPr="004606FB">
          <w:rPr>
            <w:rFonts w:ascii="Times New Roman" w:hAnsi="Times New Roman" w:cs="Times New Roman"/>
            <w:lang w:val="zh-TW" w:eastAsia="zh-TW"/>
          </w:rPr>
          <w:t>共</w:t>
        </w:r>
        <w:r w:rsidR="004606FB" w:rsidRPr="004606FB">
          <w:rPr>
            <w:rFonts w:ascii="Times New Roman" w:hAnsi="Times New Roman" w:cs="Times New Roman"/>
            <w:lang w:val="zh-TW" w:eastAsia="zh-TW"/>
          </w:rPr>
          <w:t xml:space="preserve"> </w:t>
        </w:r>
        <w:r w:rsidR="004606FB" w:rsidRPr="004606FB">
          <w:rPr>
            <w:rFonts w:ascii="Times New Roman" w:hAnsi="Times New Roman" w:cs="Times New Roman"/>
            <w:bCs/>
            <w:lang w:eastAsia="zh-TW"/>
          </w:rPr>
          <w:fldChar w:fldCharType="begin"/>
        </w:r>
        <w:r w:rsidR="004606FB" w:rsidRPr="004606FB">
          <w:rPr>
            <w:rFonts w:ascii="Times New Roman" w:hAnsi="Times New Roman" w:cs="Times New Roman"/>
            <w:bCs/>
            <w:lang w:eastAsia="zh-TW"/>
          </w:rPr>
          <w:instrText>NUMPAGES  \* Arabic  \* MERGEFORMAT</w:instrText>
        </w:r>
        <w:r w:rsidR="004606FB" w:rsidRPr="004606FB">
          <w:rPr>
            <w:rFonts w:ascii="Times New Roman" w:hAnsi="Times New Roman" w:cs="Times New Roman"/>
            <w:bCs/>
            <w:lang w:eastAsia="zh-TW"/>
          </w:rPr>
          <w:fldChar w:fldCharType="separate"/>
        </w:r>
        <w:r w:rsidR="00F36395" w:rsidRPr="00F36395">
          <w:rPr>
            <w:rFonts w:ascii="Times New Roman" w:hAnsi="Times New Roman" w:cs="Times New Roman"/>
            <w:bCs/>
            <w:noProof/>
            <w:lang w:val="zh-TW" w:eastAsia="zh-TW"/>
          </w:rPr>
          <w:t>3</w:t>
        </w:r>
        <w:r w:rsidR="004606FB" w:rsidRPr="004606FB">
          <w:rPr>
            <w:rFonts w:ascii="Times New Roman" w:hAnsi="Times New Roman" w:cs="Times New Roman"/>
            <w:bCs/>
            <w:lang w:eastAsia="zh-TW"/>
          </w:rPr>
          <w:fldChar w:fldCharType="end"/>
        </w:r>
      </w:sdtContent>
    </w:sdt>
    <w:r w:rsidR="004606FB" w:rsidRPr="004606FB">
      <w:rPr>
        <w:rFonts w:ascii="Times New Roman" w:hAnsi="Times New Roman" w:cs="Times New Roman"/>
        <w:lang w:eastAsia="zh-TW"/>
      </w:rPr>
      <w:t>頁</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29A5E7A" w14:textId="77777777" w:rsidR="009634A4" w:rsidRDefault="009634A4" w:rsidP="00E051F1">
      <w:pPr>
        <w:spacing w:after="0" w:line="240" w:lineRule="auto"/>
      </w:pPr>
      <w:r>
        <w:separator/>
      </w:r>
    </w:p>
  </w:footnote>
  <w:footnote w:type="continuationSeparator" w:id="0">
    <w:p w14:paraId="660E60D6" w14:textId="77777777" w:rsidR="009634A4" w:rsidRDefault="009634A4" w:rsidP="00E051F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DB962C" w14:textId="77777777" w:rsidR="00CF5CCF" w:rsidRPr="00CF5CCF" w:rsidRDefault="00CF5CCF" w:rsidP="00CF5CCF">
    <w:pPr>
      <w:pStyle w:val="a5"/>
      <w:jc w:val="right"/>
      <w:rPr>
        <w:rFonts w:ascii="Times New Roman" w:hAnsi="Times New Roman" w:cs="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abstractNum w:abstractNumId="9" w15:restartNumberingAfterBreak="0">
    <w:nsid w:val="20B75339"/>
    <w:multiLevelType w:val="hybridMultilevel"/>
    <w:tmpl w:val="5524D464"/>
    <w:lvl w:ilvl="0" w:tplc="8C529E2A">
      <w:start w:val="1"/>
      <w:numFmt w:val="decimal"/>
      <w:lvlText w:val="%1."/>
      <w:lvlJc w:val="left"/>
      <w:pPr>
        <w:ind w:left="1240" w:hanging="360"/>
      </w:pPr>
      <w:rPr>
        <w:rFonts w:hint="default"/>
      </w:rPr>
    </w:lvl>
    <w:lvl w:ilvl="1" w:tplc="04090019" w:tentative="1">
      <w:start w:val="1"/>
      <w:numFmt w:val="ideographTraditional"/>
      <w:lvlText w:val="%2、"/>
      <w:lvlJc w:val="left"/>
      <w:pPr>
        <w:ind w:left="1840" w:hanging="480"/>
      </w:pPr>
    </w:lvl>
    <w:lvl w:ilvl="2" w:tplc="0409001B" w:tentative="1">
      <w:start w:val="1"/>
      <w:numFmt w:val="lowerRoman"/>
      <w:lvlText w:val="%3."/>
      <w:lvlJc w:val="right"/>
      <w:pPr>
        <w:ind w:left="2320" w:hanging="480"/>
      </w:pPr>
    </w:lvl>
    <w:lvl w:ilvl="3" w:tplc="0409000F" w:tentative="1">
      <w:start w:val="1"/>
      <w:numFmt w:val="decimal"/>
      <w:lvlText w:val="%4."/>
      <w:lvlJc w:val="left"/>
      <w:pPr>
        <w:ind w:left="2800" w:hanging="480"/>
      </w:pPr>
    </w:lvl>
    <w:lvl w:ilvl="4" w:tplc="04090019" w:tentative="1">
      <w:start w:val="1"/>
      <w:numFmt w:val="ideographTraditional"/>
      <w:lvlText w:val="%5、"/>
      <w:lvlJc w:val="left"/>
      <w:pPr>
        <w:ind w:left="3280" w:hanging="480"/>
      </w:pPr>
    </w:lvl>
    <w:lvl w:ilvl="5" w:tplc="0409001B" w:tentative="1">
      <w:start w:val="1"/>
      <w:numFmt w:val="lowerRoman"/>
      <w:lvlText w:val="%6."/>
      <w:lvlJc w:val="right"/>
      <w:pPr>
        <w:ind w:left="3760" w:hanging="480"/>
      </w:pPr>
    </w:lvl>
    <w:lvl w:ilvl="6" w:tplc="0409000F" w:tentative="1">
      <w:start w:val="1"/>
      <w:numFmt w:val="decimal"/>
      <w:lvlText w:val="%7."/>
      <w:lvlJc w:val="left"/>
      <w:pPr>
        <w:ind w:left="4240" w:hanging="480"/>
      </w:pPr>
    </w:lvl>
    <w:lvl w:ilvl="7" w:tplc="04090019" w:tentative="1">
      <w:start w:val="1"/>
      <w:numFmt w:val="ideographTraditional"/>
      <w:lvlText w:val="%8、"/>
      <w:lvlJc w:val="left"/>
      <w:pPr>
        <w:ind w:left="4720" w:hanging="480"/>
      </w:pPr>
    </w:lvl>
    <w:lvl w:ilvl="8" w:tplc="0409001B" w:tentative="1">
      <w:start w:val="1"/>
      <w:numFmt w:val="lowerRoman"/>
      <w:lvlText w:val="%9."/>
      <w:lvlJc w:val="right"/>
      <w:pPr>
        <w:ind w:left="5200" w:hanging="480"/>
      </w:pPr>
    </w:lvl>
  </w:abstractNum>
  <w:abstractNum w:abstractNumId="10" w15:restartNumberingAfterBreak="0">
    <w:nsid w:val="30810866"/>
    <w:multiLevelType w:val="hybridMultilevel"/>
    <w:tmpl w:val="43E4E37E"/>
    <w:lvl w:ilvl="0" w:tplc="CA467DC4">
      <w:start w:val="1"/>
      <w:numFmt w:val="decimal"/>
      <w:lvlText w:val="%1."/>
      <w:lvlJc w:val="left"/>
      <w:pPr>
        <w:ind w:left="360" w:hanging="36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320C22A4"/>
    <w:multiLevelType w:val="hybridMultilevel"/>
    <w:tmpl w:val="84681128"/>
    <w:lvl w:ilvl="0" w:tplc="69B239CC">
      <w:start w:val="1"/>
      <w:numFmt w:val="decimal"/>
      <w:lvlText w:val="(%1)"/>
      <w:lvlJc w:val="left"/>
      <w:pPr>
        <w:ind w:left="480" w:hanging="480"/>
      </w:pPr>
      <w:rPr>
        <w:rFonts w:ascii="Times New Roman" w:hAnsi="Times New Roman" w:cs="Times New Roman" w:hint="default"/>
        <w:sz w:val="22"/>
        <w:szCs w:val="22"/>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2" w15:restartNumberingAfterBreak="0">
    <w:nsid w:val="415E6F84"/>
    <w:multiLevelType w:val="hybridMultilevel"/>
    <w:tmpl w:val="EBFCD2FE"/>
    <w:lvl w:ilvl="0" w:tplc="04090001">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3" w15:restartNumberingAfterBreak="0">
    <w:nsid w:val="50B72FD0"/>
    <w:multiLevelType w:val="hybridMultilevel"/>
    <w:tmpl w:val="943EA696"/>
    <w:lvl w:ilvl="0" w:tplc="602E2F16">
      <w:start w:val="1"/>
      <w:numFmt w:val="decimal"/>
      <w:lvlText w:val="(%1)"/>
      <w:lvlJc w:val="left"/>
      <w:pPr>
        <w:ind w:left="480" w:hanging="480"/>
      </w:pPr>
      <w:rPr>
        <w:rFont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4" w15:restartNumberingAfterBreak="0">
    <w:nsid w:val="64956ECC"/>
    <w:multiLevelType w:val="hybridMultilevel"/>
    <w:tmpl w:val="8B884D86"/>
    <w:lvl w:ilvl="0" w:tplc="D90EAA58">
      <w:start w:val="1"/>
      <w:numFmt w:val="decimal"/>
      <w:lvlText w:val="(%1)"/>
      <w:lvlJc w:val="left"/>
      <w:pPr>
        <w:ind w:left="1548" w:hanging="480"/>
      </w:pPr>
      <w:rPr>
        <w:rFonts w:hint="eastAsia"/>
      </w:rPr>
    </w:lvl>
    <w:lvl w:ilvl="1" w:tplc="04090019" w:tentative="1">
      <w:start w:val="1"/>
      <w:numFmt w:val="ideographTraditional"/>
      <w:lvlText w:val="%2、"/>
      <w:lvlJc w:val="left"/>
      <w:pPr>
        <w:ind w:left="2028" w:hanging="480"/>
      </w:pPr>
    </w:lvl>
    <w:lvl w:ilvl="2" w:tplc="0409001B" w:tentative="1">
      <w:start w:val="1"/>
      <w:numFmt w:val="lowerRoman"/>
      <w:lvlText w:val="%3."/>
      <w:lvlJc w:val="right"/>
      <w:pPr>
        <w:ind w:left="2508" w:hanging="480"/>
      </w:pPr>
    </w:lvl>
    <w:lvl w:ilvl="3" w:tplc="0409000F" w:tentative="1">
      <w:start w:val="1"/>
      <w:numFmt w:val="decimal"/>
      <w:lvlText w:val="%4."/>
      <w:lvlJc w:val="left"/>
      <w:pPr>
        <w:ind w:left="2988" w:hanging="480"/>
      </w:pPr>
    </w:lvl>
    <w:lvl w:ilvl="4" w:tplc="04090019" w:tentative="1">
      <w:start w:val="1"/>
      <w:numFmt w:val="ideographTraditional"/>
      <w:lvlText w:val="%5、"/>
      <w:lvlJc w:val="left"/>
      <w:pPr>
        <w:ind w:left="3468" w:hanging="480"/>
      </w:pPr>
    </w:lvl>
    <w:lvl w:ilvl="5" w:tplc="0409001B" w:tentative="1">
      <w:start w:val="1"/>
      <w:numFmt w:val="lowerRoman"/>
      <w:lvlText w:val="%6."/>
      <w:lvlJc w:val="right"/>
      <w:pPr>
        <w:ind w:left="3948" w:hanging="480"/>
      </w:pPr>
    </w:lvl>
    <w:lvl w:ilvl="6" w:tplc="0409000F" w:tentative="1">
      <w:start w:val="1"/>
      <w:numFmt w:val="decimal"/>
      <w:lvlText w:val="%7."/>
      <w:lvlJc w:val="left"/>
      <w:pPr>
        <w:ind w:left="4428" w:hanging="480"/>
      </w:pPr>
    </w:lvl>
    <w:lvl w:ilvl="7" w:tplc="04090019" w:tentative="1">
      <w:start w:val="1"/>
      <w:numFmt w:val="ideographTraditional"/>
      <w:lvlText w:val="%8、"/>
      <w:lvlJc w:val="left"/>
      <w:pPr>
        <w:ind w:left="4908" w:hanging="480"/>
      </w:pPr>
    </w:lvl>
    <w:lvl w:ilvl="8" w:tplc="0409001B" w:tentative="1">
      <w:start w:val="1"/>
      <w:numFmt w:val="lowerRoman"/>
      <w:lvlText w:val="%9."/>
      <w:lvlJc w:val="right"/>
      <w:pPr>
        <w:ind w:left="5388" w:hanging="480"/>
      </w:pPr>
    </w:lvl>
  </w:abstractNum>
  <w:abstractNum w:abstractNumId="15" w15:restartNumberingAfterBreak="0">
    <w:nsid w:val="664E061A"/>
    <w:multiLevelType w:val="hybridMultilevel"/>
    <w:tmpl w:val="FC32A15E"/>
    <w:lvl w:ilvl="0" w:tplc="17BA854C">
      <w:start w:val="1"/>
      <w:numFmt w:val="decimal"/>
      <w:lvlText w:val="%1."/>
      <w:lvlJc w:val="left"/>
      <w:pPr>
        <w:ind w:left="1360" w:hanging="480"/>
      </w:pPr>
      <w:rPr>
        <w:rFonts w:hint="eastAsia"/>
      </w:rPr>
    </w:lvl>
    <w:lvl w:ilvl="1" w:tplc="04090019" w:tentative="1">
      <w:start w:val="1"/>
      <w:numFmt w:val="ideographTraditional"/>
      <w:lvlText w:val="%2、"/>
      <w:lvlJc w:val="left"/>
      <w:pPr>
        <w:ind w:left="1840" w:hanging="480"/>
      </w:pPr>
    </w:lvl>
    <w:lvl w:ilvl="2" w:tplc="0409001B" w:tentative="1">
      <w:start w:val="1"/>
      <w:numFmt w:val="lowerRoman"/>
      <w:lvlText w:val="%3."/>
      <w:lvlJc w:val="right"/>
      <w:pPr>
        <w:ind w:left="2320" w:hanging="480"/>
      </w:pPr>
    </w:lvl>
    <w:lvl w:ilvl="3" w:tplc="0409000F" w:tentative="1">
      <w:start w:val="1"/>
      <w:numFmt w:val="decimal"/>
      <w:lvlText w:val="%4."/>
      <w:lvlJc w:val="left"/>
      <w:pPr>
        <w:ind w:left="2800" w:hanging="480"/>
      </w:pPr>
    </w:lvl>
    <w:lvl w:ilvl="4" w:tplc="04090019" w:tentative="1">
      <w:start w:val="1"/>
      <w:numFmt w:val="ideographTraditional"/>
      <w:lvlText w:val="%5、"/>
      <w:lvlJc w:val="left"/>
      <w:pPr>
        <w:ind w:left="3280" w:hanging="480"/>
      </w:pPr>
    </w:lvl>
    <w:lvl w:ilvl="5" w:tplc="0409001B" w:tentative="1">
      <w:start w:val="1"/>
      <w:numFmt w:val="lowerRoman"/>
      <w:lvlText w:val="%6."/>
      <w:lvlJc w:val="right"/>
      <w:pPr>
        <w:ind w:left="3760" w:hanging="480"/>
      </w:pPr>
    </w:lvl>
    <w:lvl w:ilvl="6" w:tplc="0409000F" w:tentative="1">
      <w:start w:val="1"/>
      <w:numFmt w:val="decimal"/>
      <w:lvlText w:val="%7."/>
      <w:lvlJc w:val="left"/>
      <w:pPr>
        <w:ind w:left="4240" w:hanging="480"/>
      </w:pPr>
    </w:lvl>
    <w:lvl w:ilvl="7" w:tplc="04090019" w:tentative="1">
      <w:start w:val="1"/>
      <w:numFmt w:val="ideographTraditional"/>
      <w:lvlText w:val="%8、"/>
      <w:lvlJc w:val="left"/>
      <w:pPr>
        <w:ind w:left="4720" w:hanging="480"/>
      </w:pPr>
    </w:lvl>
    <w:lvl w:ilvl="8" w:tplc="0409001B" w:tentative="1">
      <w:start w:val="1"/>
      <w:numFmt w:val="lowerRoman"/>
      <w:lvlText w:val="%9."/>
      <w:lvlJc w:val="right"/>
      <w:pPr>
        <w:ind w:left="5200" w:hanging="480"/>
      </w:pPr>
    </w:lvl>
  </w:abstractNum>
  <w:abstractNum w:abstractNumId="16" w15:restartNumberingAfterBreak="0">
    <w:nsid w:val="71411212"/>
    <w:multiLevelType w:val="hybridMultilevel"/>
    <w:tmpl w:val="FC32A15E"/>
    <w:lvl w:ilvl="0" w:tplc="17BA854C">
      <w:start w:val="1"/>
      <w:numFmt w:val="decimal"/>
      <w:lvlText w:val="%1."/>
      <w:lvlJc w:val="left"/>
      <w:pPr>
        <w:ind w:left="1360" w:hanging="480"/>
      </w:pPr>
      <w:rPr>
        <w:rFonts w:hint="eastAsia"/>
      </w:rPr>
    </w:lvl>
    <w:lvl w:ilvl="1" w:tplc="04090019" w:tentative="1">
      <w:start w:val="1"/>
      <w:numFmt w:val="ideographTraditional"/>
      <w:lvlText w:val="%2、"/>
      <w:lvlJc w:val="left"/>
      <w:pPr>
        <w:ind w:left="1840" w:hanging="480"/>
      </w:pPr>
    </w:lvl>
    <w:lvl w:ilvl="2" w:tplc="0409001B" w:tentative="1">
      <w:start w:val="1"/>
      <w:numFmt w:val="lowerRoman"/>
      <w:lvlText w:val="%3."/>
      <w:lvlJc w:val="right"/>
      <w:pPr>
        <w:ind w:left="2320" w:hanging="480"/>
      </w:pPr>
    </w:lvl>
    <w:lvl w:ilvl="3" w:tplc="0409000F" w:tentative="1">
      <w:start w:val="1"/>
      <w:numFmt w:val="decimal"/>
      <w:lvlText w:val="%4."/>
      <w:lvlJc w:val="left"/>
      <w:pPr>
        <w:ind w:left="2800" w:hanging="480"/>
      </w:pPr>
    </w:lvl>
    <w:lvl w:ilvl="4" w:tplc="04090019" w:tentative="1">
      <w:start w:val="1"/>
      <w:numFmt w:val="ideographTraditional"/>
      <w:lvlText w:val="%5、"/>
      <w:lvlJc w:val="left"/>
      <w:pPr>
        <w:ind w:left="3280" w:hanging="480"/>
      </w:pPr>
    </w:lvl>
    <w:lvl w:ilvl="5" w:tplc="0409001B" w:tentative="1">
      <w:start w:val="1"/>
      <w:numFmt w:val="lowerRoman"/>
      <w:lvlText w:val="%6."/>
      <w:lvlJc w:val="right"/>
      <w:pPr>
        <w:ind w:left="3760" w:hanging="480"/>
      </w:pPr>
    </w:lvl>
    <w:lvl w:ilvl="6" w:tplc="0409000F" w:tentative="1">
      <w:start w:val="1"/>
      <w:numFmt w:val="decimal"/>
      <w:lvlText w:val="%7."/>
      <w:lvlJc w:val="left"/>
      <w:pPr>
        <w:ind w:left="4240" w:hanging="480"/>
      </w:pPr>
    </w:lvl>
    <w:lvl w:ilvl="7" w:tplc="04090019" w:tentative="1">
      <w:start w:val="1"/>
      <w:numFmt w:val="ideographTraditional"/>
      <w:lvlText w:val="%8、"/>
      <w:lvlJc w:val="left"/>
      <w:pPr>
        <w:ind w:left="4720" w:hanging="480"/>
      </w:pPr>
    </w:lvl>
    <w:lvl w:ilvl="8" w:tplc="0409001B" w:tentative="1">
      <w:start w:val="1"/>
      <w:numFmt w:val="lowerRoman"/>
      <w:lvlText w:val="%9."/>
      <w:lvlJc w:val="right"/>
      <w:pPr>
        <w:ind w:left="5200" w:hanging="480"/>
      </w:pPr>
    </w:lvl>
  </w:abstractNum>
  <w:abstractNum w:abstractNumId="17" w15:restartNumberingAfterBreak="0">
    <w:nsid w:val="79A50E86"/>
    <w:multiLevelType w:val="hybridMultilevel"/>
    <w:tmpl w:val="2D8E1992"/>
    <w:lvl w:ilvl="0" w:tplc="7278D238">
      <w:start w:val="30"/>
      <w:numFmt w:val="bullet"/>
      <w:lvlText w:val="□"/>
      <w:lvlJc w:val="left"/>
      <w:pPr>
        <w:ind w:left="360" w:hanging="360"/>
      </w:pPr>
      <w:rPr>
        <w:rFonts w:ascii="新細明體" w:eastAsia="新細明體" w:hAnsi="新細明體" w:cstheme="minorBidi" w:hint="eastAsia"/>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num w:numId="1" w16cid:durableId="1790393758">
    <w:abstractNumId w:val="8"/>
  </w:num>
  <w:num w:numId="2" w16cid:durableId="599685788">
    <w:abstractNumId w:val="6"/>
  </w:num>
  <w:num w:numId="3" w16cid:durableId="544373545">
    <w:abstractNumId w:val="5"/>
  </w:num>
  <w:num w:numId="4" w16cid:durableId="522403281">
    <w:abstractNumId w:val="4"/>
  </w:num>
  <w:num w:numId="5" w16cid:durableId="1482424584">
    <w:abstractNumId w:val="7"/>
  </w:num>
  <w:num w:numId="6" w16cid:durableId="865100596">
    <w:abstractNumId w:val="3"/>
  </w:num>
  <w:num w:numId="7" w16cid:durableId="461928060">
    <w:abstractNumId w:val="2"/>
  </w:num>
  <w:num w:numId="8" w16cid:durableId="1723944919">
    <w:abstractNumId w:val="1"/>
  </w:num>
  <w:num w:numId="9" w16cid:durableId="2031449309">
    <w:abstractNumId w:val="0"/>
  </w:num>
  <w:num w:numId="10" w16cid:durableId="1455833781">
    <w:abstractNumId w:val="16"/>
  </w:num>
  <w:num w:numId="11" w16cid:durableId="1158770886">
    <w:abstractNumId w:val="9"/>
  </w:num>
  <w:num w:numId="12" w16cid:durableId="1826816980">
    <w:abstractNumId w:val="17"/>
  </w:num>
  <w:num w:numId="13" w16cid:durableId="412313784">
    <w:abstractNumId w:val="10"/>
  </w:num>
  <w:num w:numId="14" w16cid:durableId="506021857">
    <w:abstractNumId w:val="14"/>
  </w:num>
  <w:num w:numId="15" w16cid:durableId="1340045013">
    <w:abstractNumId w:val="15"/>
  </w:num>
  <w:num w:numId="16" w16cid:durableId="1584758540">
    <w:abstractNumId w:val="13"/>
  </w:num>
  <w:num w:numId="17" w16cid:durableId="1612010129">
    <w:abstractNumId w:val="11"/>
  </w:num>
  <w:num w:numId="18" w16cid:durableId="11155461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7730"/>
    <w:rsid w:val="0001062D"/>
    <w:rsid w:val="00026295"/>
    <w:rsid w:val="00027DE0"/>
    <w:rsid w:val="00033786"/>
    <w:rsid w:val="00034616"/>
    <w:rsid w:val="00055EE4"/>
    <w:rsid w:val="0006063C"/>
    <w:rsid w:val="000774B1"/>
    <w:rsid w:val="0008673E"/>
    <w:rsid w:val="000965C7"/>
    <w:rsid w:val="000C383E"/>
    <w:rsid w:val="000C5DF0"/>
    <w:rsid w:val="000E243F"/>
    <w:rsid w:val="000E4A73"/>
    <w:rsid w:val="000F3C5E"/>
    <w:rsid w:val="00102998"/>
    <w:rsid w:val="00127418"/>
    <w:rsid w:val="001355A4"/>
    <w:rsid w:val="0015074B"/>
    <w:rsid w:val="00160756"/>
    <w:rsid w:val="001724BC"/>
    <w:rsid w:val="00177800"/>
    <w:rsid w:val="00195BB5"/>
    <w:rsid w:val="001B106D"/>
    <w:rsid w:val="001F0E9E"/>
    <w:rsid w:val="00223A5F"/>
    <w:rsid w:val="002533C6"/>
    <w:rsid w:val="00287012"/>
    <w:rsid w:val="0029639D"/>
    <w:rsid w:val="002B157B"/>
    <w:rsid w:val="002B1B77"/>
    <w:rsid w:val="002B43BD"/>
    <w:rsid w:val="002D43EC"/>
    <w:rsid w:val="002E2337"/>
    <w:rsid w:val="002E7A5C"/>
    <w:rsid w:val="0030198A"/>
    <w:rsid w:val="0031237C"/>
    <w:rsid w:val="00316FB7"/>
    <w:rsid w:val="0032250D"/>
    <w:rsid w:val="00323F36"/>
    <w:rsid w:val="00326F90"/>
    <w:rsid w:val="00336C08"/>
    <w:rsid w:val="00362463"/>
    <w:rsid w:val="00390B37"/>
    <w:rsid w:val="003C46B7"/>
    <w:rsid w:val="003D6777"/>
    <w:rsid w:val="00404D66"/>
    <w:rsid w:val="00410756"/>
    <w:rsid w:val="00413E31"/>
    <w:rsid w:val="00427121"/>
    <w:rsid w:val="00430E43"/>
    <w:rsid w:val="00432258"/>
    <w:rsid w:val="004437B4"/>
    <w:rsid w:val="004606FB"/>
    <w:rsid w:val="0047131C"/>
    <w:rsid w:val="00472429"/>
    <w:rsid w:val="00495E43"/>
    <w:rsid w:val="004A0BC0"/>
    <w:rsid w:val="004A1244"/>
    <w:rsid w:val="004B4063"/>
    <w:rsid w:val="004D07F3"/>
    <w:rsid w:val="004D7D42"/>
    <w:rsid w:val="004E03E6"/>
    <w:rsid w:val="004E3A0E"/>
    <w:rsid w:val="004E42E8"/>
    <w:rsid w:val="004F73CA"/>
    <w:rsid w:val="00524026"/>
    <w:rsid w:val="00527535"/>
    <w:rsid w:val="00534D21"/>
    <w:rsid w:val="00554C2F"/>
    <w:rsid w:val="0058610C"/>
    <w:rsid w:val="005A77F8"/>
    <w:rsid w:val="005C38E8"/>
    <w:rsid w:val="005F466A"/>
    <w:rsid w:val="0064176C"/>
    <w:rsid w:val="00642C71"/>
    <w:rsid w:val="00646506"/>
    <w:rsid w:val="006635BA"/>
    <w:rsid w:val="006734E9"/>
    <w:rsid w:val="00684030"/>
    <w:rsid w:val="00687D04"/>
    <w:rsid w:val="00691B30"/>
    <w:rsid w:val="006C6759"/>
    <w:rsid w:val="006F1F00"/>
    <w:rsid w:val="00727BF4"/>
    <w:rsid w:val="007558F6"/>
    <w:rsid w:val="00756FD6"/>
    <w:rsid w:val="00780470"/>
    <w:rsid w:val="0078122F"/>
    <w:rsid w:val="007A644A"/>
    <w:rsid w:val="007C6C9A"/>
    <w:rsid w:val="007E7C82"/>
    <w:rsid w:val="0080215E"/>
    <w:rsid w:val="00826C7B"/>
    <w:rsid w:val="00834590"/>
    <w:rsid w:val="0084247D"/>
    <w:rsid w:val="0085659D"/>
    <w:rsid w:val="00864B89"/>
    <w:rsid w:val="00892FEA"/>
    <w:rsid w:val="008A1139"/>
    <w:rsid w:val="008D6416"/>
    <w:rsid w:val="008F0F03"/>
    <w:rsid w:val="009307D6"/>
    <w:rsid w:val="00931C0E"/>
    <w:rsid w:val="00933DA5"/>
    <w:rsid w:val="0094516F"/>
    <w:rsid w:val="0095371C"/>
    <w:rsid w:val="00956192"/>
    <w:rsid w:val="009634A4"/>
    <w:rsid w:val="0096632F"/>
    <w:rsid w:val="009A78A0"/>
    <w:rsid w:val="00A02819"/>
    <w:rsid w:val="00A3752C"/>
    <w:rsid w:val="00A52FFE"/>
    <w:rsid w:val="00A54008"/>
    <w:rsid w:val="00A6724A"/>
    <w:rsid w:val="00AA1D8D"/>
    <w:rsid w:val="00AA3D8E"/>
    <w:rsid w:val="00AC384C"/>
    <w:rsid w:val="00AE3FC3"/>
    <w:rsid w:val="00AE56DB"/>
    <w:rsid w:val="00B444CA"/>
    <w:rsid w:val="00B44504"/>
    <w:rsid w:val="00B4450F"/>
    <w:rsid w:val="00B47730"/>
    <w:rsid w:val="00B639EF"/>
    <w:rsid w:val="00B7367B"/>
    <w:rsid w:val="00B9137C"/>
    <w:rsid w:val="00BA4F02"/>
    <w:rsid w:val="00BB47AD"/>
    <w:rsid w:val="00BC7574"/>
    <w:rsid w:val="00BD55E7"/>
    <w:rsid w:val="00BD7611"/>
    <w:rsid w:val="00BE2430"/>
    <w:rsid w:val="00BE5BBC"/>
    <w:rsid w:val="00BE6B0E"/>
    <w:rsid w:val="00C25C31"/>
    <w:rsid w:val="00C345FE"/>
    <w:rsid w:val="00C61CAE"/>
    <w:rsid w:val="00C7260D"/>
    <w:rsid w:val="00C7691B"/>
    <w:rsid w:val="00C80A19"/>
    <w:rsid w:val="00C80D63"/>
    <w:rsid w:val="00C86FD9"/>
    <w:rsid w:val="00C9567E"/>
    <w:rsid w:val="00C97F10"/>
    <w:rsid w:val="00CA2387"/>
    <w:rsid w:val="00CA3BC5"/>
    <w:rsid w:val="00CB0664"/>
    <w:rsid w:val="00CF5CCF"/>
    <w:rsid w:val="00D21493"/>
    <w:rsid w:val="00D2199F"/>
    <w:rsid w:val="00D6384D"/>
    <w:rsid w:val="00D71016"/>
    <w:rsid w:val="00D72591"/>
    <w:rsid w:val="00DA7CC9"/>
    <w:rsid w:val="00DC252A"/>
    <w:rsid w:val="00E02449"/>
    <w:rsid w:val="00E051F1"/>
    <w:rsid w:val="00E5564C"/>
    <w:rsid w:val="00E8317B"/>
    <w:rsid w:val="00E9345C"/>
    <w:rsid w:val="00EA64ED"/>
    <w:rsid w:val="00EB355C"/>
    <w:rsid w:val="00EC328F"/>
    <w:rsid w:val="00EC793D"/>
    <w:rsid w:val="00ED1A61"/>
    <w:rsid w:val="00EE45AD"/>
    <w:rsid w:val="00F0431C"/>
    <w:rsid w:val="00F05E09"/>
    <w:rsid w:val="00F13D26"/>
    <w:rsid w:val="00F14933"/>
    <w:rsid w:val="00F2022A"/>
    <w:rsid w:val="00F36395"/>
    <w:rsid w:val="00F85548"/>
    <w:rsid w:val="00FC408B"/>
    <w:rsid w:val="00FC678E"/>
    <w:rsid w:val="00FC693F"/>
    <w:rsid w:val="00FC763C"/>
    <w:rsid w:val="00FD25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F26346C"/>
  <w14:defaultImageDpi w14:val="300"/>
  <w15:docId w15:val="{6CBDF8C2-5BD0-4972-8A3D-73AD42E6E09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標楷體" w:eastAsia="標楷體" w:hAnsi="標楷體"/>
      <w:color w:val="333333"/>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頁首 字元"/>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頁尾 字元"/>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標題 1 字元"/>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標題 2 字元"/>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標題 3 字元"/>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標題 字元"/>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副標題 字元"/>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34"/>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本文 字元"/>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本文 2 字元"/>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本文 3 字元"/>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巨集文字 字元"/>
    <w:basedOn w:val="a2"/>
    <w:link w:val="af3"/>
    <w:uiPriority w:val="99"/>
    <w:rsid w:val="0029639D"/>
    <w:rPr>
      <w:rFonts w:ascii="Courier" w:hAnsi="Courier"/>
      <w:sz w:val="20"/>
      <w:szCs w:val="20"/>
    </w:rPr>
  </w:style>
  <w:style w:type="paragraph" w:styleId="af5">
    <w:name w:val="Quote"/>
    <w:basedOn w:val="a1"/>
    <w:next w:val="a1"/>
    <w:link w:val="af6"/>
    <w:uiPriority w:val="29"/>
    <w:qFormat/>
    <w:rsid w:val="00FC693F"/>
    <w:rPr>
      <w:i/>
      <w:iCs/>
      <w:color w:val="000000" w:themeColor="text1"/>
    </w:rPr>
  </w:style>
  <w:style w:type="character" w:customStyle="1" w:styleId="af6">
    <w:name w:val="引文 字元"/>
    <w:basedOn w:val="a2"/>
    <w:link w:val="af5"/>
    <w:uiPriority w:val="29"/>
    <w:rsid w:val="00FC693F"/>
    <w:rPr>
      <w:i/>
      <w:iCs/>
      <w:color w:val="000000" w:themeColor="text1"/>
    </w:rPr>
  </w:style>
  <w:style w:type="character" w:customStyle="1" w:styleId="40">
    <w:name w:val="標題 4 字元"/>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標題 5 字元"/>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標題 6 字元"/>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標題 7 字元"/>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標題 8 字元"/>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標題 9 字元"/>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7">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8">
    <w:name w:val="Strong"/>
    <w:basedOn w:val="a2"/>
    <w:uiPriority w:val="22"/>
    <w:qFormat/>
    <w:rsid w:val="00FC693F"/>
    <w:rPr>
      <w:b/>
      <w:bCs/>
    </w:rPr>
  </w:style>
  <w:style w:type="character" w:styleId="af9">
    <w:name w:val="Emphasis"/>
    <w:basedOn w:val="a2"/>
    <w:uiPriority w:val="20"/>
    <w:qFormat/>
    <w:rsid w:val="00FC693F"/>
    <w:rPr>
      <w:i/>
      <w:iCs/>
    </w:rPr>
  </w:style>
  <w:style w:type="paragraph" w:styleId="afa">
    <w:name w:val="Intense Quote"/>
    <w:basedOn w:val="a1"/>
    <w:next w:val="a1"/>
    <w:link w:val="afb"/>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b">
    <w:name w:val="鮮明引文 字元"/>
    <w:basedOn w:val="a2"/>
    <w:link w:val="afa"/>
    <w:uiPriority w:val="30"/>
    <w:rsid w:val="00FC693F"/>
    <w:rPr>
      <w:b/>
      <w:bCs/>
      <w:i/>
      <w:iCs/>
      <w:color w:val="4F81BD" w:themeColor="accent1"/>
    </w:rPr>
  </w:style>
  <w:style w:type="character" w:styleId="afc">
    <w:name w:val="Subtle Emphasis"/>
    <w:basedOn w:val="a2"/>
    <w:uiPriority w:val="19"/>
    <w:qFormat/>
    <w:rsid w:val="00FC693F"/>
    <w:rPr>
      <w:i/>
      <w:iCs/>
      <w:color w:val="808080" w:themeColor="text1" w:themeTint="7F"/>
    </w:rPr>
  </w:style>
  <w:style w:type="character" w:styleId="afd">
    <w:name w:val="Intense Emphasis"/>
    <w:basedOn w:val="a2"/>
    <w:uiPriority w:val="21"/>
    <w:qFormat/>
    <w:rsid w:val="00FC693F"/>
    <w:rPr>
      <w:b/>
      <w:bCs/>
      <w:i/>
      <w:iCs/>
      <w:color w:val="4F81BD" w:themeColor="accent1"/>
    </w:rPr>
  </w:style>
  <w:style w:type="character" w:styleId="afe">
    <w:name w:val="Subtle Reference"/>
    <w:basedOn w:val="a2"/>
    <w:uiPriority w:val="31"/>
    <w:qFormat/>
    <w:rsid w:val="00FC693F"/>
    <w:rPr>
      <w:smallCaps/>
      <w:color w:val="C0504D" w:themeColor="accent2"/>
      <w:u w:val="single"/>
    </w:rPr>
  </w:style>
  <w:style w:type="character" w:styleId="aff">
    <w:name w:val="Intense Reference"/>
    <w:basedOn w:val="a2"/>
    <w:uiPriority w:val="32"/>
    <w:qFormat/>
    <w:rsid w:val="00FC693F"/>
    <w:rPr>
      <w:b/>
      <w:bCs/>
      <w:smallCaps/>
      <w:color w:val="C0504D" w:themeColor="accent2"/>
      <w:spacing w:val="5"/>
      <w:u w:val="single"/>
    </w:rPr>
  </w:style>
  <w:style w:type="character" w:styleId="aff0">
    <w:name w:val="Book Title"/>
    <w:basedOn w:val="a2"/>
    <w:uiPriority w:val="33"/>
    <w:qFormat/>
    <w:rsid w:val="00FC693F"/>
    <w:rPr>
      <w:b/>
      <w:bCs/>
      <w:smallCaps/>
      <w:spacing w:val="5"/>
    </w:rPr>
  </w:style>
  <w:style w:type="paragraph" w:styleId="aff1">
    <w:name w:val="TOC Heading"/>
    <w:basedOn w:val="1"/>
    <w:next w:val="a1"/>
    <w:uiPriority w:val="39"/>
    <w:semiHidden/>
    <w:unhideWhenUsed/>
    <w:qFormat/>
    <w:rsid w:val="00FC693F"/>
    <w:pPr>
      <w:outlineLvl w:val="9"/>
    </w:pPr>
  </w:style>
  <w:style w:type="table" w:styleId="aff2">
    <w:name w:val="Table Grid"/>
    <w:basedOn w:val="a3"/>
    <w:uiPriority w:val="3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3">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4">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5">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7">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8">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9">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6">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7">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8">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9">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A4BFFC8-A045-4B76-B935-C49C67D823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171</TotalTime>
  <Pages>3</Pages>
  <Words>385</Words>
  <Characters>2197</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2577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湯美玲</cp:lastModifiedBy>
  <cp:revision>96</cp:revision>
  <cp:lastPrinted>2026-08-31T09:27:00Z</cp:lastPrinted>
  <dcterms:created xsi:type="dcterms:W3CDTF">2026-08-31T09:29:00Z</dcterms:created>
  <dcterms:modified xsi:type="dcterms:W3CDTF">2026-09-08T12:31:00Z</dcterms:modified>
  <cp:category/>
</cp:coreProperties>
</file>