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12E10" w14:textId="77777777" w:rsidR="00D50B79" w:rsidRPr="00D046EE" w:rsidRDefault="00D50B79" w:rsidP="00D50B79">
      <w:pPr>
        <w:spacing w:after="0" w:line="240" w:lineRule="auto"/>
        <w:jc w:val="center"/>
        <w:rPr>
          <w:b/>
          <w:bCs/>
          <w:color w:val="auto"/>
          <w:sz w:val="32"/>
          <w:szCs w:val="32"/>
          <w:lang w:eastAsia="zh-TW"/>
        </w:rPr>
      </w:pPr>
      <w:r w:rsidRPr="00D046EE">
        <w:rPr>
          <w:rFonts w:hint="eastAsia"/>
          <w:b/>
          <w:bCs/>
          <w:color w:val="auto"/>
          <w:sz w:val="32"/>
          <w:szCs w:val="32"/>
          <w:lang w:eastAsia="zh-TW"/>
        </w:rPr>
        <w:t>東吳大學財務工程與精算數學系 新光人壽獎助學金基金會獎補助</w:t>
      </w:r>
    </w:p>
    <w:p w14:paraId="0EC0D00A" w14:textId="69C4A6B4" w:rsidR="004E3A0E" w:rsidRPr="004E3A0E" w:rsidRDefault="00C0650E" w:rsidP="00D50B79">
      <w:pPr>
        <w:snapToGrid w:val="0"/>
        <w:spacing w:after="0" w:line="240" w:lineRule="auto"/>
        <w:jc w:val="center"/>
        <w:rPr>
          <w:b/>
          <w:bCs/>
          <w:color w:val="auto"/>
          <w:sz w:val="32"/>
          <w:szCs w:val="32"/>
          <w:lang w:eastAsia="zh-TW"/>
        </w:rPr>
      </w:pPr>
      <w:r>
        <w:rPr>
          <w:rFonts w:hint="eastAsia"/>
          <w:b/>
          <w:color w:val="auto"/>
          <w:sz w:val="32"/>
          <w:lang w:eastAsia="zh-TW"/>
        </w:rPr>
        <w:t xml:space="preserve">        </w:t>
      </w:r>
      <w:r w:rsidR="0083014D" w:rsidRPr="0083014D">
        <w:rPr>
          <w:rFonts w:hint="eastAsia"/>
          <w:b/>
          <w:color w:val="auto"/>
          <w:sz w:val="32"/>
          <w:lang w:eastAsia="zh-TW"/>
        </w:rPr>
        <w:t>金融與保險精算相關證照輔導及考試費用</w:t>
      </w:r>
      <w:r w:rsidR="0083014D" w:rsidRPr="0083014D">
        <w:rPr>
          <w:b/>
          <w:color w:val="auto"/>
          <w:sz w:val="32"/>
          <w:lang w:eastAsia="zh-TW"/>
        </w:rPr>
        <w:t xml:space="preserve"> 補助申請表</w:t>
      </w:r>
      <w:r>
        <w:rPr>
          <w:rFonts w:hint="eastAsia"/>
          <w:b/>
          <w:color w:val="auto"/>
          <w:sz w:val="32"/>
          <w:lang w:eastAsia="zh-TW"/>
        </w:rPr>
        <w:t xml:space="preserve">     </w:t>
      </w:r>
      <w:r w:rsidRPr="00C0650E">
        <w:rPr>
          <w:rFonts w:ascii="Times New Roman" w:hAnsi="Times New Roman" w:cs="Times New Roman"/>
          <w:b/>
          <w:color w:val="auto"/>
          <w:sz w:val="20"/>
          <w:szCs w:val="20"/>
          <w:lang w:eastAsia="zh-TW"/>
        </w:rPr>
        <w:t>115.09</w:t>
      </w:r>
      <w:r w:rsidRPr="00C0650E">
        <w:rPr>
          <w:rFonts w:ascii="Times New Roman" w:hAnsi="Times New Roman" w:cs="Times New Roman"/>
          <w:b/>
          <w:color w:val="auto"/>
          <w:sz w:val="20"/>
          <w:szCs w:val="20"/>
          <w:lang w:eastAsia="zh-TW"/>
        </w:rPr>
        <w:t>版</w:t>
      </w:r>
    </w:p>
    <w:tbl>
      <w:tblPr>
        <w:tblStyle w:val="aff2"/>
        <w:tblW w:w="1075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86"/>
        <w:gridCol w:w="3828"/>
        <w:gridCol w:w="1417"/>
        <w:gridCol w:w="3827"/>
      </w:tblGrid>
      <w:tr w:rsidR="00D50B79" w:rsidRPr="00A93C47" w14:paraId="2D3712E2" w14:textId="77777777" w:rsidTr="00273F4E">
        <w:trPr>
          <w:trHeight w:val="415"/>
          <w:jc w:val="center"/>
        </w:trPr>
        <w:tc>
          <w:tcPr>
            <w:tcW w:w="10758" w:type="dxa"/>
            <w:gridSpan w:val="4"/>
            <w:tcBorders>
              <w:top w:val="double" w:sz="4" w:space="0" w:color="auto"/>
              <w:bottom w:val="double" w:sz="4" w:space="0" w:color="auto"/>
            </w:tcBorders>
            <w:shd w:val="clear" w:color="auto" w:fill="F2F2F2" w:themeFill="background1" w:themeFillShade="F2"/>
            <w:vAlign w:val="center"/>
          </w:tcPr>
          <w:p w14:paraId="15F9DA44" w14:textId="77777777" w:rsidR="00D50B79" w:rsidRPr="00A93C47" w:rsidRDefault="00D50B79" w:rsidP="00273F4E">
            <w:pPr>
              <w:jc w:val="center"/>
              <w:rPr>
                <w:color w:val="auto"/>
                <w:sz w:val="24"/>
                <w:szCs w:val="24"/>
                <w:lang w:eastAsia="zh-TW"/>
              </w:rPr>
            </w:pPr>
            <w:r w:rsidRPr="00A93C47">
              <w:rPr>
                <w:rFonts w:hint="eastAsia"/>
                <w:b/>
                <w:color w:val="auto"/>
                <w:sz w:val="24"/>
                <w:szCs w:val="24"/>
                <w:lang w:eastAsia="zh-TW"/>
              </w:rPr>
              <w:t>【一、申請</w:t>
            </w:r>
            <w:r w:rsidR="0083014D" w:rsidRPr="0083014D">
              <w:rPr>
                <w:rFonts w:hint="eastAsia"/>
                <w:b/>
                <w:color w:val="auto"/>
                <w:sz w:val="24"/>
                <w:szCs w:val="24"/>
                <w:lang w:eastAsia="zh-TW"/>
              </w:rPr>
              <w:t>教師</w:t>
            </w:r>
            <w:r w:rsidRPr="00A93C47">
              <w:rPr>
                <w:rFonts w:hint="eastAsia"/>
                <w:b/>
                <w:color w:val="auto"/>
                <w:sz w:val="24"/>
                <w:szCs w:val="24"/>
                <w:lang w:eastAsia="zh-TW"/>
              </w:rPr>
              <w:t>基本資料】</w:t>
            </w:r>
          </w:p>
        </w:tc>
      </w:tr>
      <w:tr w:rsidR="00D50B79" w:rsidRPr="00A93C47" w14:paraId="7D55C5B4" w14:textId="77777777" w:rsidTr="001D58B4">
        <w:trPr>
          <w:trHeight w:val="663"/>
          <w:jc w:val="center"/>
        </w:trPr>
        <w:tc>
          <w:tcPr>
            <w:tcW w:w="1686" w:type="dxa"/>
            <w:shd w:val="clear" w:color="auto" w:fill="F2F2F2" w:themeFill="background1" w:themeFillShade="F2"/>
            <w:vAlign w:val="center"/>
          </w:tcPr>
          <w:p w14:paraId="34DC3A13" w14:textId="77777777" w:rsidR="00D50B79" w:rsidRPr="00A93C47" w:rsidRDefault="00D50B79" w:rsidP="0001062D">
            <w:pPr>
              <w:jc w:val="center"/>
              <w:rPr>
                <w:b/>
                <w:color w:val="auto"/>
                <w:sz w:val="24"/>
                <w:szCs w:val="24"/>
              </w:rPr>
            </w:pPr>
            <w:r w:rsidRPr="00A93C47">
              <w:rPr>
                <w:rFonts w:hint="eastAsia"/>
                <w:b/>
                <w:color w:val="auto"/>
                <w:sz w:val="24"/>
                <w:szCs w:val="24"/>
                <w:lang w:eastAsia="zh-TW"/>
              </w:rPr>
              <w:t>申請人姓名</w:t>
            </w:r>
          </w:p>
        </w:tc>
        <w:tc>
          <w:tcPr>
            <w:tcW w:w="3828" w:type="dxa"/>
            <w:vAlign w:val="center"/>
          </w:tcPr>
          <w:p w14:paraId="7FACB9CC" w14:textId="77777777" w:rsidR="00D50B79" w:rsidRPr="00A93C47" w:rsidRDefault="00D50B79" w:rsidP="0043793D">
            <w:pPr>
              <w:rPr>
                <w:color w:val="auto"/>
                <w:sz w:val="24"/>
                <w:szCs w:val="24"/>
              </w:rPr>
            </w:pPr>
          </w:p>
        </w:tc>
        <w:tc>
          <w:tcPr>
            <w:tcW w:w="1417" w:type="dxa"/>
            <w:tcBorders>
              <w:top w:val="single" w:sz="6" w:space="0" w:color="auto"/>
              <w:bottom w:val="single" w:sz="6" w:space="0" w:color="auto"/>
            </w:tcBorders>
            <w:shd w:val="clear" w:color="auto" w:fill="F2F2F2" w:themeFill="background1" w:themeFillShade="F2"/>
            <w:vAlign w:val="center"/>
          </w:tcPr>
          <w:p w14:paraId="2060D194" w14:textId="77777777" w:rsidR="00D50B79" w:rsidRPr="00A93C47" w:rsidRDefault="00D50B79" w:rsidP="00160756">
            <w:pPr>
              <w:jc w:val="center"/>
              <w:rPr>
                <w:color w:val="auto"/>
                <w:sz w:val="24"/>
                <w:szCs w:val="24"/>
              </w:rPr>
            </w:pPr>
            <w:r w:rsidRPr="00A93C47">
              <w:rPr>
                <w:b/>
                <w:color w:val="auto"/>
                <w:sz w:val="24"/>
                <w:szCs w:val="24"/>
              </w:rPr>
              <w:t>員工編號</w:t>
            </w:r>
          </w:p>
        </w:tc>
        <w:tc>
          <w:tcPr>
            <w:tcW w:w="3827" w:type="dxa"/>
            <w:tcBorders>
              <w:top w:val="single" w:sz="6" w:space="0" w:color="auto"/>
              <w:bottom w:val="single" w:sz="6" w:space="0" w:color="auto"/>
            </w:tcBorders>
            <w:vAlign w:val="center"/>
          </w:tcPr>
          <w:p w14:paraId="3D54E804" w14:textId="77777777" w:rsidR="00D50B79" w:rsidRPr="00A93C47" w:rsidRDefault="00D50B79" w:rsidP="0043793D">
            <w:pPr>
              <w:rPr>
                <w:color w:val="auto"/>
                <w:sz w:val="24"/>
                <w:szCs w:val="24"/>
              </w:rPr>
            </w:pPr>
          </w:p>
        </w:tc>
      </w:tr>
      <w:tr w:rsidR="00A93C47" w:rsidRPr="00A93C47" w14:paraId="48DBC6A2" w14:textId="77777777" w:rsidTr="00273F4E">
        <w:trPr>
          <w:trHeight w:val="385"/>
          <w:jc w:val="center"/>
        </w:trPr>
        <w:tc>
          <w:tcPr>
            <w:tcW w:w="10758" w:type="dxa"/>
            <w:gridSpan w:val="4"/>
            <w:tcBorders>
              <w:top w:val="double" w:sz="4" w:space="0" w:color="auto"/>
              <w:bottom w:val="double" w:sz="4" w:space="0" w:color="auto"/>
            </w:tcBorders>
            <w:shd w:val="clear" w:color="auto" w:fill="F2F2F2" w:themeFill="background1" w:themeFillShade="F2"/>
            <w:vAlign w:val="center"/>
          </w:tcPr>
          <w:p w14:paraId="6CD8810D" w14:textId="77777777" w:rsidR="00A93C47" w:rsidRPr="00A93C47" w:rsidRDefault="0083014D" w:rsidP="00273F4E">
            <w:pPr>
              <w:jc w:val="center"/>
              <w:rPr>
                <w:b/>
                <w:color w:val="auto"/>
                <w:sz w:val="24"/>
                <w:szCs w:val="24"/>
                <w:lang w:eastAsia="zh-TW"/>
              </w:rPr>
            </w:pPr>
            <w:r w:rsidRPr="0083014D">
              <w:rPr>
                <w:rFonts w:hint="eastAsia"/>
                <w:b/>
                <w:color w:val="auto"/>
                <w:sz w:val="24"/>
                <w:szCs w:val="24"/>
                <w:lang w:eastAsia="zh-TW"/>
              </w:rPr>
              <w:t>【二、申請補助項目】（可複選）</w:t>
            </w:r>
          </w:p>
        </w:tc>
      </w:tr>
      <w:tr w:rsidR="00A93C47" w:rsidRPr="00A93C47" w14:paraId="05F568A3" w14:textId="77777777" w:rsidTr="001D58B4">
        <w:trPr>
          <w:trHeight w:val="1118"/>
          <w:jc w:val="center"/>
        </w:trPr>
        <w:tc>
          <w:tcPr>
            <w:tcW w:w="1686" w:type="dxa"/>
            <w:tcBorders>
              <w:bottom w:val="double" w:sz="4" w:space="0" w:color="auto"/>
            </w:tcBorders>
            <w:shd w:val="clear" w:color="auto" w:fill="F2F2F2" w:themeFill="background1" w:themeFillShade="F2"/>
            <w:vAlign w:val="center"/>
          </w:tcPr>
          <w:p w14:paraId="326018E2" w14:textId="77777777" w:rsidR="00A93C47" w:rsidRPr="00A93C47" w:rsidRDefault="0083014D" w:rsidP="0083014D">
            <w:pPr>
              <w:jc w:val="center"/>
              <w:rPr>
                <w:b/>
                <w:color w:val="auto"/>
                <w:sz w:val="24"/>
                <w:szCs w:val="24"/>
                <w:lang w:eastAsia="zh-TW"/>
              </w:rPr>
            </w:pPr>
            <w:r>
              <w:rPr>
                <w:rFonts w:hint="eastAsia"/>
                <w:b/>
                <w:color w:val="auto"/>
                <w:sz w:val="24"/>
                <w:szCs w:val="24"/>
                <w:lang w:eastAsia="zh-TW"/>
              </w:rPr>
              <w:t>申請項目</w:t>
            </w:r>
          </w:p>
        </w:tc>
        <w:tc>
          <w:tcPr>
            <w:tcW w:w="9072" w:type="dxa"/>
            <w:gridSpan w:val="3"/>
            <w:tcBorders>
              <w:bottom w:val="double" w:sz="4" w:space="0" w:color="auto"/>
            </w:tcBorders>
            <w:vAlign w:val="center"/>
          </w:tcPr>
          <w:p w14:paraId="2BA75C63" w14:textId="77777777" w:rsidR="0083014D" w:rsidRPr="0083014D" w:rsidRDefault="0083014D" w:rsidP="00273F4E">
            <w:pPr>
              <w:spacing w:beforeLines="20" w:before="48"/>
              <w:rPr>
                <w:rFonts w:ascii="Times New Roman" w:hAnsi="Times New Roman" w:cs="Times New Roman"/>
                <w:color w:val="auto"/>
                <w:sz w:val="24"/>
                <w:szCs w:val="24"/>
                <w:lang w:eastAsia="zh-TW"/>
              </w:rPr>
            </w:pPr>
            <w:r w:rsidRPr="00A93C47">
              <w:rPr>
                <w:rFonts w:hint="eastAsia"/>
                <w:color w:val="auto"/>
                <w:sz w:val="24"/>
                <w:szCs w:val="24"/>
                <w:lang w:eastAsia="zh-TW"/>
              </w:rPr>
              <w:t>□</w:t>
            </w:r>
            <w:r w:rsidRPr="0083014D">
              <w:rPr>
                <w:rFonts w:ascii="Times New Roman" w:hAnsi="Times New Roman" w:cs="Times New Roman"/>
                <w:color w:val="auto"/>
                <w:sz w:val="24"/>
                <w:szCs w:val="24"/>
                <w:lang w:eastAsia="zh-TW"/>
              </w:rPr>
              <w:t xml:space="preserve"> </w:t>
            </w:r>
            <w:r w:rsidR="000D19DE">
              <w:rPr>
                <w:rFonts w:ascii="Times New Roman" w:hAnsi="Times New Roman" w:cs="Times New Roman" w:hint="eastAsia"/>
                <w:color w:val="auto"/>
                <w:sz w:val="24"/>
                <w:szCs w:val="24"/>
                <w:lang w:eastAsia="zh-TW"/>
              </w:rPr>
              <w:t>教師開設</w:t>
            </w:r>
            <w:r w:rsidR="000D19DE">
              <w:rPr>
                <w:rFonts w:ascii="Times New Roman" w:hAnsi="Times New Roman" w:cs="Times New Roman"/>
                <w:color w:val="auto"/>
                <w:sz w:val="24"/>
                <w:szCs w:val="24"/>
                <w:lang w:eastAsia="zh-TW"/>
              </w:rPr>
              <w:t>金融</w:t>
            </w:r>
            <w:r w:rsidR="000D19DE">
              <w:rPr>
                <w:rFonts w:ascii="Times New Roman" w:hAnsi="Times New Roman" w:cs="Times New Roman" w:hint="eastAsia"/>
                <w:color w:val="auto"/>
                <w:sz w:val="24"/>
                <w:szCs w:val="24"/>
                <w:lang w:eastAsia="zh-TW"/>
              </w:rPr>
              <w:t>或</w:t>
            </w:r>
            <w:r w:rsidRPr="0083014D">
              <w:rPr>
                <w:rFonts w:ascii="Times New Roman" w:hAnsi="Times New Roman" w:cs="Times New Roman"/>
                <w:color w:val="auto"/>
                <w:sz w:val="24"/>
                <w:szCs w:val="24"/>
                <w:lang w:eastAsia="zh-TW"/>
              </w:rPr>
              <w:t>保險精算證照輔導班</w:t>
            </w:r>
            <w:r w:rsidR="000D19DE">
              <w:rPr>
                <w:rFonts w:ascii="Times New Roman" w:hAnsi="Times New Roman" w:cs="Times New Roman" w:hint="eastAsia"/>
                <w:color w:val="auto"/>
                <w:sz w:val="24"/>
                <w:szCs w:val="24"/>
                <w:lang w:eastAsia="zh-TW"/>
              </w:rPr>
              <w:t>計畫</w:t>
            </w:r>
            <w:r w:rsidRPr="0083014D">
              <w:rPr>
                <w:rFonts w:ascii="Times New Roman" w:hAnsi="Times New Roman" w:cs="Times New Roman"/>
                <w:color w:val="auto"/>
                <w:sz w:val="24"/>
                <w:szCs w:val="24"/>
                <w:lang w:eastAsia="zh-TW"/>
              </w:rPr>
              <w:t>補助</w:t>
            </w:r>
          </w:p>
          <w:p w14:paraId="4E9003FA" w14:textId="77777777" w:rsidR="00A93C47" w:rsidRPr="00A93C47" w:rsidRDefault="0083014D" w:rsidP="00273F4E">
            <w:pPr>
              <w:spacing w:beforeLines="20" w:before="48"/>
              <w:rPr>
                <w:rFonts w:ascii="Times New Roman" w:hAnsi="Times New Roman" w:cs="Times New Roman"/>
                <w:sz w:val="24"/>
                <w:szCs w:val="24"/>
                <w:lang w:eastAsia="zh-TW"/>
              </w:rPr>
            </w:pPr>
            <w:r w:rsidRPr="00A93C47">
              <w:rPr>
                <w:rFonts w:hint="eastAsia"/>
                <w:color w:val="auto"/>
                <w:sz w:val="24"/>
                <w:szCs w:val="24"/>
                <w:lang w:eastAsia="zh-TW"/>
              </w:rPr>
              <w:t>□</w:t>
            </w:r>
            <w:r w:rsidRPr="0083014D">
              <w:rPr>
                <w:rFonts w:ascii="Times New Roman" w:hAnsi="Times New Roman" w:cs="Times New Roman"/>
                <w:color w:val="auto"/>
                <w:sz w:val="24"/>
                <w:szCs w:val="24"/>
                <w:lang w:eastAsia="zh-TW"/>
              </w:rPr>
              <w:t xml:space="preserve"> </w:t>
            </w:r>
            <w:r w:rsidR="000D19DE">
              <w:rPr>
                <w:rFonts w:ascii="Times New Roman" w:hAnsi="Times New Roman" w:cs="Times New Roman" w:hint="eastAsia"/>
                <w:color w:val="auto"/>
                <w:sz w:val="24"/>
                <w:szCs w:val="24"/>
                <w:lang w:eastAsia="zh-TW"/>
              </w:rPr>
              <w:t>教師參加</w:t>
            </w:r>
            <w:r w:rsidRPr="0083014D">
              <w:rPr>
                <w:rFonts w:ascii="Times New Roman" w:hAnsi="Times New Roman" w:cs="Times New Roman"/>
                <w:color w:val="auto"/>
                <w:sz w:val="24"/>
                <w:szCs w:val="24"/>
                <w:lang w:eastAsia="zh-TW"/>
              </w:rPr>
              <w:t>金融</w:t>
            </w:r>
            <w:r w:rsidR="000D19DE">
              <w:rPr>
                <w:rFonts w:ascii="Times New Roman" w:hAnsi="Times New Roman" w:cs="Times New Roman" w:hint="eastAsia"/>
                <w:color w:val="auto"/>
                <w:sz w:val="24"/>
                <w:szCs w:val="24"/>
                <w:lang w:eastAsia="zh-TW"/>
              </w:rPr>
              <w:t>或</w:t>
            </w:r>
            <w:r w:rsidRPr="0083014D">
              <w:rPr>
                <w:rFonts w:ascii="Times New Roman" w:hAnsi="Times New Roman" w:cs="Times New Roman"/>
                <w:color w:val="auto"/>
                <w:sz w:val="24"/>
                <w:szCs w:val="24"/>
                <w:lang w:eastAsia="zh-TW"/>
              </w:rPr>
              <w:t>保險精算證照考試費用</w:t>
            </w:r>
            <w:r w:rsidR="000D19DE">
              <w:rPr>
                <w:rFonts w:ascii="Times New Roman" w:hAnsi="Times New Roman" w:cs="Times New Roman" w:hint="eastAsia"/>
                <w:color w:val="auto"/>
                <w:sz w:val="24"/>
                <w:szCs w:val="24"/>
                <w:lang w:eastAsia="zh-TW"/>
              </w:rPr>
              <w:t>或考科教材</w:t>
            </w:r>
            <w:r w:rsidRPr="0083014D">
              <w:rPr>
                <w:rFonts w:ascii="Times New Roman" w:hAnsi="Times New Roman" w:cs="Times New Roman"/>
                <w:color w:val="auto"/>
                <w:sz w:val="24"/>
                <w:szCs w:val="24"/>
                <w:lang w:eastAsia="zh-TW"/>
              </w:rPr>
              <w:t>補助</w:t>
            </w:r>
          </w:p>
        </w:tc>
      </w:tr>
      <w:tr w:rsidR="0083014D" w:rsidRPr="00A93C47" w14:paraId="6EB51624" w14:textId="77777777" w:rsidTr="00273F4E">
        <w:trPr>
          <w:trHeight w:val="362"/>
          <w:jc w:val="center"/>
        </w:trPr>
        <w:tc>
          <w:tcPr>
            <w:tcW w:w="10758" w:type="dxa"/>
            <w:gridSpan w:val="4"/>
            <w:tcBorders>
              <w:bottom w:val="double" w:sz="4" w:space="0" w:color="auto"/>
            </w:tcBorders>
            <w:shd w:val="clear" w:color="auto" w:fill="F2F2F2" w:themeFill="background1" w:themeFillShade="F2"/>
            <w:vAlign w:val="center"/>
          </w:tcPr>
          <w:p w14:paraId="32BBEE63" w14:textId="77777777" w:rsidR="0083014D" w:rsidRPr="0083014D" w:rsidRDefault="0083014D" w:rsidP="00273F4E">
            <w:pPr>
              <w:jc w:val="center"/>
              <w:rPr>
                <w:b/>
                <w:color w:val="auto"/>
                <w:sz w:val="24"/>
                <w:szCs w:val="24"/>
                <w:lang w:eastAsia="zh-TW"/>
              </w:rPr>
            </w:pPr>
            <w:r w:rsidRPr="0083014D">
              <w:rPr>
                <w:rFonts w:hint="eastAsia"/>
                <w:b/>
                <w:color w:val="auto"/>
                <w:sz w:val="24"/>
                <w:szCs w:val="24"/>
                <w:lang w:eastAsia="zh-TW"/>
              </w:rPr>
              <w:t>【三、</w:t>
            </w:r>
            <w:r w:rsidR="000D19DE">
              <w:rPr>
                <w:rFonts w:hint="eastAsia"/>
                <w:b/>
                <w:color w:val="auto"/>
                <w:sz w:val="24"/>
                <w:szCs w:val="24"/>
                <w:lang w:eastAsia="zh-TW"/>
              </w:rPr>
              <w:t>教師</w:t>
            </w:r>
            <w:r w:rsidRPr="0083014D">
              <w:rPr>
                <w:rFonts w:hint="eastAsia"/>
                <w:b/>
                <w:color w:val="auto"/>
                <w:sz w:val="24"/>
                <w:szCs w:val="24"/>
                <w:lang w:eastAsia="zh-TW"/>
              </w:rPr>
              <w:t>輔導班</w:t>
            </w:r>
            <w:r w:rsidR="000D19DE">
              <w:rPr>
                <w:rFonts w:hint="eastAsia"/>
                <w:b/>
                <w:color w:val="auto"/>
                <w:sz w:val="24"/>
                <w:szCs w:val="24"/>
                <w:lang w:eastAsia="zh-TW"/>
              </w:rPr>
              <w:t>開設</w:t>
            </w:r>
            <w:r w:rsidRPr="0083014D">
              <w:rPr>
                <w:rFonts w:hint="eastAsia"/>
                <w:b/>
                <w:color w:val="auto"/>
                <w:sz w:val="24"/>
                <w:szCs w:val="24"/>
                <w:lang w:eastAsia="zh-TW"/>
              </w:rPr>
              <w:t>計畫】</w:t>
            </w:r>
            <w:r w:rsidR="000D19DE" w:rsidRPr="00A93C47">
              <w:rPr>
                <w:b/>
                <w:color w:val="auto"/>
                <w:sz w:val="24"/>
                <w:szCs w:val="24"/>
                <w:lang w:eastAsia="zh-TW"/>
              </w:rPr>
              <w:t>（若申請此項目請填寫）</w:t>
            </w:r>
          </w:p>
        </w:tc>
      </w:tr>
      <w:tr w:rsidR="00A93C47" w:rsidRPr="00A93C47" w14:paraId="00F11074" w14:textId="77777777" w:rsidTr="001D58B4">
        <w:trPr>
          <w:trHeight w:val="857"/>
          <w:jc w:val="center"/>
        </w:trPr>
        <w:tc>
          <w:tcPr>
            <w:tcW w:w="1686" w:type="dxa"/>
            <w:tcBorders>
              <w:top w:val="double" w:sz="4" w:space="0" w:color="auto"/>
              <w:left w:val="double" w:sz="4" w:space="0" w:color="auto"/>
              <w:bottom w:val="single" w:sz="4" w:space="0" w:color="auto"/>
            </w:tcBorders>
            <w:shd w:val="clear" w:color="auto" w:fill="F2F2F2" w:themeFill="background1" w:themeFillShade="F2"/>
            <w:vAlign w:val="center"/>
          </w:tcPr>
          <w:p w14:paraId="341F5C8A" w14:textId="77777777" w:rsidR="00A93C47" w:rsidRPr="00A93C47" w:rsidRDefault="0083014D" w:rsidP="0083014D">
            <w:pPr>
              <w:jc w:val="center"/>
              <w:rPr>
                <w:b/>
                <w:color w:val="auto"/>
                <w:sz w:val="24"/>
                <w:szCs w:val="24"/>
                <w:lang w:eastAsia="zh-TW"/>
              </w:rPr>
            </w:pPr>
            <w:r>
              <w:rPr>
                <w:rFonts w:hint="eastAsia"/>
                <w:b/>
                <w:color w:val="auto"/>
                <w:sz w:val="24"/>
                <w:szCs w:val="24"/>
                <w:lang w:eastAsia="zh-TW"/>
              </w:rPr>
              <w:t>輔導課程</w:t>
            </w:r>
            <w:r w:rsidR="00A93C47" w:rsidRPr="00A93C47">
              <w:rPr>
                <w:rFonts w:hint="eastAsia"/>
                <w:b/>
                <w:color w:val="auto"/>
                <w:sz w:val="24"/>
                <w:szCs w:val="24"/>
                <w:lang w:eastAsia="zh-TW"/>
              </w:rPr>
              <w:t>名稱</w:t>
            </w:r>
          </w:p>
        </w:tc>
        <w:tc>
          <w:tcPr>
            <w:tcW w:w="3828" w:type="dxa"/>
            <w:tcBorders>
              <w:top w:val="double" w:sz="4" w:space="0" w:color="auto"/>
              <w:bottom w:val="single" w:sz="4" w:space="0" w:color="auto"/>
            </w:tcBorders>
            <w:vAlign w:val="center"/>
          </w:tcPr>
          <w:p w14:paraId="322DDE8B" w14:textId="77777777" w:rsidR="00A93C47" w:rsidRPr="00A93C47" w:rsidRDefault="00A93C47" w:rsidP="00500CE7">
            <w:pPr>
              <w:rPr>
                <w:b/>
                <w:color w:val="A6A6A6" w:themeColor="background1" w:themeShade="A6"/>
                <w:sz w:val="24"/>
                <w:szCs w:val="24"/>
                <w:lang w:eastAsia="zh-TW"/>
              </w:rPr>
            </w:pPr>
          </w:p>
        </w:tc>
        <w:tc>
          <w:tcPr>
            <w:tcW w:w="1417" w:type="dxa"/>
            <w:tcBorders>
              <w:top w:val="double" w:sz="4" w:space="0" w:color="auto"/>
              <w:bottom w:val="single" w:sz="4" w:space="0" w:color="auto"/>
            </w:tcBorders>
            <w:shd w:val="clear" w:color="auto" w:fill="F2F2F2" w:themeFill="background1" w:themeFillShade="F2"/>
            <w:vAlign w:val="center"/>
          </w:tcPr>
          <w:p w14:paraId="24BF4E1E" w14:textId="77777777" w:rsidR="00A93C47" w:rsidRPr="00A93C47" w:rsidRDefault="0083014D" w:rsidP="0083014D">
            <w:pPr>
              <w:jc w:val="center"/>
              <w:rPr>
                <w:b/>
                <w:color w:val="A6A6A6" w:themeColor="background1" w:themeShade="A6"/>
                <w:sz w:val="24"/>
                <w:szCs w:val="24"/>
                <w:lang w:eastAsia="zh-TW"/>
              </w:rPr>
            </w:pPr>
            <w:r>
              <w:rPr>
                <w:rFonts w:hint="eastAsia"/>
                <w:b/>
                <w:color w:val="auto"/>
                <w:sz w:val="24"/>
                <w:szCs w:val="24"/>
                <w:lang w:eastAsia="zh-TW"/>
              </w:rPr>
              <w:t>開課</w:t>
            </w:r>
            <w:r w:rsidR="00A93C47" w:rsidRPr="00A93C47">
              <w:rPr>
                <w:rFonts w:hint="eastAsia"/>
                <w:b/>
                <w:color w:val="auto"/>
                <w:sz w:val="24"/>
                <w:szCs w:val="24"/>
                <w:lang w:eastAsia="zh-TW"/>
              </w:rPr>
              <w:t>日期</w:t>
            </w:r>
          </w:p>
        </w:tc>
        <w:tc>
          <w:tcPr>
            <w:tcW w:w="3827" w:type="dxa"/>
            <w:tcBorders>
              <w:top w:val="double" w:sz="4" w:space="0" w:color="auto"/>
              <w:bottom w:val="single" w:sz="4" w:space="0" w:color="auto"/>
              <w:right w:val="double" w:sz="4" w:space="0" w:color="auto"/>
            </w:tcBorders>
            <w:vAlign w:val="center"/>
          </w:tcPr>
          <w:p w14:paraId="5A24A3A6" w14:textId="1B174606" w:rsidR="00A93C47" w:rsidRPr="00A93C47" w:rsidRDefault="0083014D" w:rsidP="00273F4E">
            <w:pPr>
              <w:rPr>
                <w:sz w:val="24"/>
                <w:szCs w:val="24"/>
              </w:rPr>
            </w:pPr>
            <w:r>
              <w:rPr>
                <w:rFonts w:hint="eastAsia"/>
                <w:sz w:val="24"/>
                <w:szCs w:val="24"/>
                <w:lang w:eastAsia="zh-TW"/>
              </w:rPr>
              <w:t xml:space="preserve">    </w:t>
            </w:r>
            <w:r w:rsidR="00EA1EF1">
              <w:rPr>
                <w:rFonts w:hint="eastAsia"/>
                <w:sz w:val="24"/>
                <w:szCs w:val="24"/>
                <w:lang w:eastAsia="zh-TW"/>
              </w:rPr>
              <w:t xml:space="preserve"> </w:t>
            </w:r>
            <w:r>
              <w:rPr>
                <w:rFonts w:hint="eastAsia"/>
                <w:sz w:val="24"/>
                <w:szCs w:val="24"/>
                <w:lang w:eastAsia="zh-TW"/>
              </w:rPr>
              <w:t xml:space="preserve"> </w:t>
            </w:r>
            <w:r w:rsidR="00A93C47" w:rsidRPr="00A93C47">
              <w:rPr>
                <w:sz w:val="24"/>
                <w:szCs w:val="24"/>
              </w:rPr>
              <w:t xml:space="preserve">年 </w:t>
            </w:r>
            <w:r w:rsidR="00A93C47" w:rsidRPr="00A93C47">
              <w:rPr>
                <w:rFonts w:hint="eastAsia"/>
                <w:sz w:val="24"/>
                <w:szCs w:val="24"/>
                <w:lang w:eastAsia="zh-TW"/>
              </w:rPr>
              <w:t xml:space="preserve"> 　</w:t>
            </w:r>
            <w:r w:rsidR="00A93C47" w:rsidRPr="00A93C47">
              <w:rPr>
                <w:sz w:val="24"/>
                <w:szCs w:val="24"/>
              </w:rPr>
              <w:t xml:space="preserve">月 </w:t>
            </w:r>
            <w:r w:rsidR="00A93C47" w:rsidRPr="00A93C47">
              <w:rPr>
                <w:rFonts w:hint="eastAsia"/>
                <w:sz w:val="24"/>
                <w:szCs w:val="24"/>
                <w:lang w:eastAsia="zh-TW"/>
              </w:rPr>
              <w:t xml:space="preserve">　</w:t>
            </w:r>
            <w:r w:rsidR="00A93C47" w:rsidRPr="00A93C47">
              <w:rPr>
                <w:sz w:val="24"/>
                <w:szCs w:val="24"/>
              </w:rPr>
              <w:t xml:space="preserve"> 日 </w:t>
            </w:r>
            <w:r w:rsidR="00A93C47" w:rsidRPr="00A93C47">
              <w:rPr>
                <w:rFonts w:hint="eastAsia"/>
                <w:sz w:val="24"/>
                <w:szCs w:val="24"/>
                <w:lang w:eastAsia="zh-TW"/>
              </w:rPr>
              <w:t>～</w:t>
            </w:r>
            <w:r w:rsidR="00A93C47" w:rsidRPr="00A93C47">
              <w:rPr>
                <w:sz w:val="24"/>
                <w:szCs w:val="24"/>
              </w:rPr>
              <w:t xml:space="preserve"> </w:t>
            </w:r>
            <w:r w:rsidR="00A93C47" w:rsidRPr="00A93C47">
              <w:rPr>
                <w:rFonts w:hint="eastAsia"/>
                <w:sz w:val="24"/>
                <w:szCs w:val="24"/>
                <w:lang w:eastAsia="zh-TW"/>
              </w:rPr>
              <w:t xml:space="preserve"> </w:t>
            </w:r>
          </w:p>
          <w:p w14:paraId="4AA6ED79" w14:textId="66E60D33" w:rsidR="00A93C47" w:rsidRPr="00A93C47" w:rsidRDefault="00A93C47" w:rsidP="00273F4E">
            <w:pPr>
              <w:rPr>
                <w:color w:val="A6A6A6" w:themeColor="background1" w:themeShade="A6"/>
                <w:sz w:val="24"/>
                <w:szCs w:val="24"/>
                <w:lang w:eastAsia="zh-TW"/>
              </w:rPr>
            </w:pPr>
            <w:r w:rsidRPr="00A93C47">
              <w:rPr>
                <w:rFonts w:hint="eastAsia"/>
                <w:sz w:val="24"/>
                <w:szCs w:val="24"/>
                <w:lang w:eastAsia="zh-TW"/>
              </w:rPr>
              <w:t xml:space="preserve">　　</w:t>
            </w:r>
            <w:r w:rsidR="00EA1EF1">
              <w:rPr>
                <w:rFonts w:hint="eastAsia"/>
                <w:sz w:val="24"/>
                <w:szCs w:val="24"/>
                <w:lang w:eastAsia="zh-TW"/>
              </w:rPr>
              <w:t xml:space="preserve"> </w:t>
            </w:r>
            <w:r w:rsidR="0083014D">
              <w:rPr>
                <w:rFonts w:hint="eastAsia"/>
                <w:sz w:val="24"/>
                <w:szCs w:val="24"/>
                <w:lang w:eastAsia="zh-TW"/>
              </w:rPr>
              <w:t xml:space="preserve"> </w:t>
            </w:r>
            <w:r w:rsidRPr="00A93C47">
              <w:rPr>
                <w:sz w:val="24"/>
                <w:szCs w:val="24"/>
              </w:rPr>
              <w:t xml:space="preserve">年 </w:t>
            </w:r>
            <w:r w:rsidRPr="00A93C47">
              <w:rPr>
                <w:rFonts w:hint="eastAsia"/>
                <w:sz w:val="24"/>
                <w:szCs w:val="24"/>
                <w:lang w:eastAsia="zh-TW"/>
              </w:rPr>
              <w:t xml:space="preserve"> </w:t>
            </w:r>
            <w:r w:rsidRPr="00A93C47">
              <w:rPr>
                <w:sz w:val="24"/>
                <w:szCs w:val="24"/>
              </w:rPr>
              <w:t xml:space="preserve"> </w:t>
            </w:r>
            <w:r w:rsidR="00CB7F52">
              <w:rPr>
                <w:rFonts w:hint="eastAsia"/>
                <w:sz w:val="24"/>
                <w:szCs w:val="24"/>
                <w:lang w:eastAsia="zh-TW"/>
              </w:rPr>
              <w:t xml:space="preserve"> </w:t>
            </w:r>
            <w:r w:rsidRPr="00A93C47">
              <w:rPr>
                <w:sz w:val="24"/>
                <w:szCs w:val="24"/>
              </w:rPr>
              <w:t>月</w:t>
            </w:r>
            <w:r w:rsidRPr="00A93C47">
              <w:rPr>
                <w:rFonts w:hint="eastAsia"/>
                <w:sz w:val="24"/>
                <w:szCs w:val="24"/>
                <w:lang w:eastAsia="zh-TW"/>
              </w:rPr>
              <w:t xml:space="preserve">　</w:t>
            </w:r>
            <w:r w:rsidRPr="00A93C47">
              <w:rPr>
                <w:sz w:val="24"/>
                <w:szCs w:val="24"/>
              </w:rPr>
              <w:t xml:space="preserve">  日</w:t>
            </w:r>
          </w:p>
        </w:tc>
      </w:tr>
      <w:tr w:rsidR="0083014D" w:rsidRPr="00A93C47" w14:paraId="1828363C" w14:textId="77777777" w:rsidTr="001D58B4">
        <w:trPr>
          <w:trHeight w:val="988"/>
          <w:jc w:val="center"/>
        </w:trPr>
        <w:tc>
          <w:tcPr>
            <w:tcW w:w="1686" w:type="dxa"/>
            <w:tcBorders>
              <w:top w:val="single" w:sz="4" w:space="0" w:color="auto"/>
              <w:bottom w:val="single" w:sz="6" w:space="0" w:color="auto"/>
            </w:tcBorders>
            <w:shd w:val="clear" w:color="auto" w:fill="F2F2F2" w:themeFill="background1" w:themeFillShade="F2"/>
            <w:vAlign w:val="center"/>
          </w:tcPr>
          <w:p w14:paraId="3B10EF48" w14:textId="77777777" w:rsidR="0083014D" w:rsidRDefault="0083014D" w:rsidP="0083014D">
            <w:pPr>
              <w:jc w:val="center"/>
              <w:rPr>
                <w:b/>
                <w:color w:val="auto"/>
                <w:sz w:val="24"/>
                <w:szCs w:val="24"/>
                <w:lang w:eastAsia="zh-TW"/>
              </w:rPr>
            </w:pPr>
            <w:r w:rsidRPr="0083014D">
              <w:rPr>
                <w:rFonts w:hint="eastAsia"/>
                <w:b/>
                <w:color w:val="auto"/>
                <w:sz w:val="24"/>
                <w:szCs w:val="24"/>
                <w:lang w:eastAsia="zh-TW"/>
              </w:rPr>
              <w:t>授課總節次</w:t>
            </w:r>
          </w:p>
        </w:tc>
        <w:tc>
          <w:tcPr>
            <w:tcW w:w="3828" w:type="dxa"/>
            <w:tcBorders>
              <w:top w:val="single" w:sz="4" w:space="0" w:color="auto"/>
              <w:bottom w:val="single" w:sz="6" w:space="0" w:color="auto"/>
            </w:tcBorders>
            <w:vAlign w:val="center"/>
          </w:tcPr>
          <w:p w14:paraId="13B87F64" w14:textId="77777777" w:rsidR="0083014D" w:rsidRPr="00772475" w:rsidRDefault="0083014D" w:rsidP="00500CE7">
            <w:pPr>
              <w:rPr>
                <w:color w:val="A6A6A6" w:themeColor="background1" w:themeShade="A6"/>
                <w:sz w:val="24"/>
                <w:szCs w:val="24"/>
                <w:lang w:eastAsia="zh-TW"/>
              </w:rPr>
            </w:pPr>
            <w:r w:rsidRPr="00772475">
              <w:rPr>
                <w:rFonts w:hint="eastAsia"/>
                <w:color w:val="auto"/>
                <w:sz w:val="24"/>
                <w:szCs w:val="24"/>
                <w:lang w:eastAsia="zh-TW"/>
              </w:rPr>
              <w:t>共計</w:t>
            </w:r>
            <w:r w:rsidRPr="00772475">
              <w:rPr>
                <w:color w:val="auto"/>
                <w:sz w:val="24"/>
                <w:szCs w:val="24"/>
                <w:lang w:eastAsia="zh-TW"/>
              </w:rPr>
              <w:t xml:space="preserve"> ______ 節（每節</w:t>
            </w:r>
            <w:r w:rsidRPr="00772475">
              <w:rPr>
                <w:rFonts w:ascii="Times New Roman" w:hAnsi="Times New Roman" w:cs="Times New Roman"/>
                <w:color w:val="auto"/>
                <w:sz w:val="24"/>
                <w:szCs w:val="24"/>
                <w:lang w:eastAsia="zh-TW"/>
              </w:rPr>
              <w:t>50</w:t>
            </w:r>
            <w:r w:rsidRPr="00772475">
              <w:rPr>
                <w:color w:val="auto"/>
                <w:sz w:val="24"/>
                <w:szCs w:val="24"/>
                <w:lang w:eastAsia="zh-TW"/>
              </w:rPr>
              <w:t>分鐘）</w:t>
            </w:r>
          </w:p>
        </w:tc>
        <w:tc>
          <w:tcPr>
            <w:tcW w:w="1417" w:type="dxa"/>
            <w:tcBorders>
              <w:top w:val="single" w:sz="4" w:space="0" w:color="auto"/>
              <w:bottom w:val="single" w:sz="6" w:space="0" w:color="auto"/>
            </w:tcBorders>
            <w:shd w:val="clear" w:color="auto" w:fill="F2F2F2" w:themeFill="background1" w:themeFillShade="F2"/>
            <w:vAlign w:val="center"/>
          </w:tcPr>
          <w:p w14:paraId="27FBE34A" w14:textId="77777777" w:rsidR="0083014D" w:rsidRDefault="0083014D" w:rsidP="0083014D">
            <w:pPr>
              <w:jc w:val="center"/>
              <w:rPr>
                <w:b/>
                <w:color w:val="auto"/>
                <w:sz w:val="24"/>
                <w:szCs w:val="24"/>
                <w:lang w:eastAsia="zh-TW"/>
              </w:rPr>
            </w:pPr>
            <w:r w:rsidRPr="0083014D">
              <w:rPr>
                <w:rFonts w:hint="eastAsia"/>
                <w:b/>
                <w:color w:val="auto"/>
                <w:sz w:val="24"/>
                <w:szCs w:val="24"/>
                <w:lang w:eastAsia="zh-TW"/>
              </w:rPr>
              <w:t>助教設置與時數</w:t>
            </w:r>
          </w:p>
        </w:tc>
        <w:tc>
          <w:tcPr>
            <w:tcW w:w="3827" w:type="dxa"/>
            <w:tcBorders>
              <w:top w:val="single" w:sz="4" w:space="0" w:color="auto"/>
              <w:bottom w:val="single" w:sz="6" w:space="0" w:color="auto"/>
            </w:tcBorders>
            <w:vAlign w:val="center"/>
          </w:tcPr>
          <w:p w14:paraId="054B5E0F" w14:textId="7CF4B909" w:rsidR="0083014D" w:rsidRPr="0083014D" w:rsidRDefault="0083014D" w:rsidP="00273F4E">
            <w:pPr>
              <w:spacing w:beforeLines="20" w:before="48"/>
              <w:rPr>
                <w:sz w:val="24"/>
                <w:szCs w:val="24"/>
                <w:lang w:eastAsia="zh-TW"/>
              </w:rPr>
            </w:pPr>
            <w:r w:rsidRPr="0083014D">
              <w:rPr>
                <w:rFonts w:hint="eastAsia"/>
                <w:sz w:val="24"/>
                <w:szCs w:val="24"/>
                <w:lang w:eastAsia="zh-TW"/>
              </w:rPr>
              <w:t>是否配置助教：□</w:t>
            </w:r>
            <w:r w:rsidRPr="0083014D">
              <w:rPr>
                <w:sz w:val="24"/>
                <w:szCs w:val="24"/>
                <w:lang w:eastAsia="zh-TW"/>
              </w:rPr>
              <w:t>是</w:t>
            </w:r>
            <w:r w:rsidR="00CD1228">
              <w:rPr>
                <w:rFonts w:hint="eastAsia"/>
                <w:sz w:val="24"/>
                <w:szCs w:val="24"/>
                <w:lang w:eastAsia="zh-TW"/>
              </w:rPr>
              <w:t xml:space="preserve">  </w:t>
            </w:r>
            <w:r w:rsidRPr="0083014D">
              <w:rPr>
                <w:sz w:val="24"/>
                <w:szCs w:val="24"/>
                <w:lang w:eastAsia="zh-TW"/>
              </w:rPr>
              <w:t xml:space="preserve">  □否</w:t>
            </w:r>
          </w:p>
          <w:p w14:paraId="37642690" w14:textId="77777777" w:rsidR="0083014D" w:rsidRPr="00A93C47" w:rsidRDefault="0083014D" w:rsidP="00273F4E">
            <w:pPr>
              <w:spacing w:beforeLines="20" w:before="48"/>
              <w:rPr>
                <w:sz w:val="24"/>
                <w:szCs w:val="24"/>
                <w:lang w:eastAsia="zh-TW"/>
              </w:rPr>
            </w:pPr>
            <w:r w:rsidRPr="0083014D">
              <w:rPr>
                <w:rFonts w:hint="eastAsia"/>
                <w:sz w:val="24"/>
                <w:szCs w:val="24"/>
                <w:lang w:eastAsia="zh-TW"/>
              </w:rPr>
              <w:t>助教總時數：共</w:t>
            </w:r>
            <w:r w:rsidRPr="0083014D">
              <w:rPr>
                <w:sz w:val="24"/>
                <w:szCs w:val="24"/>
                <w:lang w:eastAsia="zh-TW"/>
              </w:rPr>
              <w:t xml:space="preserve"> ______ 小時</w:t>
            </w:r>
          </w:p>
        </w:tc>
      </w:tr>
      <w:tr w:rsidR="00A93C47" w:rsidRPr="00A93C47" w14:paraId="117C4BDB" w14:textId="77777777" w:rsidTr="001D58B4">
        <w:trPr>
          <w:trHeight w:val="1536"/>
          <w:jc w:val="center"/>
        </w:trPr>
        <w:tc>
          <w:tcPr>
            <w:tcW w:w="1686" w:type="dxa"/>
            <w:tcBorders>
              <w:bottom w:val="double" w:sz="4" w:space="0" w:color="auto"/>
            </w:tcBorders>
            <w:shd w:val="clear" w:color="auto" w:fill="F2F2F2" w:themeFill="background1" w:themeFillShade="F2"/>
            <w:vAlign w:val="center"/>
          </w:tcPr>
          <w:p w14:paraId="59B5600E" w14:textId="77777777" w:rsidR="000D19DE" w:rsidRDefault="000D19DE" w:rsidP="000D19DE">
            <w:pPr>
              <w:jc w:val="center"/>
              <w:rPr>
                <w:b/>
                <w:color w:val="auto"/>
                <w:sz w:val="24"/>
                <w:szCs w:val="24"/>
                <w:lang w:eastAsia="zh-TW"/>
              </w:rPr>
            </w:pPr>
            <w:r w:rsidRPr="000D19DE">
              <w:rPr>
                <w:rFonts w:hint="eastAsia"/>
                <w:b/>
                <w:color w:val="auto"/>
                <w:sz w:val="24"/>
                <w:szCs w:val="24"/>
                <w:lang w:eastAsia="zh-TW"/>
              </w:rPr>
              <w:t>上課紀錄及</w:t>
            </w:r>
          </w:p>
          <w:p w14:paraId="1E32E523" w14:textId="77777777" w:rsidR="00A93C47" w:rsidRPr="00A93C47" w:rsidRDefault="000D19DE" w:rsidP="000D19DE">
            <w:pPr>
              <w:jc w:val="center"/>
              <w:rPr>
                <w:b/>
                <w:color w:val="auto"/>
                <w:sz w:val="24"/>
                <w:szCs w:val="24"/>
                <w:lang w:eastAsia="zh-TW"/>
              </w:rPr>
            </w:pPr>
            <w:r w:rsidRPr="000D19DE">
              <w:rPr>
                <w:rFonts w:hint="eastAsia"/>
                <w:b/>
                <w:color w:val="auto"/>
                <w:sz w:val="24"/>
                <w:szCs w:val="24"/>
                <w:lang w:eastAsia="zh-TW"/>
              </w:rPr>
              <w:t>成</w:t>
            </w:r>
            <w:r>
              <w:rPr>
                <w:rFonts w:hint="eastAsia"/>
                <w:b/>
                <w:color w:val="auto"/>
                <w:sz w:val="24"/>
                <w:szCs w:val="24"/>
                <w:lang w:eastAsia="zh-TW"/>
              </w:rPr>
              <w:t>果</w:t>
            </w:r>
            <w:r w:rsidRPr="000D19DE">
              <w:rPr>
                <w:rFonts w:hint="eastAsia"/>
                <w:b/>
                <w:color w:val="auto"/>
                <w:sz w:val="24"/>
                <w:szCs w:val="24"/>
                <w:lang w:eastAsia="zh-TW"/>
              </w:rPr>
              <w:t>報告</w:t>
            </w:r>
          </w:p>
        </w:tc>
        <w:tc>
          <w:tcPr>
            <w:tcW w:w="9072" w:type="dxa"/>
            <w:gridSpan w:val="3"/>
            <w:tcBorders>
              <w:bottom w:val="double" w:sz="4" w:space="0" w:color="auto"/>
            </w:tcBorders>
            <w:vAlign w:val="center"/>
          </w:tcPr>
          <w:p w14:paraId="218D2058" w14:textId="77777777" w:rsidR="00A93C47" w:rsidRPr="00A93C47" w:rsidRDefault="00A93C47" w:rsidP="00273F4E">
            <w:pPr>
              <w:spacing w:beforeLines="20" w:before="48"/>
              <w:rPr>
                <w:rFonts w:ascii="Times New Roman" w:hAnsi="Times New Roman" w:cs="Times New Roman"/>
                <w:color w:val="auto"/>
                <w:sz w:val="24"/>
                <w:szCs w:val="24"/>
                <w:lang w:eastAsia="zh-TW"/>
              </w:rPr>
            </w:pPr>
            <w:r w:rsidRPr="00A93C47">
              <w:rPr>
                <w:rFonts w:ascii="新細明體" w:eastAsia="新細明體" w:hAnsi="新細明體" w:cs="Times New Roman"/>
                <w:color w:val="auto"/>
                <w:sz w:val="24"/>
                <w:szCs w:val="24"/>
                <w:lang w:eastAsia="zh-TW"/>
              </w:rPr>
              <w:t xml:space="preserve">□ </w:t>
            </w:r>
            <w:r w:rsidRPr="00A93C47">
              <w:rPr>
                <w:rFonts w:ascii="Times New Roman" w:hAnsi="Times New Roman" w:cs="Times New Roman"/>
                <w:color w:val="auto"/>
                <w:sz w:val="24"/>
                <w:szCs w:val="24"/>
                <w:lang w:eastAsia="zh-TW"/>
              </w:rPr>
              <w:t>1.</w:t>
            </w:r>
            <w:r w:rsidR="000D19DE" w:rsidRPr="000D19DE">
              <w:rPr>
                <w:rFonts w:ascii="Times New Roman" w:hAnsi="Times New Roman" w:cs="Times New Roman" w:hint="eastAsia"/>
                <w:color w:val="auto"/>
                <w:sz w:val="24"/>
                <w:szCs w:val="24"/>
                <w:lang w:eastAsia="zh-TW"/>
              </w:rPr>
              <w:t>已檢附「輔導班授課紀錄與出席簽到表」</w:t>
            </w:r>
          </w:p>
          <w:p w14:paraId="3E1EA563" w14:textId="77777777" w:rsidR="00B70D10" w:rsidRPr="007E3636" w:rsidRDefault="00A93C47" w:rsidP="00273F4E">
            <w:pPr>
              <w:spacing w:beforeLines="20" w:before="48"/>
              <w:rPr>
                <w:rFonts w:ascii="Times New Roman" w:hAnsi="Times New Roman" w:cs="Times New Roman"/>
                <w:color w:val="auto"/>
                <w:sz w:val="24"/>
                <w:szCs w:val="24"/>
                <w:lang w:eastAsia="zh-TW"/>
              </w:rPr>
            </w:pPr>
            <w:r w:rsidRPr="00A93C47">
              <w:rPr>
                <w:rFonts w:ascii="新細明體" w:eastAsia="新細明體" w:hAnsi="新細明體" w:cs="Times New Roman"/>
                <w:color w:val="auto"/>
                <w:sz w:val="24"/>
                <w:szCs w:val="24"/>
                <w:lang w:eastAsia="zh-TW"/>
              </w:rPr>
              <w:t xml:space="preserve">□ </w:t>
            </w:r>
            <w:r w:rsidRPr="007E3636">
              <w:rPr>
                <w:rFonts w:ascii="Times New Roman" w:hAnsi="Times New Roman" w:cs="Times New Roman"/>
                <w:color w:val="auto"/>
                <w:sz w:val="24"/>
                <w:szCs w:val="24"/>
                <w:lang w:eastAsia="zh-TW"/>
              </w:rPr>
              <w:t>2.</w:t>
            </w:r>
            <w:r w:rsidR="000D19DE" w:rsidRPr="000D19DE">
              <w:rPr>
                <w:rFonts w:ascii="Times New Roman" w:hAnsi="Times New Roman" w:cs="Times New Roman" w:hint="eastAsia"/>
                <w:color w:val="auto"/>
                <w:sz w:val="24"/>
                <w:szCs w:val="24"/>
                <w:lang w:eastAsia="zh-TW"/>
              </w:rPr>
              <w:t>已檢附「成效報告書」（含課程講義、學員輔導成果或預估考照率）</w:t>
            </w:r>
          </w:p>
          <w:p w14:paraId="38BBA381" w14:textId="77777777" w:rsidR="007E3636" w:rsidRPr="00A93C47" w:rsidRDefault="007E3636" w:rsidP="00273F4E">
            <w:pPr>
              <w:spacing w:beforeLines="20" w:before="48"/>
              <w:rPr>
                <w:rFonts w:ascii="Times New Roman" w:hAnsi="Times New Roman" w:cs="Times New Roman"/>
                <w:sz w:val="24"/>
                <w:szCs w:val="24"/>
                <w:lang w:eastAsia="zh-TW"/>
              </w:rPr>
            </w:pPr>
            <w:r w:rsidRPr="00A93C47">
              <w:rPr>
                <w:rFonts w:ascii="新細明體" w:eastAsia="新細明體" w:hAnsi="新細明體" w:cs="Times New Roman"/>
                <w:color w:val="auto"/>
                <w:sz w:val="24"/>
                <w:szCs w:val="24"/>
                <w:lang w:eastAsia="zh-TW"/>
              </w:rPr>
              <w:t>□</w:t>
            </w:r>
            <w:r w:rsidRPr="007E3636">
              <w:rPr>
                <w:rFonts w:ascii="Times New Roman" w:eastAsia="新細明體" w:hAnsi="Times New Roman" w:cs="Times New Roman"/>
                <w:color w:val="auto"/>
                <w:sz w:val="24"/>
                <w:szCs w:val="24"/>
                <w:lang w:eastAsia="zh-TW"/>
              </w:rPr>
              <w:t xml:space="preserve"> 3</w:t>
            </w:r>
            <w:r w:rsidRPr="007E3636">
              <w:rPr>
                <w:rFonts w:ascii="Times New Roman" w:hAnsi="Times New Roman" w:cs="Times New Roman"/>
                <w:color w:val="auto"/>
                <w:sz w:val="24"/>
                <w:szCs w:val="24"/>
                <w:lang w:eastAsia="zh-TW"/>
              </w:rPr>
              <w:t>.</w:t>
            </w:r>
            <w:r w:rsidR="000D19DE" w:rsidRPr="000D19DE">
              <w:rPr>
                <w:rFonts w:ascii="Times New Roman" w:hAnsi="Times New Roman" w:cs="Times New Roman"/>
                <w:color w:val="auto"/>
                <w:sz w:val="24"/>
                <w:szCs w:val="24"/>
                <w:lang w:eastAsia="zh-TW"/>
              </w:rPr>
              <w:t>輔導</w:t>
            </w:r>
            <w:r w:rsidR="000D19DE">
              <w:rPr>
                <w:rFonts w:ascii="Times New Roman" w:hAnsi="Times New Roman" w:cs="Times New Roman" w:hint="eastAsia"/>
                <w:color w:val="auto"/>
                <w:sz w:val="24"/>
                <w:szCs w:val="24"/>
                <w:lang w:eastAsia="zh-TW"/>
              </w:rPr>
              <w:t>課程</w:t>
            </w:r>
            <w:r w:rsidR="000D19DE" w:rsidRPr="000D19DE">
              <w:rPr>
                <w:rFonts w:ascii="Times New Roman" w:hAnsi="Times New Roman" w:cs="Times New Roman"/>
                <w:color w:val="auto"/>
                <w:sz w:val="24"/>
                <w:szCs w:val="24"/>
                <w:lang w:eastAsia="zh-TW"/>
              </w:rPr>
              <w:t>之教材費或影印費</w:t>
            </w:r>
            <w:r w:rsidR="000D19DE">
              <w:rPr>
                <w:rFonts w:ascii="Times New Roman" w:hAnsi="Times New Roman" w:cs="Times New Roman" w:hint="eastAsia"/>
                <w:color w:val="auto"/>
                <w:sz w:val="24"/>
                <w:szCs w:val="24"/>
                <w:lang w:eastAsia="zh-TW"/>
              </w:rPr>
              <w:t>，</w:t>
            </w:r>
            <w:r w:rsidR="000D19DE" w:rsidRPr="000D19DE">
              <w:rPr>
                <w:rFonts w:ascii="Times New Roman" w:hAnsi="Times New Roman" w:cs="Times New Roman" w:hint="eastAsia"/>
                <w:color w:val="auto"/>
                <w:sz w:val="24"/>
                <w:szCs w:val="24"/>
                <w:lang w:eastAsia="zh-TW"/>
              </w:rPr>
              <w:t>依實際單據核支</w:t>
            </w:r>
            <w:r w:rsidR="000D19DE">
              <w:rPr>
                <w:rFonts w:ascii="Times New Roman" w:hAnsi="Times New Roman" w:cs="Times New Roman" w:hint="eastAsia"/>
                <w:color w:val="auto"/>
                <w:sz w:val="24"/>
                <w:szCs w:val="24"/>
                <w:lang w:eastAsia="zh-TW"/>
              </w:rPr>
              <w:t>。</w:t>
            </w:r>
          </w:p>
        </w:tc>
      </w:tr>
      <w:tr w:rsidR="000D19DE" w:rsidRPr="00A93C47" w14:paraId="2FFD96ED" w14:textId="77777777" w:rsidTr="00273F4E">
        <w:trPr>
          <w:trHeight w:val="475"/>
          <w:jc w:val="center"/>
        </w:trPr>
        <w:tc>
          <w:tcPr>
            <w:tcW w:w="10758" w:type="dxa"/>
            <w:gridSpan w:val="4"/>
            <w:tcBorders>
              <w:top w:val="double" w:sz="4" w:space="0" w:color="auto"/>
              <w:bottom w:val="double" w:sz="4" w:space="0" w:color="auto"/>
            </w:tcBorders>
            <w:shd w:val="clear" w:color="auto" w:fill="F2F2F2" w:themeFill="background1" w:themeFillShade="F2"/>
            <w:vAlign w:val="center"/>
          </w:tcPr>
          <w:p w14:paraId="6876C8AE" w14:textId="77777777" w:rsidR="000D19DE" w:rsidRPr="0083014D" w:rsidRDefault="000D19DE" w:rsidP="00273F4E">
            <w:pPr>
              <w:jc w:val="center"/>
              <w:rPr>
                <w:b/>
                <w:color w:val="auto"/>
                <w:sz w:val="24"/>
                <w:szCs w:val="24"/>
                <w:lang w:eastAsia="zh-TW"/>
              </w:rPr>
            </w:pPr>
            <w:r w:rsidRPr="0083014D">
              <w:rPr>
                <w:rFonts w:hint="eastAsia"/>
                <w:b/>
                <w:color w:val="auto"/>
                <w:sz w:val="24"/>
                <w:szCs w:val="24"/>
                <w:lang w:eastAsia="zh-TW"/>
              </w:rPr>
              <w:t>【</w:t>
            </w:r>
            <w:r>
              <w:rPr>
                <w:rFonts w:hint="eastAsia"/>
                <w:b/>
                <w:color w:val="auto"/>
                <w:sz w:val="24"/>
                <w:szCs w:val="24"/>
                <w:lang w:eastAsia="zh-TW"/>
              </w:rPr>
              <w:t>四</w:t>
            </w:r>
            <w:r w:rsidRPr="0083014D">
              <w:rPr>
                <w:rFonts w:hint="eastAsia"/>
                <w:b/>
                <w:color w:val="auto"/>
                <w:sz w:val="24"/>
                <w:szCs w:val="24"/>
                <w:lang w:eastAsia="zh-TW"/>
              </w:rPr>
              <w:t>、</w:t>
            </w:r>
            <w:r w:rsidR="00887FCE">
              <w:rPr>
                <w:rFonts w:hint="eastAsia"/>
                <w:b/>
                <w:color w:val="auto"/>
                <w:sz w:val="24"/>
                <w:szCs w:val="24"/>
                <w:lang w:eastAsia="zh-TW"/>
              </w:rPr>
              <w:t>教師</w:t>
            </w:r>
            <w:r w:rsidRPr="0083014D">
              <w:rPr>
                <w:rFonts w:hint="eastAsia"/>
                <w:b/>
                <w:color w:val="auto"/>
                <w:sz w:val="24"/>
                <w:szCs w:val="24"/>
                <w:lang w:eastAsia="zh-TW"/>
              </w:rPr>
              <w:t>考</w:t>
            </w:r>
            <w:r>
              <w:rPr>
                <w:rFonts w:hint="eastAsia"/>
                <w:b/>
                <w:color w:val="auto"/>
                <w:sz w:val="24"/>
                <w:szCs w:val="24"/>
                <w:lang w:eastAsia="zh-TW"/>
              </w:rPr>
              <w:t>照</w:t>
            </w:r>
            <w:r w:rsidR="00887FCE">
              <w:rPr>
                <w:rFonts w:hint="eastAsia"/>
                <w:b/>
                <w:color w:val="auto"/>
                <w:sz w:val="24"/>
                <w:szCs w:val="24"/>
                <w:lang w:eastAsia="zh-TW"/>
              </w:rPr>
              <w:t>或</w:t>
            </w:r>
            <w:r w:rsidR="00887FCE" w:rsidRPr="000D19DE">
              <w:rPr>
                <w:rFonts w:hint="eastAsia"/>
                <w:b/>
                <w:color w:val="auto"/>
                <w:sz w:val="24"/>
                <w:szCs w:val="24"/>
                <w:lang w:eastAsia="zh-TW"/>
              </w:rPr>
              <w:t>考科教材補助</w:t>
            </w:r>
            <w:r w:rsidRPr="0083014D">
              <w:rPr>
                <w:rFonts w:hint="eastAsia"/>
                <w:b/>
                <w:color w:val="auto"/>
                <w:sz w:val="24"/>
                <w:szCs w:val="24"/>
                <w:lang w:eastAsia="zh-TW"/>
              </w:rPr>
              <w:t>說明】</w:t>
            </w:r>
            <w:r w:rsidRPr="00A93C47">
              <w:rPr>
                <w:b/>
                <w:color w:val="auto"/>
                <w:sz w:val="24"/>
                <w:szCs w:val="24"/>
                <w:lang w:eastAsia="zh-TW"/>
              </w:rPr>
              <w:t>（若申請此項目請填寫）</w:t>
            </w:r>
          </w:p>
        </w:tc>
      </w:tr>
      <w:tr w:rsidR="000D19DE" w:rsidRPr="00A93C47" w14:paraId="3269E693" w14:textId="77777777" w:rsidTr="00273F4E">
        <w:trPr>
          <w:trHeight w:val="1034"/>
          <w:jc w:val="center"/>
        </w:trPr>
        <w:tc>
          <w:tcPr>
            <w:tcW w:w="1686" w:type="dxa"/>
            <w:shd w:val="clear" w:color="auto" w:fill="F2F2F2" w:themeFill="background1" w:themeFillShade="F2"/>
            <w:vAlign w:val="center"/>
          </w:tcPr>
          <w:p w14:paraId="2E93C22A" w14:textId="488BA7F6" w:rsidR="000D19DE" w:rsidRPr="000D19DE" w:rsidRDefault="00887FCE" w:rsidP="000D19DE">
            <w:pPr>
              <w:jc w:val="center"/>
              <w:rPr>
                <w:b/>
                <w:color w:val="auto"/>
                <w:sz w:val="24"/>
                <w:szCs w:val="24"/>
                <w:lang w:eastAsia="zh-TW"/>
              </w:rPr>
            </w:pPr>
            <w:r w:rsidRPr="00887FCE">
              <w:rPr>
                <w:rFonts w:hint="eastAsia"/>
                <w:b/>
                <w:color w:val="auto"/>
                <w:sz w:val="24"/>
                <w:szCs w:val="24"/>
                <w:lang w:eastAsia="zh-TW"/>
              </w:rPr>
              <w:t>考試費用單據</w:t>
            </w:r>
          </w:p>
        </w:tc>
        <w:tc>
          <w:tcPr>
            <w:tcW w:w="9072" w:type="dxa"/>
            <w:gridSpan w:val="3"/>
            <w:vAlign w:val="center"/>
          </w:tcPr>
          <w:p w14:paraId="758C8458" w14:textId="77777777" w:rsidR="00887FCE" w:rsidRPr="00887FCE" w:rsidRDefault="00887FCE" w:rsidP="00273F4E">
            <w:pPr>
              <w:spacing w:beforeLines="20" w:before="48"/>
              <w:rPr>
                <w:rFonts w:ascii="Times New Roman" w:hAnsi="Times New Roman" w:cs="Times New Roman"/>
                <w:color w:val="auto"/>
                <w:sz w:val="24"/>
                <w:szCs w:val="24"/>
                <w:lang w:eastAsia="zh-TW"/>
              </w:rPr>
            </w:pPr>
            <w:r w:rsidRPr="00887FCE">
              <w:rPr>
                <w:rFonts w:ascii="Times New Roman" w:hAnsi="Times New Roman" w:cs="Times New Roman"/>
                <w:color w:val="auto"/>
                <w:sz w:val="24"/>
                <w:szCs w:val="24"/>
                <w:lang w:eastAsia="zh-TW"/>
              </w:rPr>
              <w:t>考試</w:t>
            </w:r>
            <w:r>
              <w:rPr>
                <w:rFonts w:ascii="Times New Roman" w:hAnsi="Times New Roman" w:cs="Times New Roman" w:hint="eastAsia"/>
                <w:color w:val="auto"/>
                <w:sz w:val="24"/>
                <w:szCs w:val="24"/>
                <w:lang w:eastAsia="zh-TW"/>
              </w:rPr>
              <w:t>或考科</w:t>
            </w:r>
            <w:r w:rsidRPr="00887FCE">
              <w:rPr>
                <w:rFonts w:ascii="Times New Roman" w:hAnsi="Times New Roman" w:cs="Times New Roman"/>
                <w:color w:val="auto"/>
                <w:sz w:val="24"/>
                <w:szCs w:val="24"/>
                <w:lang w:eastAsia="zh-TW"/>
              </w:rPr>
              <w:t>名稱：</w:t>
            </w:r>
            <w:r w:rsidRPr="00887FCE">
              <w:rPr>
                <w:rFonts w:ascii="Times New Roman" w:hAnsi="Times New Roman" w:cs="Times New Roman"/>
                <w:color w:val="auto"/>
                <w:sz w:val="24"/>
                <w:szCs w:val="24"/>
                <w:lang w:eastAsia="zh-TW"/>
              </w:rPr>
              <w:t>__</w:t>
            </w:r>
            <w:r>
              <w:rPr>
                <w:rFonts w:ascii="Times New Roman" w:hAnsi="Times New Roman" w:cs="Times New Roman"/>
                <w:color w:val="auto"/>
                <w:sz w:val="24"/>
                <w:szCs w:val="24"/>
                <w:lang w:eastAsia="zh-TW"/>
              </w:rPr>
              <w:t>____________________</w:t>
            </w:r>
            <w:r w:rsidRPr="00887FCE">
              <w:rPr>
                <w:rFonts w:ascii="Times New Roman" w:hAnsi="Times New Roman" w:cs="Times New Roman"/>
                <w:color w:val="auto"/>
                <w:sz w:val="24"/>
                <w:szCs w:val="24"/>
                <w:lang w:eastAsia="zh-TW"/>
              </w:rPr>
              <w:t>_</w:t>
            </w:r>
            <w:r>
              <w:rPr>
                <w:rFonts w:ascii="Times New Roman" w:hAnsi="Times New Roman" w:cs="Times New Roman" w:hint="eastAsia"/>
                <w:color w:val="auto"/>
                <w:sz w:val="24"/>
                <w:szCs w:val="24"/>
                <w:lang w:eastAsia="zh-TW"/>
              </w:rPr>
              <w:t xml:space="preserve">    </w:t>
            </w:r>
            <w:r w:rsidRPr="00887FCE">
              <w:rPr>
                <w:rFonts w:ascii="Times New Roman" w:hAnsi="Times New Roman" w:cs="Times New Roman"/>
                <w:color w:val="auto"/>
                <w:sz w:val="24"/>
                <w:szCs w:val="24"/>
                <w:lang w:eastAsia="zh-TW"/>
              </w:rPr>
              <w:t>報名費用：</w:t>
            </w:r>
            <w:r>
              <w:rPr>
                <w:rFonts w:ascii="Times New Roman" w:hAnsi="Times New Roman" w:cs="Times New Roman" w:hint="eastAsia"/>
                <w:color w:val="auto"/>
                <w:sz w:val="24"/>
                <w:szCs w:val="24"/>
                <w:lang w:eastAsia="zh-TW"/>
              </w:rPr>
              <w:t>折合</w:t>
            </w:r>
            <w:r w:rsidRPr="00887FCE">
              <w:rPr>
                <w:rFonts w:ascii="Times New Roman" w:hAnsi="Times New Roman" w:cs="Times New Roman"/>
                <w:color w:val="auto"/>
                <w:sz w:val="24"/>
                <w:szCs w:val="24"/>
                <w:lang w:eastAsia="zh-TW"/>
              </w:rPr>
              <w:t>新臺幣</w:t>
            </w:r>
            <w:r w:rsidRPr="00887FCE">
              <w:rPr>
                <w:rFonts w:ascii="Times New Roman" w:hAnsi="Times New Roman" w:cs="Times New Roman"/>
                <w:color w:val="auto"/>
                <w:sz w:val="24"/>
                <w:szCs w:val="24"/>
                <w:lang w:eastAsia="zh-TW"/>
              </w:rPr>
              <w:t xml:space="preserve"> _________ </w:t>
            </w:r>
            <w:r w:rsidRPr="00887FCE">
              <w:rPr>
                <w:rFonts w:ascii="Times New Roman" w:hAnsi="Times New Roman" w:cs="Times New Roman"/>
                <w:color w:val="auto"/>
                <w:sz w:val="24"/>
                <w:szCs w:val="24"/>
                <w:lang w:eastAsia="zh-TW"/>
              </w:rPr>
              <w:t>元</w:t>
            </w:r>
          </w:p>
          <w:p w14:paraId="5B28419C" w14:textId="62F7BE5E" w:rsidR="000D19DE" w:rsidRPr="00887FCE" w:rsidRDefault="00887FCE" w:rsidP="00273F4E">
            <w:pPr>
              <w:snapToGrid w:val="0"/>
              <w:spacing w:beforeLines="20" w:before="48"/>
              <w:rPr>
                <w:rFonts w:ascii="新細明體" w:eastAsia="新細明體" w:hAnsi="新細明體" w:cs="Times New Roman"/>
                <w:color w:val="auto"/>
                <w:sz w:val="24"/>
                <w:szCs w:val="24"/>
                <w:lang w:eastAsia="zh-TW"/>
              </w:rPr>
            </w:pPr>
            <w:r w:rsidRPr="00A93C47">
              <w:rPr>
                <w:rFonts w:ascii="新細明體" w:eastAsia="新細明體" w:hAnsi="新細明體" w:cs="Times New Roman"/>
                <w:color w:val="auto"/>
                <w:sz w:val="24"/>
                <w:szCs w:val="24"/>
                <w:lang w:eastAsia="zh-TW"/>
              </w:rPr>
              <w:t>□</w:t>
            </w:r>
            <w:r w:rsidRPr="00887FCE">
              <w:rPr>
                <w:rFonts w:ascii="Times New Roman" w:hAnsi="Times New Roman" w:cs="Times New Roman"/>
                <w:color w:val="auto"/>
                <w:sz w:val="24"/>
                <w:szCs w:val="24"/>
                <w:lang w:eastAsia="zh-TW"/>
              </w:rPr>
              <w:t xml:space="preserve"> </w:t>
            </w:r>
            <w:r w:rsidRPr="00887FCE">
              <w:rPr>
                <w:rFonts w:ascii="Times New Roman" w:hAnsi="Times New Roman" w:cs="Times New Roman"/>
                <w:color w:val="auto"/>
                <w:sz w:val="24"/>
                <w:szCs w:val="24"/>
                <w:lang w:eastAsia="zh-TW"/>
              </w:rPr>
              <w:t>已檢附「考試費用繳費單據／發票正本」</w:t>
            </w:r>
            <w:r w:rsidR="00273F4E">
              <w:rPr>
                <w:rFonts w:ascii="Times New Roman" w:hAnsi="Times New Roman" w:cs="Times New Roman" w:hint="eastAsia"/>
                <w:color w:val="auto"/>
                <w:sz w:val="24"/>
                <w:szCs w:val="24"/>
                <w:lang w:eastAsia="zh-TW"/>
              </w:rPr>
              <w:t xml:space="preserve">     </w:t>
            </w:r>
            <w:r w:rsidRPr="00A93C47">
              <w:rPr>
                <w:rFonts w:ascii="新細明體" w:eastAsia="新細明體" w:hAnsi="新細明體" w:cs="Times New Roman"/>
                <w:color w:val="auto"/>
                <w:sz w:val="24"/>
                <w:szCs w:val="24"/>
                <w:lang w:eastAsia="zh-TW"/>
              </w:rPr>
              <w:t>□</w:t>
            </w:r>
            <w:r w:rsidRPr="00887FCE">
              <w:rPr>
                <w:rFonts w:ascii="Times New Roman" w:hAnsi="Times New Roman" w:cs="Times New Roman"/>
                <w:color w:val="auto"/>
                <w:sz w:val="24"/>
                <w:szCs w:val="24"/>
                <w:lang w:eastAsia="zh-TW"/>
              </w:rPr>
              <w:t xml:space="preserve"> </w:t>
            </w:r>
            <w:r w:rsidRPr="00887FCE">
              <w:rPr>
                <w:rFonts w:ascii="Times New Roman" w:hAnsi="Times New Roman" w:cs="Times New Roman"/>
                <w:color w:val="auto"/>
                <w:sz w:val="24"/>
                <w:szCs w:val="24"/>
                <w:lang w:eastAsia="zh-TW"/>
              </w:rPr>
              <w:t>已檢附「准考證或應考證明影本」</w:t>
            </w:r>
          </w:p>
        </w:tc>
      </w:tr>
      <w:tr w:rsidR="00887FCE" w:rsidRPr="00A93C47" w14:paraId="0C9C0EE5" w14:textId="77777777" w:rsidTr="00273F4E">
        <w:trPr>
          <w:trHeight w:val="775"/>
          <w:jc w:val="center"/>
        </w:trPr>
        <w:tc>
          <w:tcPr>
            <w:tcW w:w="1686" w:type="dxa"/>
            <w:shd w:val="clear" w:color="auto" w:fill="F2F2F2" w:themeFill="background1" w:themeFillShade="F2"/>
            <w:vAlign w:val="center"/>
          </w:tcPr>
          <w:p w14:paraId="23BF5445" w14:textId="77777777" w:rsidR="00887FCE" w:rsidRPr="00887FCE" w:rsidRDefault="00887FCE" w:rsidP="000D19DE">
            <w:pPr>
              <w:jc w:val="center"/>
              <w:rPr>
                <w:b/>
                <w:color w:val="auto"/>
                <w:sz w:val="24"/>
                <w:szCs w:val="24"/>
                <w:lang w:eastAsia="zh-TW"/>
              </w:rPr>
            </w:pPr>
            <w:r>
              <w:rPr>
                <w:rFonts w:hint="eastAsia"/>
                <w:b/>
                <w:color w:val="auto"/>
                <w:sz w:val="24"/>
                <w:szCs w:val="24"/>
                <w:lang w:eastAsia="zh-TW"/>
              </w:rPr>
              <w:t>考科教材購買</w:t>
            </w:r>
          </w:p>
        </w:tc>
        <w:tc>
          <w:tcPr>
            <w:tcW w:w="9072" w:type="dxa"/>
            <w:gridSpan w:val="3"/>
            <w:vAlign w:val="center"/>
          </w:tcPr>
          <w:p w14:paraId="7E109DC0" w14:textId="77777777" w:rsidR="00887FCE" w:rsidRPr="00887FCE" w:rsidRDefault="00887FCE" w:rsidP="00EA1EF1">
            <w:pPr>
              <w:spacing w:beforeLines="100" w:before="240"/>
              <w:rPr>
                <w:rFonts w:ascii="Times New Roman" w:hAnsi="Times New Roman" w:cs="Times New Roman"/>
                <w:color w:val="auto"/>
                <w:sz w:val="24"/>
                <w:szCs w:val="24"/>
                <w:lang w:eastAsia="zh-TW"/>
              </w:rPr>
            </w:pPr>
            <w:r w:rsidRPr="00887FCE">
              <w:rPr>
                <w:rFonts w:ascii="Times New Roman" w:hAnsi="Times New Roman" w:cs="Times New Roman"/>
                <w:color w:val="auto"/>
                <w:sz w:val="24"/>
                <w:szCs w:val="24"/>
                <w:lang w:eastAsia="zh-TW"/>
              </w:rPr>
              <w:t>考試</w:t>
            </w:r>
            <w:r>
              <w:rPr>
                <w:rFonts w:ascii="Times New Roman" w:hAnsi="Times New Roman" w:cs="Times New Roman" w:hint="eastAsia"/>
                <w:color w:val="auto"/>
                <w:sz w:val="24"/>
                <w:szCs w:val="24"/>
                <w:lang w:eastAsia="zh-TW"/>
              </w:rPr>
              <w:t>或考科</w:t>
            </w:r>
            <w:r w:rsidRPr="00887FCE">
              <w:rPr>
                <w:rFonts w:ascii="Times New Roman" w:hAnsi="Times New Roman" w:cs="Times New Roman"/>
                <w:color w:val="auto"/>
                <w:sz w:val="24"/>
                <w:szCs w:val="24"/>
                <w:lang w:eastAsia="zh-TW"/>
              </w:rPr>
              <w:t>名稱：</w:t>
            </w:r>
            <w:r w:rsidRPr="00887FCE">
              <w:rPr>
                <w:rFonts w:ascii="Times New Roman" w:hAnsi="Times New Roman" w:cs="Times New Roman"/>
                <w:color w:val="auto"/>
                <w:sz w:val="24"/>
                <w:szCs w:val="24"/>
                <w:lang w:eastAsia="zh-TW"/>
              </w:rPr>
              <w:t>__</w:t>
            </w:r>
            <w:r>
              <w:rPr>
                <w:rFonts w:ascii="Times New Roman" w:hAnsi="Times New Roman" w:cs="Times New Roman"/>
                <w:color w:val="auto"/>
                <w:sz w:val="24"/>
                <w:szCs w:val="24"/>
                <w:lang w:eastAsia="zh-TW"/>
              </w:rPr>
              <w:t>_________________</w:t>
            </w:r>
            <w:r w:rsidRPr="00887FCE">
              <w:rPr>
                <w:rFonts w:ascii="Times New Roman" w:hAnsi="Times New Roman" w:cs="Times New Roman"/>
                <w:color w:val="auto"/>
                <w:sz w:val="24"/>
                <w:szCs w:val="24"/>
                <w:lang w:eastAsia="zh-TW"/>
              </w:rPr>
              <w:t>_</w:t>
            </w:r>
            <w:r>
              <w:rPr>
                <w:rFonts w:ascii="Times New Roman" w:hAnsi="Times New Roman" w:cs="Times New Roman"/>
                <w:color w:val="auto"/>
                <w:sz w:val="24"/>
                <w:szCs w:val="24"/>
                <w:lang w:eastAsia="zh-TW"/>
              </w:rPr>
              <w:t>_</w:t>
            </w:r>
            <w:r>
              <w:rPr>
                <w:rFonts w:ascii="Times New Roman" w:hAnsi="Times New Roman" w:cs="Times New Roman" w:hint="eastAsia"/>
                <w:color w:val="auto"/>
                <w:sz w:val="24"/>
                <w:szCs w:val="24"/>
                <w:lang w:eastAsia="zh-TW"/>
              </w:rPr>
              <w:t xml:space="preserve">  </w:t>
            </w:r>
            <w:r>
              <w:rPr>
                <w:rFonts w:ascii="Times New Roman" w:hAnsi="Times New Roman" w:cs="Times New Roman" w:hint="eastAsia"/>
                <w:color w:val="auto"/>
                <w:sz w:val="24"/>
                <w:szCs w:val="24"/>
                <w:lang w:eastAsia="zh-TW"/>
              </w:rPr>
              <w:t>考科教材費用</w:t>
            </w:r>
            <w:r w:rsidRPr="00887FCE">
              <w:rPr>
                <w:rFonts w:ascii="Times New Roman" w:hAnsi="Times New Roman" w:cs="Times New Roman"/>
                <w:color w:val="auto"/>
                <w:sz w:val="24"/>
                <w:szCs w:val="24"/>
                <w:lang w:eastAsia="zh-TW"/>
              </w:rPr>
              <w:t>：</w:t>
            </w:r>
            <w:r>
              <w:rPr>
                <w:rFonts w:ascii="Times New Roman" w:hAnsi="Times New Roman" w:cs="Times New Roman" w:hint="eastAsia"/>
                <w:color w:val="auto"/>
                <w:sz w:val="24"/>
                <w:szCs w:val="24"/>
                <w:lang w:eastAsia="zh-TW"/>
              </w:rPr>
              <w:t>折合</w:t>
            </w:r>
            <w:r w:rsidRPr="00887FCE">
              <w:rPr>
                <w:rFonts w:ascii="Times New Roman" w:hAnsi="Times New Roman" w:cs="Times New Roman"/>
                <w:color w:val="auto"/>
                <w:sz w:val="24"/>
                <w:szCs w:val="24"/>
                <w:lang w:eastAsia="zh-TW"/>
              </w:rPr>
              <w:t>新臺幣</w:t>
            </w:r>
            <w:r w:rsidRPr="00887FCE">
              <w:rPr>
                <w:rFonts w:ascii="Times New Roman" w:hAnsi="Times New Roman" w:cs="Times New Roman"/>
                <w:color w:val="auto"/>
                <w:sz w:val="24"/>
                <w:szCs w:val="24"/>
                <w:lang w:eastAsia="zh-TW"/>
              </w:rPr>
              <w:t xml:space="preserve"> ________ </w:t>
            </w:r>
            <w:r w:rsidRPr="00887FCE">
              <w:rPr>
                <w:rFonts w:ascii="Times New Roman" w:hAnsi="Times New Roman" w:cs="Times New Roman"/>
                <w:color w:val="auto"/>
                <w:sz w:val="24"/>
                <w:szCs w:val="24"/>
                <w:lang w:eastAsia="zh-TW"/>
              </w:rPr>
              <w:t>元</w:t>
            </w:r>
          </w:p>
          <w:p w14:paraId="5E80C1EA" w14:textId="77777777" w:rsidR="00887FCE" w:rsidRPr="00887FCE" w:rsidRDefault="00887FCE" w:rsidP="00887FCE">
            <w:pPr>
              <w:spacing w:beforeLines="50" w:before="120" w:afterLines="50" w:after="120"/>
              <w:rPr>
                <w:rFonts w:ascii="Times New Roman" w:hAnsi="Times New Roman" w:cs="Times New Roman"/>
                <w:color w:val="auto"/>
                <w:sz w:val="24"/>
                <w:szCs w:val="24"/>
                <w:lang w:eastAsia="zh-TW"/>
              </w:rPr>
            </w:pPr>
            <w:r w:rsidRPr="00A93C47">
              <w:rPr>
                <w:rFonts w:ascii="新細明體" w:eastAsia="新細明體" w:hAnsi="新細明體" w:cs="Times New Roman"/>
                <w:color w:val="auto"/>
                <w:sz w:val="24"/>
                <w:szCs w:val="24"/>
                <w:lang w:eastAsia="zh-TW"/>
              </w:rPr>
              <w:t>□</w:t>
            </w:r>
            <w:r w:rsidRPr="00887FCE">
              <w:rPr>
                <w:rFonts w:ascii="Times New Roman" w:hAnsi="Times New Roman" w:cs="Times New Roman"/>
                <w:color w:val="auto"/>
                <w:sz w:val="24"/>
                <w:szCs w:val="24"/>
                <w:lang w:eastAsia="zh-TW"/>
              </w:rPr>
              <w:t xml:space="preserve"> </w:t>
            </w:r>
            <w:r w:rsidRPr="00887FCE">
              <w:rPr>
                <w:rFonts w:ascii="Times New Roman" w:hAnsi="Times New Roman" w:cs="Times New Roman"/>
                <w:color w:val="auto"/>
                <w:sz w:val="24"/>
                <w:szCs w:val="24"/>
                <w:lang w:eastAsia="zh-TW"/>
              </w:rPr>
              <w:t>已檢附「</w:t>
            </w:r>
            <w:r>
              <w:rPr>
                <w:rFonts w:ascii="Times New Roman" w:hAnsi="Times New Roman" w:cs="Times New Roman" w:hint="eastAsia"/>
                <w:color w:val="auto"/>
                <w:sz w:val="24"/>
                <w:szCs w:val="24"/>
                <w:lang w:eastAsia="zh-TW"/>
              </w:rPr>
              <w:t>教材收據收據</w:t>
            </w:r>
            <w:r w:rsidRPr="00887FCE">
              <w:rPr>
                <w:rFonts w:ascii="Times New Roman" w:hAnsi="Times New Roman" w:cs="Times New Roman"/>
                <w:color w:val="auto"/>
                <w:sz w:val="24"/>
                <w:szCs w:val="24"/>
                <w:lang w:eastAsia="zh-TW"/>
              </w:rPr>
              <w:t>／發票正本」</w:t>
            </w:r>
          </w:p>
        </w:tc>
      </w:tr>
      <w:tr w:rsidR="00F13D26" w:rsidRPr="00A93C47" w14:paraId="239D261B" w14:textId="77777777" w:rsidTr="001D58B4">
        <w:trPr>
          <w:trHeight w:val="1993"/>
          <w:jc w:val="center"/>
        </w:trPr>
        <w:tc>
          <w:tcPr>
            <w:tcW w:w="1686" w:type="dxa"/>
            <w:tcBorders>
              <w:top w:val="single" w:sz="6" w:space="0" w:color="auto"/>
              <w:bottom w:val="double" w:sz="4" w:space="0" w:color="auto"/>
            </w:tcBorders>
            <w:shd w:val="clear" w:color="auto" w:fill="F2F2F2" w:themeFill="background1" w:themeFillShade="F2"/>
            <w:vAlign w:val="center"/>
          </w:tcPr>
          <w:p w14:paraId="59F41559" w14:textId="77777777" w:rsidR="00F13D26" w:rsidRPr="00A93C47" w:rsidRDefault="00F13D26" w:rsidP="00F13D26">
            <w:pPr>
              <w:spacing w:line="312" w:lineRule="auto"/>
              <w:jc w:val="center"/>
              <w:rPr>
                <w:color w:val="auto"/>
                <w:sz w:val="24"/>
                <w:szCs w:val="24"/>
              </w:rPr>
            </w:pPr>
            <w:r w:rsidRPr="00A93C47">
              <w:rPr>
                <w:b/>
                <w:color w:val="auto"/>
                <w:sz w:val="24"/>
                <w:szCs w:val="24"/>
              </w:rPr>
              <w:t>申請人聲明</w:t>
            </w:r>
          </w:p>
        </w:tc>
        <w:tc>
          <w:tcPr>
            <w:tcW w:w="9072" w:type="dxa"/>
            <w:gridSpan w:val="3"/>
            <w:tcBorders>
              <w:top w:val="single" w:sz="6" w:space="0" w:color="auto"/>
              <w:bottom w:val="double" w:sz="4" w:space="0" w:color="auto"/>
            </w:tcBorders>
            <w:shd w:val="clear" w:color="auto" w:fill="FFFFFF" w:themeFill="background1"/>
            <w:vAlign w:val="center"/>
          </w:tcPr>
          <w:p w14:paraId="03E3CCFB" w14:textId="77777777" w:rsidR="00F13D26" w:rsidRPr="00B70D10" w:rsidRDefault="00F13D26" w:rsidP="00C962C1">
            <w:pPr>
              <w:spacing w:beforeLines="30" w:before="72"/>
              <w:ind w:left="312" w:hangingChars="130" w:hanging="312"/>
              <w:jc w:val="both"/>
              <w:rPr>
                <w:color w:val="auto"/>
                <w:sz w:val="20"/>
                <w:szCs w:val="20"/>
                <w:lang w:eastAsia="zh-TW"/>
              </w:rPr>
            </w:pPr>
            <w:r w:rsidRPr="00A93C47">
              <w:rPr>
                <w:rFonts w:ascii="新細明體" w:eastAsia="新細明體" w:hAnsi="新細明體" w:cs="Times New Roman"/>
                <w:color w:val="auto"/>
                <w:sz w:val="24"/>
                <w:szCs w:val="24"/>
                <w:lang w:eastAsia="zh-TW"/>
              </w:rPr>
              <w:t>□</w:t>
            </w:r>
            <w:r w:rsidR="00D97B19">
              <w:rPr>
                <w:rFonts w:ascii="新細明體" w:eastAsia="新細明體" w:hAnsi="新細明體" w:cs="Times New Roman" w:hint="eastAsia"/>
                <w:color w:val="auto"/>
                <w:sz w:val="24"/>
                <w:szCs w:val="24"/>
                <w:lang w:eastAsia="zh-TW"/>
              </w:rPr>
              <w:t xml:space="preserve"> </w:t>
            </w:r>
            <w:r w:rsidR="00D97B19" w:rsidRPr="00D97B19">
              <w:rPr>
                <w:rFonts w:hint="eastAsia"/>
                <w:color w:val="auto"/>
                <w:sz w:val="24"/>
                <w:szCs w:val="24"/>
                <w:lang w:eastAsia="zh-TW"/>
              </w:rPr>
              <w:t>本人保證上述填寫資料與檢附單據均屬實無誤</w:t>
            </w:r>
            <w:r w:rsidR="00D97B19">
              <w:rPr>
                <w:rFonts w:hint="eastAsia"/>
                <w:color w:val="auto"/>
                <w:sz w:val="24"/>
                <w:szCs w:val="24"/>
                <w:lang w:eastAsia="zh-TW"/>
              </w:rPr>
              <w:t>。</w:t>
            </w:r>
          </w:p>
          <w:p w14:paraId="553B5DE6" w14:textId="77777777" w:rsidR="00F13D26" w:rsidRPr="00A93C47" w:rsidRDefault="00F13D26" w:rsidP="00F13D26">
            <w:pPr>
              <w:spacing w:beforeLines="100" w:before="240"/>
              <w:rPr>
                <w:color w:val="auto"/>
                <w:sz w:val="24"/>
                <w:szCs w:val="24"/>
                <w:lang w:eastAsia="zh-TW"/>
              </w:rPr>
            </w:pPr>
            <w:r w:rsidRPr="00A93C47">
              <w:rPr>
                <w:color w:val="auto"/>
                <w:sz w:val="24"/>
                <w:szCs w:val="24"/>
                <w:lang w:eastAsia="zh-TW"/>
              </w:rPr>
              <w:t>申請人簽章：</w:t>
            </w:r>
            <w:r w:rsidRPr="00A93C47">
              <w:rPr>
                <w:rFonts w:hint="eastAsia"/>
                <w:color w:val="auto"/>
                <w:sz w:val="24"/>
                <w:szCs w:val="24"/>
                <w:u w:val="single"/>
                <w:lang w:eastAsia="zh-TW"/>
              </w:rPr>
              <w:t xml:space="preserve">                    </w:t>
            </w:r>
            <w:r w:rsidRPr="00A93C47">
              <w:rPr>
                <w:rFonts w:hint="eastAsia"/>
                <w:color w:val="auto"/>
                <w:sz w:val="24"/>
                <w:szCs w:val="24"/>
                <w:lang w:eastAsia="zh-TW"/>
              </w:rPr>
              <w:t xml:space="preserve">   </w:t>
            </w:r>
            <w:r w:rsidRPr="00A93C47">
              <w:rPr>
                <w:color w:val="auto"/>
                <w:sz w:val="24"/>
                <w:szCs w:val="24"/>
                <w:lang w:eastAsia="zh-TW"/>
              </w:rPr>
              <w:t xml:space="preserve">日期：民國 </w:t>
            </w:r>
            <w:r w:rsidRPr="00A93C47">
              <w:rPr>
                <w:rFonts w:hint="eastAsia"/>
                <w:color w:val="auto"/>
                <w:sz w:val="24"/>
                <w:szCs w:val="24"/>
                <w:u w:val="single"/>
                <w:lang w:eastAsia="zh-TW"/>
              </w:rPr>
              <w:t xml:space="preserve">     </w:t>
            </w:r>
            <w:r w:rsidRPr="00A93C47">
              <w:rPr>
                <w:color w:val="auto"/>
                <w:sz w:val="24"/>
                <w:szCs w:val="24"/>
                <w:lang w:eastAsia="zh-TW"/>
              </w:rPr>
              <w:t xml:space="preserve"> 年 </w:t>
            </w:r>
            <w:r w:rsidRPr="00A93C47">
              <w:rPr>
                <w:rFonts w:hint="eastAsia"/>
                <w:color w:val="auto"/>
                <w:sz w:val="24"/>
                <w:szCs w:val="24"/>
                <w:u w:val="single"/>
                <w:lang w:eastAsia="zh-TW"/>
              </w:rPr>
              <w:t xml:space="preserve">    </w:t>
            </w:r>
            <w:r w:rsidRPr="00A93C47">
              <w:rPr>
                <w:color w:val="auto"/>
                <w:sz w:val="24"/>
                <w:szCs w:val="24"/>
                <w:lang w:eastAsia="zh-TW"/>
              </w:rPr>
              <w:t xml:space="preserve"> 月 </w:t>
            </w:r>
            <w:r w:rsidRPr="00A93C47">
              <w:rPr>
                <w:rFonts w:hint="eastAsia"/>
                <w:color w:val="auto"/>
                <w:sz w:val="24"/>
                <w:szCs w:val="24"/>
                <w:u w:val="single"/>
                <w:lang w:eastAsia="zh-TW"/>
              </w:rPr>
              <w:t xml:space="preserve">     </w:t>
            </w:r>
            <w:r w:rsidRPr="00A93C47">
              <w:rPr>
                <w:color w:val="auto"/>
                <w:sz w:val="24"/>
                <w:szCs w:val="24"/>
                <w:lang w:eastAsia="zh-TW"/>
              </w:rPr>
              <w:t xml:space="preserve"> 日</w:t>
            </w:r>
          </w:p>
          <w:p w14:paraId="618E1A8B" w14:textId="77777777" w:rsidR="00F13D26" w:rsidRPr="00A93C47" w:rsidRDefault="00F13D26" w:rsidP="00F13D26">
            <w:pPr>
              <w:rPr>
                <w:color w:val="auto"/>
                <w:sz w:val="24"/>
                <w:szCs w:val="24"/>
                <w:lang w:eastAsia="zh-TW"/>
              </w:rPr>
            </w:pPr>
            <w:r w:rsidRPr="00A93C47">
              <w:rPr>
                <w:rFonts w:hint="eastAsia"/>
                <w:color w:val="auto"/>
                <w:sz w:val="24"/>
                <w:szCs w:val="24"/>
                <w:lang w:eastAsia="zh-TW"/>
              </w:rPr>
              <w:t>(本人已閱讀東吳大學財務工程與精算數學系運用個人資料告知暨同意書，了解及同意個人資料提供學系進行蒐集、處理、利用)</w:t>
            </w:r>
          </w:p>
        </w:tc>
      </w:tr>
      <w:tr w:rsidR="00F13D26" w:rsidRPr="00A93C47" w14:paraId="466A47FA" w14:textId="77777777" w:rsidTr="00273F4E">
        <w:trPr>
          <w:trHeight w:val="434"/>
          <w:jc w:val="center"/>
        </w:trPr>
        <w:tc>
          <w:tcPr>
            <w:tcW w:w="10758" w:type="dxa"/>
            <w:gridSpan w:val="4"/>
            <w:tcBorders>
              <w:top w:val="single" w:sz="6" w:space="0" w:color="auto"/>
              <w:bottom w:val="double" w:sz="4" w:space="0" w:color="auto"/>
            </w:tcBorders>
            <w:shd w:val="clear" w:color="auto" w:fill="F2F2F2" w:themeFill="background1" w:themeFillShade="F2"/>
            <w:vAlign w:val="center"/>
          </w:tcPr>
          <w:p w14:paraId="5ECBAAF4" w14:textId="77777777" w:rsidR="00F13D26" w:rsidRPr="00A93C47" w:rsidRDefault="00F13D26" w:rsidP="00F13D26">
            <w:pPr>
              <w:jc w:val="center"/>
              <w:rPr>
                <w:color w:val="auto"/>
                <w:sz w:val="24"/>
                <w:szCs w:val="24"/>
                <w:lang w:eastAsia="zh-TW"/>
              </w:rPr>
            </w:pPr>
            <w:r w:rsidRPr="00A93C47">
              <w:rPr>
                <w:b/>
                <w:color w:val="auto"/>
                <w:sz w:val="24"/>
                <w:szCs w:val="24"/>
                <w:lang w:eastAsia="zh-TW"/>
              </w:rPr>
              <w:t>【審核欄】（申請人請勿填寫）</w:t>
            </w:r>
          </w:p>
        </w:tc>
      </w:tr>
      <w:tr w:rsidR="00F13D26" w:rsidRPr="00A93C47" w14:paraId="4785618A" w14:textId="77777777" w:rsidTr="001D58B4">
        <w:trPr>
          <w:trHeight w:val="1475"/>
          <w:jc w:val="center"/>
        </w:trPr>
        <w:tc>
          <w:tcPr>
            <w:tcW w:w="1686" w:type="dxa"/>
            <w:tcBorders>
              <w:top w:val="single" w:sz="6" w:space="0" w:color="auto"/>
              <w:bottom w:val="double" w:sz="4" w:space="0" w:color="auto"/>
            </w:tcBorders>
            <w:shd w:val="clear" w:color="auto" w:fill="F2F2F2" w:themeFill="background1" w:themeFillShade="F2"/>
            <w:vAlign w:val="center"/>
          </w:tcPr>
          <w:p w14:paraId="76582CE4" w14:textId="77777777" w:rsidR="00F13D26" w:rsidRPr="00A93C47" w:rsidRDefault="00F13D26" w:rsidP="00F13D26">
            <w:pPr>
              <w:spacing w:line="312" w:lineRule="auto"/>
              <w:jc w:val="center"/>
              <w:rPr>
                <w:color w:val="auto"/>
                <w:sz w:val="24"/>
                <w:szCs w:val="24"/>
              </w:rPr>
            </w:pPr>
            <w:r w:rsidRPr="00A93C47">
              <w:rPr>
                <w:b/>
                <w:color w:val="auto"/>
                <w:sz w:val="24"/>
                <w:szCs w:val="24"/>
              </w:rPr>
              <w:t>系所審</w:t>
            </w:r>
            <w:r w:rsidRPr="00A93C47">
              <w:rPr>
                <w:rFonts w:hint="eastAsia"/>
                <w:b/>
                <w:color w:val="auto"/>
                <w:sz w:val="24"/>
                <w:szCs w:val="24"/>
                <w:lang w:eastAsia="zh-TW"/>
              </w:rPr>
              <w:t>核</w:t>
            </w:r>
          </w:p>
        </w:tc>
        <w:tc>
          <w:tcPr>
            <w:tcW w:w="9072" w:type="dxa"/>
            <w:gridSpan w:val="3"/>
            <w:tcBorders>
              <w:top w:val="single" w:sz="6" w:space="0" w:color="auto"/>
              <w:bottom w:val="double" w:sz="4" w:space="0" w:color="auto"/>
            </w:tcBorders>
            <w:shd w:val="clear" w:color="auto" w:fill="FFFFFF" w:themeFill="background1"/>
            <w:vAlign w:val="center"/>
          </w:tcPr>
          <w:p w14:paraId="2FBF1653" w14:textId="77777777" w:rsidR="00495E43" w:rsidRPr="00A93C47" w:rsidRDefault="00F13D26" w:rsidP="00EC3421">
            <w:pPr>
              <w:snapToGrid w:val="0"/>
              <w:spacing w:beforeLines="50" w:before="120" w:line="360" w:lineRule="auto"/>
              <w:rPr>
                <w:color w:val="auto"/>
                <w:sz w:val="24"/>
                <w:szCs w:val="24"/>
                <w:lang w:eastAsia="zh-TW"/>
              </w:rPr>
            </w:pPr>
            <w:r w:rsidRPr="00A93C47">
              <w:rPr>
                <w:color w:val="auto"/>
                <w:sz w:val="24"/>
                <w:szCs w:val="24"/>
                <w:lang w:eastAsia="zh-TW"/>
              </w:rPr>
              <w:t>□ 符合資格，同意推薦</w:t>
            </w:r>
            <w:r w:rsidRPr="00A93C47">
              <w:rPr>
                <w:rFonts w:hint="eastAsia"/>
                <w:color w:val="auto"/>
                <w:sz w:val="24"/>
                <w:szCs w:val="24"/>
                <w:lang w:eastAsia="zh-TW"/>
              </w:rPr>
              <w:t>，</w:t>
            </w:r>
            <w:r w:rsidR="00362463" w:rsidRPr="00A93C47">
              <w:rPr>
                <w:rFonts w:hint="eastAsia"/>
                <w:color w:val="auto"/>
                <w:sz w:val="24"/>
                <w:szCs w:val="24"/>
                <w:lang w:eastAsia="zh-TW"/>
              </w:rPr>
              <w:t>共計核發金額：</w:t>
            </w:r>
            <w:r w:rsidR="00362463" w:rsidRPr="00A93C47">
              <w:rPr>
                <w:rFonts w:hint="eastAsia"/>
                <w:color w:val="auto"/>
                <w:sz w:val="24"/>
                <w:szCs w:val="24"/>
                <w:u w:val="single"/>
                <w:lang w:eastAsia="zh-TW"/>
              </w:rPr>
              <w:t xml:space="preserve"> </w:t>
            </w:r>
            <w:r w:rsidR="00362463" w:rsidRPr="00A93C47">
              <w:rPr>
                <w:color w:val="auto"/>
                <w:sz w:val="24"/>
                <w:szCs w:val="24"/>
                <w:u w:val="single"/>
                <w:lang w:eastAsia="zh-TW"/>
              </w:rPr>
              <w:t xml:space="preserve">  </w:t>
            </w:r>
            <w:r w:rsidR="00362463" w:rsidRPr="00A93C47">
              <w:rPr>
                <w:rFonts w:hint="eastAsia"/>
                <w:color w:val="auto"/>
                <w:sz w:val="24"/>
                <w:szCs w:val="24"/>
                <w:u w:val="single"/>
                <w:lang w:eastAsia="zh-TW"/>
              </w:rPr>
              <w:t xml:space="preserve">          </w:t>
            </w:r>
            <w:r w:rsidR="00362463" w:rsidRPr="00A93C47">
              <w:rPr>
                <w:rFonts w:hint="eastAsia"/>
                <w:color w:val="auto"/>
                <w:sz w:val="24"/>
                <w:szCs w:val="24"/>
                <w:lang w:eastAsia="zh-TW"/>
              </w:rPr>
              <w:t>元。</w:t>
            </w:r>
          </w:p>
          <w:p w14:paraId="50C82C6B" w14:textId="77777777" w:rsidR="00F13D26" w:rsidRPr="00A93C47" w:rsidRDefault="00F13D26" w:rsidP="00EC3421">
            <w:pPr>
              <w:snapToGrid w:val="0"/>
              <w:rPr>
                <w:color w:val="auto"/>
                <w:sz w:val="24"/>
                <w:szCs w:val="24"/>
                <w:lang w:eastAsia="zh-TW"/>
              </w:rPr>
            </w:pPr>
            <w:r w:rsidRPr="00A93C47">
              <w:rPr>
                <w:color w:val="auto"/>
                <w:sz w:val="24"/>
                <w:szCs w:val="24"/>
                <w:lang w:eastAsia="zh-TW"/>
              </w:rPr>
              <w:t>□ 不符合資格</w:t>
            </w:r>
            <w:r w:rsidRPr="00A93C47">
              <w:rPr>
                <w:rFonts w:hint="eastAsia"/>
                <w:color w:val="auto"/>
                <w:sz w:val="24"/>
                <w:szCs w:val="24"/>
                <w:lang w:eastAsia="zh-TW"/>
              </w:rPr>
              <w:t>，未予推薦。</w:t>
            </w:r>
          </w:p>
          <w:p w14:paraId="2A5CDC8A" w14:textId="77777777" w:rsidR="00F13D26" w:rsidRPr="00A93C47" w:rsidRDefault="00F13D26" w:rsidP="00EC3421">
            <w:pPr>
              <w:snapToGrid w:val="0"/>
              <w:jc w:val="right"/>
              <w:rPr>
                <w:color w:val="auto"/>
                <w:sz w:val="24"/>
                <w:szCs w:val="24"/>
                <w:lang w:eastAsia="zh-TW"/>
              </w:rPr>
            </w:pPr>
            <w:r w:rsidRPr="00A93C47">
              <w:rPr>
                <w:color w:val="auto"/>
                <w:sz w:val="24"/>
                <w:szCs w:val="24"/>
                <w:lang w:eastAsia="zh-TW"/>
              </w:rPr>
              <w:t>審核</w:t>
            </w:r>
            <w:r w:rsidRPr="00A93C47">
              <w:rPr>
                <w:rFonts w:hint="eastAsia"/>
                <w:color w:val="auto"/>
                <w:sz w:val="24"/>
                <w:szCs w:val="24"/>
                <w:lang w:eastAsia="zh-TW"/>
              </w:rPr>
              <w:t>日期</w:t>
            </w:r>
            <w:r w:rsidRPr="00A93C47">
              <w:rPr>
                <w:color w:val="auto"/>
                <w:sz w:val="24"/>
                <w:szCs w:val="24"/>
                <w:lang w:eastAsia="zh-TW"/>
              </w:rPr>
              <w:t xml:space="preserve">：民國 </w:t>
            </w:r>
            <w:r w:rsidRPr="00A93C47">
              <w:rPr>
                <w:rFonts w:hint="eastAsia"/>
                <w:color w:val="auto"/>
                <w:sz w:val="24"/>
                <w:szCs w:val="24"/>
                <w:u w:val="single"/>
                <w:lang w:eastAsia="zh-TW"/>
              </w:rPr>
              <w:t xml:space="preserve">     </w:t>
            </w:r>
            <w:r w:rsidRPr="00A93C47">
              <w:rPr>
                <w:color w:val="auto"/>
                <w:sz w:val="24"/>
                <w:szCs w:val="24"/>
                <w:lang w:eastAsia="zh-TW"/>
              </w:rPr>
              <w:t xml:space="preserve"> 年 </w:t>
            </w:r>
            <w:r w:rsidRPr="00A93C47">
              <w:rPr>
                <w:rFonts w:hint="eastAsia"/>
                <w:color w:val="auto"/>
                <w:sz w:val="24"/>
                <w:szCs w:val="24"/>
                <w:u w:val="single"/>
                <w:lang w:eastAsia="zh-TW"/>
              </w:rPr>
              <w:t xml:space="preserve">     </w:t>
            </w:r>
            <w:r w:rsidRPr="00A93C47">
              <w:rPr>
                <w:color w:val="auto"/>
                <w:sz w:val="24"/>
                <w:szCs w:val="24"/>
                <w:lang w:eastAsia="zh-TW"/>
              </w:rPr>
              <w:t xml:space="preserve"> 月 </w:t>
            </w:r>
            <w:r w:rsidRPr="00A93C47">
              <w:rPr>
                <w:rFonts w:hint="eastAsia"/>
                <w:color w:val="auto"/>
                <w:sz w:val="24"/>
                <w:szCs w:val="24"/>
                <w:u w:val="single"/>
                <w:lang w:eastAsia="zh-TW"/>
              </w:rPr>
              <w:t xml:space="preserve">     </w:t>
            </w:r>
            <w:r w:rsidRPr="00A93C47">
              <w:rPr>
                <w:color w:val="auto"/>
                <w:sz w:val="24"/>
                <w:szCs w:val="24"/>
                <w:lang w:eastAsia="zh-TW"/>
              </w:rPr>
              <w:t xml:space="preserve"> 日</w:t>
            </w:r>
          </w:p>
        </w:tc>
      </w:tr>
    </w:tbl>
    <w:p w14:paraId="62FBC8F1" w14:textId="77777777" w:rsidR="00316FB7" w:rsidRPr="00CF5CCF" w:rsidRDefault="00316FB7" w:rsidP="00C7691B">
      <w:pPr>
        <w:spacing w:after="0" w:line="240" w:lineRule="auto"/>
        <w:rPr>
          <w:rFonts w:ascii="Times New Roman" w:hAnsi="Times New Roman" w:cs="Times New Roman"/>
          <w:color w:val="auto"/>
          <w:sz w:val="18"/>
          <w:szCs w:val="18"/>
          <w:lang w:eastAsia="zh-TW"/>
        </w:rPr>
      </w:pPr>
    </w:p>
    <w:p w14:paraId="7058AF46" w14:textId="77777777" w:rsidR="0096632F" w:rsidRPr="00413E31" w:rsidRDefault="004E3A0E" w:rsidP="004A7320">
      <w:pPr>
        <w:spacing w:beforeLines="100" w:before="240" w:after="120"/>
        <w:jc w:val="center"/>
        <w:rPr>
          <w:color w:val="auto"/>
          <w:sz w:val="40"/>
          <w:szCs w:val="40"/>
          <w:lang w:eastAsia="zh-TW"/>
        </w:rPr>
      </w:pPr>
      <w:r>
        <w:rPr>
          <w:color w:val="auto"/>
          <w:lang w:eastAsia="zh-TW"/>
        </w:rPr>
        <w:br w:type="page"/>
      </w:r>
      <w:r w:rsidR="0096632F" w:rsidRPr="00413E31">
        <w:rPr>
          <w:rFonts w:hint="eastAsia"/>
          <w:color w:val="auto"/>
          <w:sz w:val="40"/>
          <w:szCs w:val="40"/>
          <w:lang w:eastAsia="zh-TW"/>
        </w:rPr>
        <w:lastRenderedPageBreak/>
        <w:t>運用個人資料告知暨同意書</w:t>
      </w:r>
    </w:p>
    <w:p w14:paraId="1548F596" w14:textId="77777777" w:rsidR="0096632F" w:rsidRPr="00413E31" w:rsidRDefault="0096632F" w:rsidP="00834590">
      <w:pPr>
        <w:spacing w:afterLines="20" w:after="48" w:line="240" w:lineRule="auto"/>
        <w:jc w:val="both"/>
        <w:rPr>
          <w:color w:val="auto"/>
          <w:lang w:eastAsia="zh-TW"/>
        </w:rPr>
      </w:pPr>
      <w:r w:rsidRPr="00413E31">
        <w:rPr>
          <w:rFonts w:hint="eastAsia"/>
          <w:color w:val="auto"/>
          <w:lang w:eastAsia="zh-TW"/>
        </w:rPr>
        <w:t>東吳大學財務工程與精算數學系（以下簡稱本系）蒐集、處理、利用及傳輸 台端個人資料事宜，茲依據 「個人資料保護法 」第八條之規定，向 台端告知下列事項：</w:t>
      </w:r>
    </w:p>
    <w:p w14:paraId="2B02375D"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一、本系蒐集之目的為獎助學金之</w:t>
      </w:r>
      <w:r w:rsidR="00C9567E" w:rsidRPr="00413E31">
        <w:rPr>
          <w:rFonts w:hint="eastAsia"/>
          <w:color w:val="auto"/>
          <w:lang w:eastAsia="zh-TW"/>
        </w:rPr>
        <w:t>申請、審核、發放及獲獎名單之公開公告</w:t>
      </w:r>
      <w:r w:rsidRPr="00413E31">
        <w:rPr>
          <w:rFonts w:hint="eastAsia"/>
          <w:color w:val="auto"/>
          <w:lang w:eastAsia="zh-TW"/>
        </w:rPr>
        <w:t>。</w:t>
      </w:r>
    </w:p>
    <w:p w14:paraId="0F12A349"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二、蒐集之個人資料：</w:t>
      </w:r>
    </w:p>
    <w:p w14:paraId="590ED958" w14:textId="77777777" w:rsidR="0096632F" w:rsidRPr="00413E31" w:rsidRDefault="0096632F" w:rsidP="00834590">
      <w:pPr>
        <w:spacing w:afterLines="20" w:after="48" w:line="240" w:lineRule="auto"/>
        <w:ind w:leftChars="150" w:left="330"/>
        <w:rPr>
          <w:color w:val="auto"/>
          <w:lang w:eastAsia="zh-TW"/>
        </w:rPr>
      </w:pPr>
      <w:r w:rsidRPr="007B0D2E">
        <w:rPr>
          <w:rFonts w:hint="eastAsia"/>
          <w:color w:val="auto"/>
          <w:lang w:eastAsia="zh-TW"/>
        </w:rPr>
        <w:t>（一）姓名、出生年月日、身分證統一編號。</w:t>
      </w:r>
    </w:p>
    <w:p w14:paraId="29B4FD28" w14:textId="77777777" w:rsidR="0096632F" w:rsidRPr="00413E31" w:rsidRDefault="0096632F" w:rsidP="00834590">
      <w:pPr>
        <w:spacing w:afterLines="20" w:after="48" w:line="240" w:lineRule="auto"/>
        <w:ind w:leftChars="150" w:left="330"/>
        <w:rPr>
          <w:color w:val="auto"/>
          <w:lang w:eastAsia="zh-TW"/>
        </w:rPr>
      </w:pPr>
      <w:r w:rsidRPr="00413E31">
        <w:rPr>
          <w:rFonts w:hint="eastAsia"/>
          <w:color w:val="auto"/>
          <w:lang w:eastAsia="zh-TW"/>
        </w:rPr>
        <w:t>（二）地址</w:t>
      </w:r>
      <w:r w:rsidR="00834590" w:rsidRPr="00413E31">
        <w:rPr>
          <w:rFonts w:hint="eastAsia"/>
          <w:color w:val="auto"/>
          <w:lang w:eastAsia="zh-TW"/>
        </w:rPr>
        <w:t>、</w:t>
      </w:r>
      <w:r w:rsidRPr="00413E31">
        <w:rPr>
          <w:rFonts w:hint="eastAsia"/>
          <w:color w:val="auto"/>
          <w:lang w:eastAsia="zh-TW"/>
        </w:rPr>
        <w:t>電話</w:t>
      </w:r>
      <w:r w:rsidR="00834590" w:rsidRPr="00413E31">
        <w:rPr>
          <w:rFonts w:hint="eastAsia"/>
          <w:color w:val="auto"/>
          <w:lang w:eastAsia="zh-TW"/>
        </w:rPr>
        <w:t>及電子信箱</w:t>
      </w:r>
      <w:r w:rsidRPr="00413E31">
        <w:rPr>
          <w:rFonts w:hint="eastAsia"/>
          <w:color w:val="auto"/>
          <w:lang w:eastAsia="zh-TW"/>
        </w:rPr>
        <w:t>等聯絡方式。</w:t>
      </w:r>
    </w:p>
    <w:p w14:paraId="1F60A87F" w14:textId="77777777" w:rsidR="0096632F" w:rsidRPr="00413E31" w:rsidRDefault="0096632F" w:rsidP="00834590">
      <w:pPr>
        <w:spacing w:afterLines="20" w:after="48" w:line="240" w:lineRule="auto"/>
        <w:ind w:leftChars="150" w:left="330"/>
        <w:rPr>
          <w:color w:val="auto"/>
          <w:lang w:eastAsia="zh-TW"/>
        </w:rPr>
      </w:pPr>
      <w:r w:rsidRPr="00413E31">
        <w:rPr>
          <w:rFonts w:hint="eastAsia"/>
          <w:color w:val="auto"/>
          <w:lang w:eastAsia="zh-TW"/>
        </w:rPr>
        <w:t>（三）獎助學金辦法或章程所規定之附件資料等相關申請文件內容。</w:t>
      </w:r>
    </w:p>
    <w:p w14:paraId="5A2CD61E"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三、個人資料利用之期間、對象、地區、方式：</w:t>
      </w:r>
    </w:p>
    <w:p w14:paraId="051F2FC4" w14:textId="77777777" w:rsidR="0096632F" w:rsidRPr="00413E31" w:rsidRDefault="0096632F" w:rsidP="00834590">
      <w:pPr>
        <w:spacing w:afterLines="20" w:after="48" w:line="240" w:lineRule="auto"/>
        <w:ind w:leftChars="150" w:left="1650" w:hangingChars="600" w:hanging="1320"/>
        <w:jc w:val="both"/>
        <w:rPr>
          <w:color w:val="auto"/>
          <w:lang w:eastAsia="zh-TW"/>
        </w:rPr>
      </w:pPr>
      <w:r w:rsidRPr="00413E31">
        <w:rPr>
          <w:rFonts w:hint="eastAsia"/>
          <w:color w:val="auto"/>
          <w:lang w:eastAsia="zh-TW"/>
        </w:rPr>
        <w:t>（一）期間：因執行業務所必須及依法令規定應為保存之。</w:t>
      </w:r>
    </w:p>
    <w:p w14:paraId="18783724" w14:textId="77777777" w:rsidR="0096632F" w:rsidRPr="00413E31" w:rsidRDefault="0096632F" w:rsidP="00834590">
      <w:pPr>
        <w:spacing w:afterLines="20" w:after="48" w:line="240" w:lineRule="auto"/>
        <w:ind w:leftChars="150" w:left="1650" w:hangingChars="600" w:hanging="1320"/>
        <w:jc w:val="both"/>
        <w:rPr>
          <w:color w:val="auto"/>
          <w:lang w:eastAsia="zh-TW"/>
        </w:rPr>
      </w:pPr>
      <w:r w:rsidRPr="00413E31">
        <w:rPr>
          <w:rFonts w:hint="eastAsia"/>
          <w:color w:val="auto"/>
          <w:lang w:eastAsia="zh-TW"/>
        </w:rPr>
        <w:t>（二）對象：本系、東吳大學校內相關單位、獎助學金之提供人或提供單位、獎助學金之審核人或審核單位。</w:t>
      </w:r>
    </w:p>
    <w:p w14:paraId="56E817C0" w14:textId="00C8BB5D" w:rsidR="0096632F" w:rsidRPr="00413E31" w:rsidRDefault="0096632F" w:rsidP="00834590">
      <w:pPr>
        <w:spacing w:afterLines="20" w:after="48" w:line="240" w:lineRule="auto"/>
        <w:ind w:leftChars="150" w:left="1650" w:hangingChars="600" w:hanging="1320"/>
        <w:jc w:val="both"/>
        <w:rPr>
          <w:color w:val="auto"/>
          <w:lang w:eastAsia="zh-TW"/>
        </w:rPr>
      </w:pPr>
      <w:r w:rsidRPr="007B0D2E">
        <w:rPr>
          <w:rFonts w:hint="eastAsia"/>
          <w:color w:val="auto"/>
          <w:lang w:eastAsia="zh-TW"/>
        </w:rPr>
        <w:t>（三）地區：</w:t>
      </w:r>
      <w:r w:rsidR="00AC384C" w:rsidRPr="007B0D2E">
        <w:rPr>
          <w:rFonts w:hint="eastAsia"/>
          <w:color w:val="auto"/>
          <w:lang w:eastAsia="zh-TW"/>
        </w:rPr>
        <w:t>上述對象所在之地區</w:t>
      </w:r>
      <w:r w:rsidRPr="007B0D2E">
        <w:rPr>
          <w:rFonts w:hint="eastAsia"/>
          <w:color w:val="auto"/>
          <w:lang w:eastAsia="zh-TW"/>
        </w:rPr>
        <w:t>。</w:t>
      </w:r>
    </w:p>
    <w:p w14:paraId="6F74FA39" w14:textId="2FC88B5E" w:rsidR="00B7367B" w:rsidRPr="00B7367B" w:rsidRDefault="00B7367B" w:rsidP="00EF5221">
      <w:pPr>
        <w:spacing w:after="0" w:line="240" w:lineRule="auto"/>
        <w:ind w:leftChars="150" w:left="1650" w:hangingChars="600" w:hanging="1320"/>
        <w:jc w:val="both"/>
        <w:rPr>
          <w:rFonts w:ascii="Times New Roman" w:hAnsi="Times New Roman" w:cs="Times New Roman"/>
          <w:color w:val="auto"/>
          <w:highlight w:val="yellow"/>
          <w:lang w:eastAsia="zh-TW"/>
        </w:rPr>
      </w:pPr>
      <w:r w:rsidRPr="00413E31">
        <w:rPr>
          <w:rFonts w:hint="eastAsia"/>
          <w:color w:val="auto"/>
          <w:lang w:eastAsia="zh-TW"/>
        </w:rPr>
        <w:t>（四）方式：合於法令規定之利用。</w:t>
      </w:r>
    </w:p>
    <w:p w14:paraId="75B059E9"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四、依據個資法第三條規定，台端就本系保有 台端之個人資料得行使權利及方式：</w:t>
      </w:r>
    </w:p>
    <w:p w14:paraId="09762D91" w14:textId="77777777" w:rsidR="0096632F" w:rsidRPr="00413E31" w:rsidRDefault="0096632F" w:rsidP="00834590">
      <w:pPr>
        <w:spacing w:afterLines="20" w:after="48" w:line="240" w:lineRule="auto"/>
        <w:ind w:leftChars="150" w:left="330"/>
        <w:rPr>
          <w:color w:val="auto"/>
          <w:lang w:eastAsia="zh-TW"/>
        </w:rPr>
      </w:pPr>
      <w:r w:rsidRPr="00413E31">
        <w:rPr>
          <w:rFonts w:hint="eastAsia"/>
          <w:color w:val="auto"/>
          <w:lang w:eastAsia="zh-TW"/>
        </w:rPr>
        <w:t>（一）得向本系行使之權利：</w:t>
      </w:r>
    </w:p>
    <w:p w14:paraId="15BED923" w14:textId="77777777" w:rsidR="0096632F" w:rsidRPr="00413E31" w:rsidRDefault="0096632F" w:rsidP="00B7367B">
      <w:pPr>
        <w:pStyle w:val="ae"/>
        <w:numPr>
          <w:ilvl w:val="0"/>
          <w:numId w:val="15"/>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向本系查詢、請求閱覽或複製。</w:t>
      </w:r>
    </w:p>
    <w:p w14:paraId="559CD5CD" w14:textId="77777777" w:rsidR="0096632F" w:rsidRPr="00413E31" w:rsidRDefault="0096632F" w:rsidP="00B7367B">
      <w:pPr>
        <w:pStyle w:val="ae"/>
        <w:numPr>
          <w:ilvl w:val="0"/>
          <w:numId w:val="15"/>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向本系請求補充或更正。</w:t>
      </w:r>
    </w:p>
    <w:p w14:paraId="7CC2FB40" w14:textId="77777777" w:rsidR="0096632F" w:rsidRPr="00413E31" w:rsidRDefault="0096632F" w:rsidP="00B7367B">
      <w:pPr>
        <w:pStyle w:val="ae"/>
        <w:numPr>
          <w:ilvl w:val="0"/>
          <w:numId w:val="15"/>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向本系請求停止蒐集、處理或利用及刪除。</w:t>
      </w:r>
    </w:p>
    <w:p w14:paraId="5F2DC806" w14:textId="3B0E4A7B" w:rsidR="0096632F" w:rsidRPr="00413E31" w:rsidRDefault="0096632F" w:rsidP="00834590">
      <w:pPr>
        <w:spacing w:afterLines="20" w:after="48" w:line="240" w:lineRule="auto"/>
        <w:ind w:leftChars="150" w:left="330"/>
        <w:rPr>
          <w:color w:val="auto"/>
          <w:lang w:eastAsia="zh-TW"/>
        </w:rPr>
      </w:pPr>
      <w:r w:rsidRPr="00413E31">
        <w:rPr>
          <w:rFonts w:hint="eastAsia"/>
          <w:color w:val="auto"/>
          <w:lang w:eastAsia="zh-TW"/>
        </w:rPr>
        <w:t>（二）行使權利之方式：以書面</w:t>
      </w:r>
      <w:r w:rsidR="00D71016" w:rsidRPr="00413E31">
        <w:rPr>
          <w:rFonts w:hint="eastAsia"/>
          <w:color w:val="auto"/>
          <w:lang w:eastAsia="zh-TW"/>
        </w:rPr>
        <w:t>郵寄</w:t>
      </w:r>
      <w:r w:rsidRPr="00413E31">
        <w:rPr>
          <w:rFonts w:hint="eastAsia"/>
          <w:color w:val="auto"/>
          <w:lang w:eastAsia="zh-TW"/>
        </w:rPr>
        <w:t>、</w:t>
      </w:r>
      <w:r w:rsidR="00527535" w:rsidRPr="00413E31">
        <w:rPr>
          <w:rFonts w:hint="eastAsia"/>
          <w:color w:val="auto"/>
          <w:lang w:eastAsia="zh-TW"/>
        </w:rPr>
        <w:t>傳真、</w:t>
      </w:r>
      <w:r w:rsidRPr="00413E31">
        <w:rPr>
          <w:rFonts w:hint="eastAsia"/>
          <w:color w:val="auto"/>
          <w:lang w:eastAsia="zh-TW"/>
        </w:rPr>
        <w:t>電子郵件</w:t>
      </w:r>
      <w:r w:rsidR="00D71016" w:rsidRPr="00413E31">
        <w:rPr>
          <w:rFonts w:hint="eastAsia"/>
          <w:color w:val="auto"/>
          <w:lang w:eastAsia="zh-TW"/>
        </w:rPr>
        <w:t>或</w:t>
      </w:r>
      <w:r w:rsidRPr="00413E31">
        <w:rPr>
          <w:rFonts w:hint="eastAsia"/>
          <w:color w:val="auto"/>
          <w:lang w:eastAsia="zh-TW"/>
        </w:rPr>
        <w:t>電子文件</w:t>
      </w:r>
      <w:r w:rsidR="008D6416" w:rsidRPr="00413E31">
        <w:rPr>
          <w:rFonts w:hint="eastAsia"/>
          <w:color w:val="auto"/>
          <w:lang w:eastAsia="zh-TW"/>
        </w:rPr>
        <w:t>聯繫本系</w:t>
      </w:r>
      <w:r w:rsidRPr="00413E31">
        <w:rPr>
          <w:rFonts w:hint="eastAsia"/>
          <w:color w:val="auto"/>
          <w:lang w:eastAsia="zh-TW"/>
        </w:rPr>
        <w:t>。</w:t>
      </w:r>
    </w:p>
    <w:p w14:paraId="7A5F7F18"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五、台端不提供個人資料所致權益之影響：</w:t>
      </w:r>
    </w:p>
    <w:p w14:paraId="3C9BB1A8" w14:textId="77777777" w:rsidR="0096632F" w:rsidRPr="00413E31" w:rsidRDefault="0096632F" w:rsidP="00834590">
      <w:pPr>
        <w:spacing w:afterLines="20" w:after="48" w:line="240" w:lineRule="auto"/>
        <w:jc w:val="both"/>
        <w:rPr>
          <w:color w:val="auto"/>
          <w:lang w:eastAsia="zh-TW"/>
        </w:rPr>
      </w:pPr>
      <w:r w:rsidRPr="00413E31">
        <w:rPr>
          <w:rFonts w:hint="eastAsia"/>
          <w:color w:val="auto"/>
          <w:lang w:eastAsia="zh-TW"/>
        </w:rPr>
        <w:t>台端若未能提供相關個人資料時，本系將可能延後或無法進行必要之審核及處理作業，因此可能遲延或無法提供 台端相關獎助學金之申請。</w:t>
      </w:r>
    </w:p>
    <w:p w14:paraId="3BFB5046" w14:textId="77777777" w:rsidR="00287012" w:rsidRDefault="00287012" w:rsidP="00287012">
      <w:pPr>
        <w:spacing w:afterLines="20" w:after="48" w:line="240" w:lineRule="auto"/>
        <w:rPr>
          <w:color w:val="auto"/>
          <w:lang w:eastAsia="zh-TW"/>
        </w:rPr>
      </w:pPr>
    </w:p>
    <w:p w14:paraId="334369E4" w14:textId="77777777" w:rsidR="00287012" w:rsidRPr="00413E31" w:rsidRDefault="00287012" w:rsidP="00287012">
      <w:pPr>
        <w:spacing w:afterLines="20" w:after="48" w:line="240" w:lineRule="auto"/>
        <w:rPr>
          <w:color w:val="auto"/>
          <w:lang w:eastAsia="zh-TW"/>
        </w:rPr>
      </w:pPr>
    </w:p>
    <w:p w14:paraId="3C422F36"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立同意書人：_______________________________ （簽章）</w:t>
      </w:r>
    </w:p>
    <w:p w14:paraId="521A0D39"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就上開告知內容已受告知、並充分知悉及同意。</w:t>
      </w:r>
    </w:p>
    <w:p w14:paraId="4C7A1F0B" w14:textId="77777777" w:rsidR="00287012" w:rsidRPr="00413E31" w:rsidRDefault="00287012" w:rsidP="00287012">
      <w:pPr>
        <w:spacing w:afterLines="20" w:after="48" w:line="240" w:lineRule="auto"/>
        <w:jc w:val="right"/>
        <w:rPr>
          <w:color w:val="auto"/>
          <w:lang w:eastAsia="zh-TW"/>
        </w:rPr>
      </w:pPr>
      <w:r w:rsidRPr="00413E31">
        <w:rPr>
          <w:rFonts w:hint="eastAsia"/>
          <w:color w:val="auto"/>
          <w:lang w:eastAsia="zh-TW"/>
        </w:rPr>
        <w:t>日期：         年       月       日</w:t>
      </w:r>
    </w:p>
    <w:p w14:paraId="0405D2F3" w14:textId="77777777" w:rsidR="00287012" w:rsidRDefault="00287012" w:rsidP="00287012">
      <w:pPr>
        <w:spacing w:after="0" w:line="240" w:lineRule="auto"/>
        <w:rPr>
          <w:color w:val="auto"/>
          <w:lang w:eastAsia="zh-TW"/>
        </w:rPr>
      </w:pPr>
    </w:p>
    <w:p w14:paraId="6E7A619B" w14:textId="77777777" w:rsidR="00287012" w:rsidRPr="00413E31" w:rsidRDefault="00287012" w:rsidP="00287012">
      <w:pPr>
        <w:spacing w:after="0" w:line="240" w:lineRule="auto"/>
        <w:rPr>
          <w:color w:val="auto"/>
          <w:lang w:eastAsia="zh-TW"/>
        </w:rPr>
      </w:pPr>
    </w:p>
    <w:p w14:paraId="67FF7363" w14:textId="77777777" w:rsidR="00287012" w:rsidRPr="00413E31" w:rsidRDefault="00287012" w:rsidP="00287012">
      <w:pPr>
        <w:spacing w:afterLines="20" w:after="48" w:line="240" w:lineRule="auto"/>
        <w:jc w:val="both"/>
        <w:rPr>
          <w:color w:val="auto"/>
          <w:lang w:eastAsia="zh-TW"/>
        </w:rPr>
      </w:pPr>
      <w:r w:rsidRPr="00413E31">
        <w:rPr>
          <w:rFonts w:hint="eastAsia"/>
          <w:color w:val="auto"/>
          <w:lang w:eastAsia="zh-TW"/>
        </w:rPr>
        <w:t>本人同意東吳大學財務工程與精算數學系依據 「個人資料保護法 」之規定，將本次蒐集、處理、利用及傳輸之個人資料依獎助學金辦法或章程之規定傳輸至東吳大學校內相關單位、獎助學金之提供人或提供單位、獎助學金之審核人或審核單位，並於合於法令規定之範圍內再利用。</w:t>
      </w:r>
    </w:p>
    <w:p w14:paraId="4DFA9560" w14:textId="77777777" w:rsidR="00287012" w:rsidRPr="00413E31" w:rsidRDefault="00287012" w:rsidP="00287012">
      <w:pPr>
        <w:spacing w:afterLines="20" w:after="48" w:line="240" w:lineRule="auto"/>
        <w:rPr>
          <w:color w:val="auto"/>
          <w:lang w:eastAsia="zh-TW"/>
        </w:rPr>
      </w:pPr>
    </w:p>
    <w:p w14:paraId="214159BF"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立同意書人：________________________________ （簽章）</w:t>
      </w:r>
    </w:p>
    <w:p w14:paraId="631CAE01"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就上開告知內容已受告知、並充分知悉及同意。</w:t>
      </w:r>
    </w:p>
    <w:p w14:paraId="5E4C505A" w14:textId="77777777" w:rsidR="00287012" w:rsidRDefault="00287012" w:rsidP="00287012">
      <w:pPr>
        <w:spacing w:afterLines="20" w:after="48" w:line="240" w:lineRule="auto"/>
        <w:jc w:val="right"/>
        <w:rPr>
          <w:color w:val="auto"/>
          <w:lang w:eastAsia="zh-TW"/>
        </w:rPr>
      </w:pPr>
      <w:r w:rsidRPr="00413E31">
        <w:rPr>
          <w:rFonts w:hint="eastAsia"/>
          <w:color w:val="auto"/>
        </w:rPr>
        <w:t xml:space="preserve">日期：     </w:t>
      </w:r>
      <w:r w:rsidRPr="00413E31">
        <w:rPr>
          <w:rFonts w:hint="eastAsia"/>
          <w:color w:val="auto"/>
          <w:lang w:eastAsia="zh-TW"/>
        </w:rPr>
        <w:t xml:space="preserve"> </w:t>
      </w:r>
      <w:r w:rsidRPr="00413E31">
        <w:rPr>
          <w:rFonts w:hint="eastAsia"/>
          <w:color w:val="auto"/>
        </w:rPr>
        <w:t xml:space="preserve">   年       月       日</w:t>
      </w:r>
    </w:p>
    <w:p w14:paraId="79F0ACA4" w14:textId="77777777" w:rsidR="004A7320" w:rsidRDefault="004A7320" w:rsidP="004A7320">
      <w:pPr>
        <w:spacing w:afterLines="20" w:after="48" w:line="240" w:lineRule="auto"/>
        <w:rPr>
          <w:color w:val="auto"/>
          <w:lang w:eastAsia="zh-TW"/>
        </w:rPr>
      </w:pPr>
    </w:p>
    <w:p w14:paraId="4A4BE353" w14:textId="77777777" w:rsidR="004A7320" w:rsidRPr="00413E31" w:rsidRDefault="004A7320" w:rsidP="004A7320">
      <w:pPr>
        <w:spacing w:afterLines="20" w:after="48" w:line="240" w:lineRule="auto"/>
        <w:rPr>
          <w:color w:val="auto"/>
          <w:lang w:eastAsia="zh-TW"/>
        </w:rPr>
      </w:pPr>
    </w:p>
    <w:sectPr w:rsidR="004A7320" w:rsidRPr="00413E31" w:rsidSect="00273F4E">
      <w:headerReference w:type="default" r:id="rId8"/>
      <w:footerReference w:type="default" r:id="rId9"/>
      <w:pgSz w:w="12240" w:h="15840" w:code="1"/>
      <w:pgMar w:top="567" w:right="851" w:bottom="567" w:left="85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D3804" w14:textId="77777777" w:rsidR="00B66648" w:rsidRDefault="00B66648" w:rsidP="00E051F1">
      <w:pPr>
        <w:spacing w:after="0" w:line="240" w:lineRule="auto"/>
      </w:pPr>
      <w:r>
        <w:separator/>
      </w:r>
    </w:p>
  </w:endnote>
  <w:endnote w:type="continuationSeparator" w:id="0">
    <w:p w14:paraId="0C297F5E" w14:textId="77777777" w:rsidR="00B66648" w:rsidRDefault="00B66648" w:rsidP="00E0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5F22" w14:textId="7B114DAF" w:rsidR="00687D04" w:rsidRPr="004606FB" w:rsidRDefault="00000000" w:rsidP="00670A45">
    <w:pPr>
      <w:pStyle w:val="a7"/>
      <w:jc w:val="center"/>
      <w:rPr>
        <w:rFonts w:ascii="Times New Roman" w:hAnsi="Times New Roman" w:cs="Times New Roman"/>
        <w:lang w:eastAsia="zh-TW"/>
      </w:rPr>
    </w:pPr>
    <w:sdt>
      <w:sdtPr>
        <w:id w:val="-1381546087"/>
        <w:docPartObj>
          <w:docPartGallery w:val="Page Numbers (Bottom of Page)"/>
          <w:docPartUnique/>
        </w:docPartObj>
      </w:sdtPr>
      <w:sdtEndPr>
        <w:rPr>
          <w:rFonts w:ascii="Times New Roman" w:hAnsi="Times New Roman" w:cs="Times New Roman"/>
        </w:rPr>
      </w:sdtEndPr>
      <w:sdtContent>
        <w:r w:rsidR="00687D04" w:rsidRPr="004606FB">
          <w:rPr>
            <w:rFonts w:ascii="Times New Roman" w:hAnsi="Times New Roman" w:cs="Times New Roman"/>
            <w:lang w:eastAsia="zh-TW"/>
          </w:rPr>
          <w:t>第</w:t>
        </w:r>
        <w:r w:rsidR="006433E4">
          <w:rPr>
            <w:rFonts w:ascii="Times New Roman" w:hAnsi="Times New Roman" w:cs="Times New Roman" w:hint="eastAsia"/>
            <w:lang w:eastAsia="zh-TW"/>
          </w:rPr>
          <w:t xml:space="preserve"> </w:t>
        </w:r>
        <w:r w:rsidR="004606FB" w:rsidRPr="004606FB">
          <w:rPr>
            <w:rFonts w:ascii="Times New Roman" w:hAnsi="Times New Roman" w:cs="Times New Roman"/>
            <w:bCs/>
            <w:lang w:eastAsia="zh-TW"/>
          </w:rPr>
          <w:fldChar w:fldCharType="begin"/>
        </w:r>
        <w:r w:rsidR="004606FB" w:rsidRPr="004606FB">
          <w:rPr>
            <w:rFonts w:ascii="Times New Roman" w:hAnsi="Times New Roman" w:cs="Times New Roman"/>
            <w:bCs/>
            <w:lang w:eastAsia="zh-TW"/>
          </w:rPr>
          <w:instrText>PAGE  \* Arabic  \* MERGEFORMAT</w:instrText>
        </w:r>
        <w:r w:rsidR="004606FB" w:rsidRPr="004606FB">
          <w:rPr>
            <w:rFonts w:ascii="Times New Roman" w:hAnsi="Times New Roman" w:cs="Times New Roman"/>
            <w:bCs/>
            <w:lang w:eastAsia="zh-TW"/>
          </w:rPr>
          <w:fldChar w:fldCharType="separate"/>
        </w:r>
        <w:r w:rsidR="00880FDC" w:rsidRPr="00880FDC">
          <w:rPr>
            <w:rFonts w:ascii="Times New Roman" w:hAnsi="Times New Roman" w:cs="Times New Roman"/>
            <w:bCs/>
            <w:noProof/>
            <w:lang w:val="zh-TW" w:eastAsia="zh-TW"/>
          </w:rPr>
          <w:t>3</w:t>
        </w:r>
        <w:r w:rsidR="004606FB" w:rsidRPr="004606FB">
          <w:rPr>
            <w:rFonts w:ascii="Times New Roman" w:hAnsi="Times New Roman" w:cs="Times New Roman"/>
            <w:bCs/>
            <w:lang w:eastAsia="zh-TW"/>
          </w:rPr>
          <w:fldChar w:fldCharType="end"/>
        </w:r>
        <w:r w:rsidR="004606FB" w:rsidRPr="004606FB">
          <w:rPr>
            <w:rFonts w:ascii="Times New Roman" w:hAnsi="Times New Roman" w:cs="Times New Roman"/>
            <w:lang w:val="zh-TW" w:eastAsia="zh-TW"/>
          </w:rPr>
          <w:t xml:space="preserve"> </w:t>
        </w:r>
        <w:r w:rsidR="004606FB" w:rsidRPr="004606FB">
          <w:rPr>
            <w:rFonts w:ascii="Times New Roman" w:hAnsi="Times New Roman" w:cs="Times New Roman"/>
            <w:lang w:val="zh-TW" w:eastAsia="zh-TW"/>
          </w:rPr>
          <w:t>頁</w:t>
        </w:r>
        <w:r w:rsidR="004606FB" w:rsidRPr="004606FB">
          <w:rPr>
            <w:rFonts w:ascii="Times New Roman" w:hAnsi="Times New Roman" w:cs="Times New Roman"/>
            <w:lang w:val="zh-TW" w:eastAsia="zh-TW"/>
          </w:rPr>
          <w:t>/</w:t>
        </w:r>
        <w:r w:rsidR="004606FB" w:rsidRPr="004606FB">
          <w:rPr>
            <w:rFonts w:ascii="Times New Roman" w:hAnsi="Times New Roman" w:cs="Times New Roman"/>
            <w:lang w:val="zh-TW" w:eastAsia="zh-TW"/>
          </w:rPr>
          <w:t>共</w:t>
        </w:r>
        <w:r w:rsidR="004606FB" w:rsidRPr="004606FB">
          <w:rPr>
            <w:rFonts w:ascii="Times New Roman" w:hAnsi="Times New Roman" w:cs="Times New Roman"/>
            <w:lang w:val="zh-TW" w:eastAsia="zh-TW"/>
          </w:rPr>
          <w:t xml:space="preserve"> </w:t>
        </w:r>
        <w:r w:rsidR="004606FB" w:rsidRPr="004606FB">
          <w:rPr>
            <w:rFonts w:ascii="Times New Roman" w:hAnsi="Times New Roman" w:cs="Times New Roman"/>
            <w:bCs/>
            <w:lang w:eastAsia="zh-TW"/>
          </w:rPr>
          <w:fldChar w:fldCharType="begin"/>
        </w:r>
        <w:r w:rsidR="004606FB" w:rsidRPr="004606FB">
          <w:rPr>
            <w:rFonts w:ascii="Times New Roman" w:hAnsi="Times New Roman" w:cs="Times New Roman"/>
            <w:bCs/>
            <w:lang w:eastAsia="zh-TW"/>
          </w:rPr>
          <w:instrText>NUMPAGES  \* Arabic  \* MERGEFORMAT</w:instrText>
        </w:r>
        <w:r w:rsidR="004606FB" w:rsidRPr="004606FB">
          <w:rPr>
            <w:rFonts w:ascii="Times New Roman" w:hAnsi="Times New Roman" w:cs="Times New Roman"/>
            <w:bCs/>
            <w:lang w:eastAsia="zh-TW"/>
          </w:rPr>
          <w:fldChar w:fldCharType="separate"/>
        </w:r>
        <w:r w:rsidR="00880FDC" w:rsidRPr="00880FDC">
          <w:rPr>
            <w:rFonts w:ascii="Times New Roman" w:hAnsi="Times New Roman" w:cs="Times New Roman"/>
            <w:bCs/>
            <w:noProof/>
            <w:lang w:val="zh-TW" w:eastAsia="zh-TW"/>
          </w:rPr>
          <w:t>3</w:t>
        </w:r>
        <w:r w:rsidR="004606FB" w:rsidRPr="004606FB">
          <w:rPr>
            <w:rFonts w:ascii="Times New Roman" w:hAnsi="Times New Roman" w:cs="Times New Roman"/>
            <w:bCs/>
            <w:lang w:eastAsia="zh-TW"/>
          </w:rPr>
          <w:fldChar w:fldCharType="end"/>
        </w:r>
        <w:r w:rsidR="006433E4">
          <w:rPr>
            <w:rFonts w:ascii="Times New Roman" w:hAnsi="Times New Roman" w:cs="Times New Roman" w:hint="eastAsia"/>
            <w:bCs/>
            <w:lang w:eastAsia="zh-TW"/>
          </w:rPr>
          <w:t xml:space="preserve"> </w:t>
        </w:r>
      </w:sdtContent>
    </w:sdt>
    <w:r w:rsidR="004606FB" w:rsidRPr="004606FB">
      <w:rPr>
        <w:rFonts w:ascii="Times New Roman" w:hAnsi="Times New Roman" w:cs="Times New Roman"/>
        <w:lang w:eastAsia="zh-TW"/>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BECC2" w14:textId="77777777" w:rsidR="00B66648" w:rsidRDefault="00B66648" w:rsidP="00E051F1">
      <w:pPr>
        <w:spacing w:after="0" w:line="240" w:lineRule="auto"/>
      </w:pPr>
      <w:r>
        <w:separator/>
      </w:r>
    </w:p>
  </w:footnote>
  <w:footnote w:type="continuationSeparator" w:id="0">
    <w:p w14:paraId="4E7CB36A" w14:textId="77777777" w:rsidR="00B66648" w:rsidRDefault="00B66648" w:rsidP="00E05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DF977" w14:textId="77777777" w:rsidR="00CF5CCF" w:rsidRPr="00CF5CCF" w:rsidRDefault="00CF5CCF" w:rsidP="00CF5CCF">
    <w:pPr>
      <w:pStyle w:val="a5"/>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0B75339"/>
    <w:multiLevelType w:val="hybridMultilevel"/>
    <w:tmpl w:val="5524D464"/>
    <w:lvl w:ilvl="0" w:tplc="8C529E2A">
      <w:start w:val="1"/>
      <w:numFmt w:val="decimal"/>
      <w:lvlText w:val="%1."/>
      <w:lvlJc w:val="left"/>
      <w:pPr>
        <w:ind w:left="1240" w:hanging="360"/>
      </w:pPr>
      <w:rPr>
        <w:rFonts w:hint="default"/>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0" w15:restartNumberingAfterBreak="0">
    <w:nsid w:val="30810866"/>
    <w:multiLevelType w:val="hybridMultilevel"/>
    <w:tmpl w:val="43E4E37E"/>
    <w:lvl w:ilvl="0" w:tplc="CA467DC4">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20C22A4"/>
    <w:multiLevelType w:val="hybridMultilevel"/>
    <w:tmpl w:val="84681128"/>
    <w:lvl w:ilvl="0" w:tplc="69B239CC">
      <w:start w:val="1"/>
      <w:numFmt w:val="decimal"/>
      <w:lvlText w:val="(%1)"/>
      <w:lvlJc w:val="left"/>
      <w:pPr>
        <w:ind w:left="480" w:hanging="480"/>
      </w:pPr>
      <w:rPr>
        <w:rFonts w:ascii="Times New Roman" w:hAnsi="Times New Roman" w:cs="Times New Roman" w:hint="default"/>
        <w:sz w:val="22"/>
        <w:szCs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415E6F84"/>
    <w:multiLevelType w:val="hybridMultilevel"/>
    <w:tmpl w:val="EBFCD2F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0B72FD0"/>
    <w:multiLevelType w:val="hybridMultilevel"/>
    <w:tmpl w:val="943EA696"/>
    <w:lvl w:ilvl="0" w:tplc="602E2F16">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64956ECC"/>
    <w:multiLevelType w:val="hybridMultilevel"/>
    <w:tmpl w:val="8B884D86"/>
    <w:lvl w:ilvl="0" w:tplc="D90EAA58">
      <w:start w:val="1"/>
      <w:numFmt w:val="decimal"/>
      <w:lvlText w:val="(%1)"/>
      <w:lvlJc w:val="left"/>
      <w:pPr>
        <w:ind w:left="1548" w:hanging="480"/>
      </w:pPr>
      <w:rPr>
        <w:rFonts w:hint="eastAsia"/>
      </w:rPr>
    </w:lvl>
    <w:lvl w:ilvl="1" w:tplc="04090019" w:tentative="1">
      <w:start w:val="1"/>
      <w:numFmt w:val="ideographTraditional"/>
      <w:lvlText w:val="%2、"/>
      <w:lvlJc w:val="left"/>
      <w:pPr>
        <w:ind w:left="2028" w:hanging="480"/>
      </w:pPr>
    </w:lvl>
    <w:lvl w:ilvl="2" w:tplc="0409001B" w:tentative="1">
      <w:start w:val="1"/>
      <w:numFmt w:val="lowerRoman"/>
      <w:lvlText w:val="%3."/>
      <w:lvlJc w:val="right"/>
      <w:pPr>
        <w:ind w:left="2508" w:hanging="480"/>
      </w:pPr>
    </w:lvl>
    <w:lvl w:ilvl="3" w:tplc="0409000F" w:tentative="1">
      <w:start w:val="1"/>
      <w:numFmt w:val="decimal"/>
      <w:lvlText w:val="%4."/>
      <w:lvlJc w:val="left"/>
      <w:pPr>
        <w:ind w:left="2988" w:hanging="480"/>
      </w:pPr>
    </w:lvl>
    <w:lvl w:ilvl="4" w:tplc="04090019" w:tentative="1">
      <w:start w:val="1"/>
      <w:numFmt w:val="ideographTraditional"/>
      <w:lvlText w:val="%5、"/>
      <w:lvlJc w:val="left"/>
      <w:pPr>
        <w:ind w:left="3468" w:hanging="480"/>
      </w:pPr>
    </w:lvl>
    <w:lvl w:ilvl="5" w:tplc="0409001B" w:tentative="1">
      <w:start w:val="1"/>
      <w:numFmt w:val="lowerRoman"/>
      <w:lvlText w:val="%6."/>
      <w:lvlJc w:val="right"/>
      <w:pPr>
        <w:ind w:left="3948" w:hanging="480"/>
      </w:pPr>
    </w:lvl>
    <w:lvl w:ilvl="6" w:tplc="0409000F" w:tentative="1">
      <w:start w:val="1"/>
      <w:numFmt w:val="decimal"/>
      <w:lvlText w:val="%7."/>
      <w:lvlJc w:val="left"/>
      <w:pPr>
        <w:ind w:left="4428" w:hanging="480"/>
      </w:pPr>
    </w:lvl>
    <w:lvl w:ilvl="7" w:tplc="04090019" w:tentative="1">
      <w:start w:val="1"/>
      <w:numFmt w:val="ideographTraditional"/>
      <w:lvlText w:val="%8、"/>
      <w:lvlJc w:val="left"/>
      <w:pPr>
        <w:ind w:left="4908" w:hanging="480"/>
      </w:pPr>
    </w:lvl>
    <w:lvl w:ilvl="8" w:tplc="0409001B" w:tentative="1">
      <w:start w:val="1"/>
      <w:numFmt w:val="lowerRoman"/>
      <w:lvlText w:val="%9."/>
      <w:lvlJc w:val="right"/>
      <w:pPr>
        <w:ind w:left="5388" w:hanging="480"/>
      </w:pPr>
    </w:lvl>
  </w:abstractNum>
  <w:abstractNum w:abstractNumId="15" w15:restartNumberingAfterBreak="0">
    <w:nsid w:val="664E061A"/>
    <w:multiLevelType w:val="hybridMultilevel"/>
    <w:tmpl w:val="FC32A15E"/>
    <w:lvl w:ilvl="0" w:tplc="17BA854C">
      <w:start w:val="1"/>
      <w:numFmt w:val="decimal"/>
      <w:lvlText w:val="%1."/>
      <w:lvlJc w:val="left"/>
      <w:pPr>
        <w:ind w:left="1360" w:hanging="480"/>
      </w:pPr>
      <w:rPr>
        <w:rFonts w:hint="eastAsia"/>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6" w15:restartNumberingAfterBreak="0">
    <w:nsid w:val="71411212"/>
    <w:multiLevelType w:val="hybridMultilevel"/>
    <w:tmpl w:val="FC32A15E"/>
    <w:lvl w:ilvl="0" w:tplc="17BA854C">
      <w:start w:val="1"/>
      <w:numFmt w:val="decimal"/>
      <w:lvlText w:val="%1."/>
      <w:lvlJc w:val="left"/>
      <w:pPr>
        <w:ind w:left="1360" w:hanging="480"/>
      </w:pPr>
      <w:rPr>
        <w:rFonts w:hint="eastAsia"/>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7" w15:restartNumberingAfterBreak="0">
    <w:nsid w:val="79A50E86"/>
    <w:multiLevelType w:val="hybridMultilevel"/>
    <w:tmpl w:val="2D8E1992"/>
    <w:lvl w:ilvl="0" w:tplc="7278D238">
      <w:start w:val="30"/>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663322543">
    <w:abstractNumId w:val="8"/>
  </w:num>
  <w:num w:numId="2" w16cid:durableId="1871456446">
    <w:abstractNumId w:val="6"/>
  </w:num>
  <w:num w:numId="3" w16cid:durableId="544104999">
    <w:abstractNumId w:val="5"/>
  </w:num>
  <w:num w:numId="4" w16cid:durableId="252201963">
    <w:abstractNumId w:val="4"/>
  </w:num>
  <w:num w:numId="5" w16cid:durableId="1772512637">
    <w:abstractNumId w:val="7"/>
  </w:num>
  <w:num w:numId="6" w16cid:durableId="384838956">
    <w:abstractNumId w:val="3"/>
  </w:num>
  <w:num w:numId="7" w16cid:durableId="345248564">
    <w:abstractNumId w:val="2"/>
  </w:num>
  <w:num w:numId="8" w16cid:durableId="1390180336">
    <w:abstractNumId w:val="1"/>
  </w:num>
  <w:num w:numId="9" w16cid:durableId="728382402">
    <w:abstractNumId w:val="0"/>
  </w:num>
  <w:num w:numId="10" w16cid:durableId="331762051">
    <w:abstractNumId w:val="16"/>
  </w:num>
  <w:num w:numId="11" w16cid:durableId="1644113855">
    <w:abstractNumId w:val="9"/>
  </w:num>
  <w:num w:numId="12" w16cid:durableId="624778755">
    <w:abstractNumId w:val="17"/>
  </w:num>
  <w:num w:numId="13" w16cid:durableId="2114781670">
    <w:abstractNumId w:val="10"/>
  </w:num>
  <w:num w:numId="14" w16cid:durableId="2033534878">
    <w:abstractNumId w:val="14"/>
  </w:num>
  <w:num w:numId="15" w16cid:durableId="1187019725">
    <w:abstractNumId w:val="15"/>
  </w:num>
  <w:num w:numId="16" w16cid:durableId="443155426">
    <w:abstractNumId w:val="13"/>
  </w:num>
  <w:num w:numId="17" w16cid:durableId="1344287042">
    <w:abstractNumId w:val="11"/>
  </w:num>
  <w:num w:numId="18" w16cid:durableId="10366608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062D"/>
    <w:rsid w:val="00026295"/>
    <w:rsid w:val="00033786"/>
    <w:rsid w:val="00034616"/>
    <w:rsid w:val="00055EE4"/>
    <w:rsid w:val="0006063C"/>
    <w:rsid w:val="000774B1"/>
    <w:rsid w:val="0008673E"/>
    <w:rsid w:val="000965C7"/>
    <w:rsid w:val="000C383E"/>
    <w:rsid w:val="000C5DF0"/>
    <w:rsid w:val="000D19DE"/>
    <w:rsid w:val="000E243F"/>
    <w:rsid w:val="000E4A73"/>
    <w:rsid w:val="000F3C5E"/>
    <w:rsid w:val="00102998"/>
    <w:rsid w:val="00127418"/>
    <w:rsid w:val="0015074B"/>
    <w:rsid w:val="00160756"/>
    <w:rsid w:val="00177800"/>
    <w:rsid w:val="00195BB5"/>
    <w:rsid w:val="001B106D"/>
    <w:rsid w:val="001D58B4"/>
    <w:rsid w:val="00223A5F"/>
    <w:rsid w:val="002533C6"/>
    <w:rsid w:val="00273F4E"/>
    <w:rsid w:val="00287012"/>
    <w:rsid w:val="0029639D"/>
    <w:rsid w:val="002B157B"/>
    <w:rsid w:val="002B1B77"/>
    <w:rsid w:val="002B43BD"/>
    <w:rsid w:val="002C77C5"/>
    <w:rsid w:val="002E2337"/>
    <w:rsid w:val="002E7A5C"/>
    <w:rsid w:val="0030198A"/>
    <w:rsid w:val="0031237C"/>
    <w:rsid w:val="00316FB7"/>
    <w:rsid w:val="0032250D"/>
    <w:rsid w:val="00323F36"/>
    <w:rsid w:val="00326F90"/>
    <w:rsid w:val="00336C08"/>
    <w:rsid w:val="00361081"/>
    <w:rsid w:val="00362463"/>
    <w:rsid w:val="003C46B7"/>
    <w:rsid w:val="003D6777"/>
    <w:rsid w:val="00404D66"/>
    <w:rsid w:val="00410756"/>
    <w:rsid w:val="00413E31"/>
    <w:rsid w:val="00427121"/>
    <w:rsid w:val="00430E43"/>
    <w:rsid w:val="00432258"/>
    <w:rsid w:val="0043793D"/>
    <w:rsid w:val="004437B4"/>
    <w:rsid w:val="004606FB"/>
    <w:rsid w:val="0047131C"/>
    <w:rsid w:val="00472429"/>
    <w:rsid w:val="00495E43"/>
    <w:rsid w:val="004A03F3"/>
    <w:rsid w:val="004A0BC0"/>
    <w:rsid w:val="004A1244"/>
    <w:rsid w:val="004A7320"/>
    <w:rsid w:val="004B4063"/>
    <w:rsid w:val="004D07F3"/>
    <w:rsid w:val="004D7D42"/>
    <w:rsid w:val="004E03E6"/>
    <w:rsid w:val="004E3A0E"/>
    <w:rsid w:val="004E42E8"/>
    <w:rsid w:val="004F73CA"/>
    <w:rsid w:val="00524026"/>
    <w:rsid w:val="00527535"/>
    <w:rsid w:val="00534D21"/>
    <w:rsid w:val="00554C2F"/>
    <w:rsid w:val="00566941"/>
    <w:rsid w:val="005717A6"/>
    <w:rsid w:val="0058610C"/>
    <w:rsid w:val="005A77F8"/>
    <w:rsid w:val="005F2B47"/>
    <w:rsid w:val="005F466A"/>
    <w:rsid w:val="0064176C"/>
    <w:rsid w:val="00642C71"/>
    <w:rsid w:val="006433E4"/>
    <w:rsid w:val="00646506"/>
    <w:rsid w:val="006635BA"/>
    <w:rsid w:val="00670A45"/>
    <w:rsid w:val="006734E9"/>
    <w:rsid w:val="00684030"/>
    <w:rsid w:val="00687D04"/>
    <w:rsid w:val="00691B30"/>
    <w:rsid w:val="006F1F00"/>
    <w:rsid w:val="00727BF4"/>
    <w:rsid w:val="007512A6"/>
    <w:rsid w:val="007558F6"/>
    <w:rsid w:val="00756FD6"/>
    <w:rsid w:val="00772475"/>
    <w:rsid w:val="00780470"/>
    <w:rsid w:val="0078122F"/>
    <w:rsid w:val="007A644A"/>
    <w:rsid w:val="007B0D2E"/>
    <w:rsid w:val="007C6C38"/>
    <w:rsid w:val="007C6C9A"/>
    <w:rsid w:val="007D109F"/>
    <w:rsid w:val="007E3636"/>
    <w:rsid w:val="007E7C82"/>
    <w:rsid w:val="0080215E"/>
    <w:rsid w:val="008156EE"/>
    <w:rsid w:val="0083014D"/>
    <w:rsid w:val="00834590"/>
    <w:rsid w:val="0084247D"/>
    <w:rsid w:val="0085659D"/>
    <w:rsid w:val="00864B89"/>
    <w:rsid w:val="00880FDC"/>
    <w:rsid w:val="00887FCE"/>
    <w:rsid w:val="00892FEA"/>
    <w:rsid w:val="008A1139"/>
    <w:rsid w:val="008D6416"/>
    <w:rsid w:val="008D6932"/>
    <w:rsid w:val="008F0F03"/>
    <w:rsid w:val="009307D6"/>
    <w:rsid w:val="00931C0E"/>
    <w:rsid w:val="00933DA5"/>
    <w:rsid w:val="0094516F"/>
    <w:rsid w:val="0095371C"/>
    <w:rsid w:val="00956192"/>
    <w:rsid w:val="0096632F"/>
    <w:rsid w:val="00973F7C"/>
    <w:rsid w:val="00992BEF"/>
    <w:rsid w:val="009A78A0"/>
    <w:rsid w:val="009C7516"/>
    <w:rsid w:val="009F6326"/>
    <w:rsid w:val="00A00D91"/>
    <w:rsid w:val="00A02819"/>
    <w:rsid w:val="00A22CA5"/>
    <w:rsid w:val="00A330D0"/>
    <w:rsid w:val="00A35543"/>
    <w:rsid w:val="00A3752C"/>
    <w:rsid w:val="00A52FFE"/>
    <w:rsid w:val="00A54008"/>
    <w:rsid w:val="00A6724A"/>
    <w:rsid w:val="00A8034A"/>
    <w:rsid w:val="00A93C47"/>
    <w:rsid w:val="00AA1D8D"/>
    <w:rsid w:val="00AA3D8E"/>
    <w:rsid w:val="00AC384C"/>
    <w:rsid w:val="00AE3FC3"/>
    <w:rsid w:val="00AE56DB"/>
    <w:rsid w:val="00AF4ABF"/>
    <w:rsid w:val="00B444CA"/>
    <w:rsid w:val="00B44504"/>
    <w:rsid w:val="00B4450F"/>
    <w:rsid w:val="00B47730"/>
    <w:rsid w:val="00B66648"/>
    <w:rsid w:val="00B70D10"/>
    <w:rsid w:val="00B71FD1"/>
    <w:rsid w:val="00B7367B"/>
    <w:rsid w:val="00B9137C"/>
    <w:rsid w:val="00BA4F02"/>
    <w:rsid w:val="00BB47AD"/>
    <w:rsid w:val="00BD55E7"/>
    <w:rsid w:val="00BD7611"/>
    <w:rsid w:val="00BE2430"/>
    <w:rsid w:val="00BE5BBC"/>
    <w:rsid w:val="00BE6B0E"/>
    <w:rsid w:val="00C0650E"/>
    <w:rsid w:val="00C25C31"/>
    <w:rsid w:val="00C345FE"/>
    <w:rsid w:val="00C57983"/>
    <w:rsid w:val="00C61CAE"/>
    <w:rsid w:val="00C7260D"/>
    <w:rsid w:val="00C7691B"/>
    <w:rsid w:val="00C80A19"/>
    <w:rsid w:val="00C86FD9"/>
    <w:rsid w:val="00C87D58"/>
    <w:rsid w:val="00C9567E"/>
    <w:rsid w:val="00C962C1"/>
    <w:rsid w:val="00C97F10"/>
    <w:rsid w:val="00CA2387"/>
    <w:rsid w:val="00CA3BC5"/>
    <w:rsid w:val="00CB0664"/>
    <w:rsid w:val="00CB7F52"/>
    <w:rsid w:val="00CD1228"/>
    <w:rsid w:val="00CF5CCF"/>
    <w:rsid w:val="00D21493"/>
    <w:rsid w:val="00D50B79"/>
    <w:rsid w:val="00D6384D"/>
    <w:rsid w:val="00D71016"/>
    <w:rsid w:val="00D72591"/>
    <w:rsid w:val="00D97B19"/>
    <w:rsid w:val="00DA0C42"/>
    <w:rsid w:val="00DA7CC9"/>
    <w:rsid w:val="00DC252A"/>
    <w:rsid w:val="00E02449"/>
    <w:rsid w:val="00E051F1"/>
    <w:rsid w:val="00E54FFF"/>
    <w:rsid w:val="00E5564C"/>
    <w:rsid w:val="00E8317B"/>
    <w:rsid w:val="00E9345C"/>
    <w:rsid w:val="00EA1EF1"/>
    <w:rsid w:val="00EA64ED"/>
    <w:rsid w:val="00EB355C"/>
    <w:rsid w:val="00EC0C7E"/>
    <w:rsid w:val="00EC328F"/>
    <w:rsid w:val="00EC3421"/>
    <w:rsid w:val="00EC793D"/>
    <w:rsid w:val="00ED1A61"/>
    <w:rsid w:val="00EE45AD"/>
    <w:rsid w:val="00EF5221"/>
    <w:rsid w:val="00F0431C"/>
    <w:rsid w:val="00F05E09"/>
    <w:rsid w:val="00F13D26"/>
    <w:rsid w:val="00F36395"/>
    <w:rsid w:val="00F85548"/>
    <w:rsid w:val="00FC408B"/>
    <w:rsid w:val="00FC4D82"/>
    <w:rsid w:val="00FC678E"/>
    <w:rsid w:val="00FC693F"/>
    <w:rsid w:val="00FC763C"/>
    <w:rsid w:val="00FD25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E62B3D"/>
  <w14:defaultImageDpi w14:val="300"/>
  <w15:docId w15:val="{6CBDF8C2-5BD0-4972-8A3D-73AD42E6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標楷體" w:eastAsia="標楷體" w:hAnsi="標楷體"/>
      <w:color w:val="33333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E5886-2E28-4179-8802-F3600A226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沈靜芝</cp:lastModifiedBy>
  <cp:revision>3</cp:revision>
  <cp:lastPrinted>2026-08-31T09:27:00Z</cp:lastPrinted>
  <dcterms:created xsi:type="dcterms:W3CDTF">2026-09-09T17:28:00Z</dcterms:created>
  <dcterms:modified xsi:type="dcterms:W3CDTF">2026-09-09T23:59:00Z</dcterms:modified>
  <cp:category/>
</cp:coreProperties>
</file>