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808C3" w14:textId="77777777" w:rsidR="00D50B79" w:rsidRPr="00D046EE" w:rsidRDefault="00D50B79" w:rsidP="00D50B79">
      <w:pPr>
        <w:spacing w:after="0" w:line="240" w:lineRule="auto"/>
        <w:jc w:val="center"/>
        <w:rPr>
          <w:b/>
          <w:bCs/>
          <w:color w:val="auto"/>
          <w:sz w:val="32"/>
          <w:szCs w:val="32"/>
          <w:lang w:eastAsia="zh-TW"/>
        </w:rPr>
      </w:pPr>
      <w:r w:rsidRPr="00D046EE">
        <w:rPr>
          <w:rFonts w:hint="eastAsia"/>
          <w:b/>
          <w:bCs/>
          <w:color w:val="auto"/>
          <w:sz w:val="32"/>
          <w:szCs w:val="32"/>
          <w:lang w:eastAsia="zh-TW"/>
        </w:rPr>
        <w:t>東吳大學財務工程與精算數學系 新光人壽獎助學金基金會獎補助</w:t>
      </w:r>
    </w:p>
    <w:p w14:paraId="5094FECD" w14:textId="4100ABC1" w:rsidR="004E3A0E" w:rsidRPr="004E3A0E" w:rsidRDefault="00D50B79" w:rsidP="00266C8E">
      <w:pPr>
        <w:snapToGrid w:val="0"/>
        <w:spacing w:after="0" w:line="240" w:lineRule="auto"/>
        <w:jc w:val="right"/>
        <w:rPr>
          <w:b/>
          <w:bCs/>
          <w:color w:val="auto"/>
          <w:sz w:val="32"/>
          <w:szCs w:val="32"/>
          <w:lang w:eastAsia="zh-TW"/>
        </w:rPr>
      </w:pPr>
      <w:r w:rsidRPr="00D046EE">
        <w:rPr>
          <w:b/>
          <w:color w:val="auto"/>
          <w:sz w:val="32"/>
          <w:lang w:eastAsia="zh-TW"/>
        </w:rPr>
        <w:t>學生參與學術研究／教師辦理專題競賽 獎助申請表</w:t>
      </w:r>
      <w:r w:rsidR="00266C8E">
        <w:rPr>
          <w:rFonts w:hint="eastAsia"/>
          <w:b/>
          <w:color w:val="auto"/>
          <w:sz w:val="32"/>
          <w:lang w:eastAsia="zh-TW"/>
        </w:rPr>
        <w:t xml:space="preserve">    </w:t>
      </w:r>
      <w:r w:rsidR="00266C8E" w:rsidRPr="00266C8E">
        <w:rPr>
          <w:rFonts w:ascii="Times New Roman" w:hAnsi="Times New Roman" w:cs="Times New Roman"/>
          <w:b/>
          <w:bCs/>
          <w:lang w:eastAsia="zh-TW"/>
        </w:rPr>
        <w:t>115.</w:t>
      </w:r>
      <w:r w:rsidR="00266C8E" w:rsidRPr="00266C8E">
        <w:rPr>
          <w:rFonts w:ascii="Times New Roman" w:hAnsi="Times New Roman" w:cs="Times New Roman" w:hint="eastAsia"/>
          <w:b/>
          <w:bCs/>
          <w:lang w:eastAsia="zh-TW"/>
        </w:rPr>
        <w:t>09</w:t>
      </w:r>
      <w:r w:rsidR="00266C8E" w:rsidRPr="00266C8E">
        <w:rPr>
          <w:rFonts w:ascii="Times New Roman" w:hAnsi="Times New Roman" w:cs="Times New Roman"/>
          <w:b/>
          <w:bCs/>
          <w:lang w:eastAsia="zh-TW"/>
        </w:rPr>
        <w:t>.</w:t>
      </w:r>
      <w:r w:rsidR="00266C8E" w:rsidRPr="00266C8E">
        <w:rPr>
          <w:rFonts w:ascii="Times New Roman" w:hAnsi="Times New Roman" w:cs="Times New Roman" w:hint="eastAsia"/>
          <w:b/>
          <w:bCs/>
          <w:lang w:eastAsia="zh-TW"/>
        </w:rPr>
        <w:t>10</w:t>
      </w:r>
      <w:r w:rsidR="00266C8E" w:rsidRPr="00266C8E">
        <w:rPr>
          <w:rFonts w:ascii="Times New Roman" w:hAnsi="Times New Roman" w:cs="Times New Roman"/>
          <w:b/>
          <w:bCs/>
          <w:lang w:eastAsia="zh-TW"/>
        </w:rPr>
        <w:t>版</w:t>
      </w:r>
    </w:p>
    <w:tbl>
      <w:tblPr>
        <w:tblStyle w:val="aff2"/>
        <w:tblW w:w="1075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970"/>
        <w:gridCol w:w="4111"/>
        <w:gridCol w:w="1842"/>
        <w:gridCol w:w="2835"/>
      </w:tblGrid>
      <w:tr w:rsidR="00D50B79" w:rsidRPr="00A93C47" w14:paraId="36D2957A" w14:textId="77777777" w:rsidTr="00C87D58">
        <w:trPr>
          <w:trHeight w:val="587"/>
          <w:jc w:val="center"/>
        </w:trPr>
        <w:tc>
          <w:tcPr>
            <w:tcW w:w="10758" w:type="dxa"/>
            <w:gridSpan w:val="4"/>
            <w:tcBorders>
              <w:top w:val="double" w:sz="4" w:space="0" w:color="auto"/>
              <w:bottom w:val="double" w:sz="4" w:space="0" w:color="auto"/>
            </w:tcBorders>
            <w:shd w:val="clear" w:color="auto" w:fill="F2F2F2" w:themeFill="background1" w:themeFillShade="F2"/>
            <w:vAlign w:val="center"/>
          </w:tcPr>
          <w:p w14:paraId="7EFFCFC4" w14:textId="77777777" w:rsidR="00D50B79" w:rsidRPr="00A93C47" w:rsidRDefault="00D50B79" w:rsidP="00160756">
            <w:pPr>
              <w:jc w:val="center"/>
              <w:rPr>
                <w:color w:val="auto"/>
                <w:sz w:val="24"/>
                <w:szCs w:val="24"/>
                <w:lang w:eastAsia="zh-TW"/>
              </w:rPr>
            </w:pPr>
            <w:r w:rsidRPr="00A93C47">
              <w:rPr>
                <w:rFonts w:hint="eastAsia"/>
                <w:b/>
                <w:color w:val="auto"/>
                <w:sz w:val="24"/>
                <w:szCs w:val="24"/>
                <w:lang w:eastAsia="zh-TW"/>
              </w:rPr>
              <w:t>【一、申請人基本資料】</w:t>
            </w:r>
          </w:p>
        </w:tc>
      </w:tr>
      <w:tr w:rsidR="00D50B79" w:rsidRPr="00A93C47" w14:paraId="7D9C2FF1" w14:textId="77777777" w:rsidTr="00C87D58">
        <w:trPr>
          <w:trHeight w:val="680"/>
          <w:jc w:val="center"/>
        </w:trPr>
        <w:tc>
          <w:tcPr>
            <w:tcW w:w="1970" w:type="dxa"/>
            <w:tcBorders>
              <w:top w:val="double" w:sz="4" w:space="0" w:color="auto"/>
            </w:tcBorders>
            <w:shd w:val="clear" w:color="auto" w:fill="F2F2F2" w:themeFill="background1" w:themeFillShade="F2"/>
            <w:vAlign w:val="center"/>
          </w:tcPr>
          <w:p w14:paraId="47BD4C27" w14:textId="77777777" w:rsidR="00D50B79" w:rsidRPr="00A93C47" w:rsidRDefault="00D50B79" w:rsidP="00D50B79">
            <w:pPr>
              <w:jc w:val="center"/>
              <w:rPr>
                <w:b/>
                <w:color w:val="auto"/>
                <w:sz w:val="24"/>
                <w:szCs w:val="24"/>
                <w:lang w:eastAsia="zh-TW"/>
              </w:rPr>
            </w:pPr>
            <w:proofErr w:type="spellStart"/>
            <w:r w:rsidRPr="00A93C47">
              <w:rPr>
                <w:rFonts w:hint="eastAsia"/>
                <w:b/>
                <w:color w:val="auto"/>
                <w:sz w:val="24"/>
                <w:szCs w:val="24"/>
              </w:rPr>
              <w:t>申請身</w:t>
            </w:r>
            <w:proofErr w:type="spellEnd"/>
            <w:r w:rsidRPr="00A93C47">
              <w:rPr>
                <w:rFonts w:hint="eastAsia"/>
                <w:b/>
                <w:color w:val="auto"/>
                <w:sz w:val="24"/>
                <w:szCs w:val="24"/>
                <w:lang w:eastAsia="zh-TW"/>
              </w:rPr>
              <w:t>份</w:t>
            </w:r>
          </w:p>
        </w:tc>
        <w:tc>
          <w:tcPr>
            <w:tcW w:w="8788" w:type="dxa"/>
            <w:gridSpan w:val="3"/>
            <w:tcBorders>
              <w:top w:val="double" w:sz="4" w:space="0" w:color="auto"/>
            </w:tcBorders>
            <w:vAlign w:val="center"/>
          </w:tcPr>
          <w:p w14:paraId="441F3E0C" w14:textId="77777777" w:rsidR="00D50B79" w:rsidRPr="00A93C47" w:rsidRDefault="00D50B79" w:rsidP="00D50B79">
            <w:pPr>
              <w:rPr>
                <w:color w:val="auto"/>
                <w:sz w:val="24"/>
                <w:szCs w:val="24"/>
                <w:lang w:eastAsia="zh-TW"/>
              </w:rPr>
            </w:pPr>
            <w:r w:rsidRPr="00A93C47">
              <w:rPr>
                <w:rFonts w:hint="eastAsia"/>
                <w:color w:val="auto"/>
                <w:sz w:val="24"/>
                <w:szCs w:val="24"/>
                <w:lang w:eastAsia="zh-TW"/>
              </w:rPr>
              <w:t>□</w:t>
            </w:r>
            <w:r w:rsidRPr="00A93C47">
              <w:rPr>
                <w:color w:val="auto"/>
                <w:sz w:val="24"/>
                <w:szCs w:val="24"/>
                <w:lang w:eastAsia="zh-TW"/>
              </w:rPr>
              <w:t xml:space="preserve"> 學生（參與學術研究/發表）        □ 教師（辦理專題競賽）</w:t>
            </w:r>
          </w:p>
        </w:tc>
      </w:tr>
      <w:tr w:rsidR="00D50B79" w:rsidRPr="00A93C47" w14:paraId="674FCF6E" w14:textId="77777777" w:rsidTr="009C7516">
        <w:trPr>
          <w:trHeight w:val="680"/>
          <w:jc w:val="center"/>
        </w:trPr>
        <w:tc>
          <w:tcPr>
            <w:tcW w:w="1970" w:type="dxa"/>
            <w:shd w:val="clear" w:color="auto" w:fill="F2F2F2" w:themeFill="background1" w:themeFillShade="F2"/>
            <w:vAlign w:val="center"/>
          </w:tcPr>
          <w:p w14:paraId="6BE82BBB" w14:textId="77777777" w:rsidR="00D50B79" w:rsidRPr="00A93C47" w:rsidRDefault="00D50B79" w:rsidP="0001062D">
            <w:pPr>
              <w:jc w:val="center"/>
              <w:rPr>
                <w:b/>
                <w:color w:val="auto"/>
                <w:sz w:val="24"/>
                <w:szCs w:val="24"/>
              </w:rPr>
            </w:pPr>
            <w:r w:rsidRPr="00A93C47">
              <w:rPr>
                <w:rFonts w:hint="eastAsia"/>
                <w:b/>
                <w:color w:val="auto"/>
                <w:sz w:val="24"/>
                <w:szCs w:val="24"/>
                <w:lang w:eastAsia="zh-TW"/>
              </w:rPr>
              <w:t>申請人姓名</w:t>
            </w:r>
          </w:p>
        </w:tc>
        <w:tc>
          <w:tcPr>
            <w:tcW w:w="4111" w:type="dxa"/>
            <w:vAlign w:val="center"/>
          </w:tcPr>
          <w:p w14:paraId="44E29673" w14:textId="77777777" w:rsidR="00D50B79" w:rsidRPr="00A93C47" w:rsidRDefault="00D50B79" w:rsidP="00160756">
            <w:pPr>
              <w:jc w:val="center"/>
              <w:rPr>
                <w:color w:val="auto"/>
                <w:sz w:val="24"/>
                <w:szCs w:val="24"/>
              </w:rPr>
            </w:pPr>
          </w:p>
        </w:tc>
        <w:tc>
          <w:tcPr>
            <w:tcW w:w="1842" w:type="dxa"/>
            <w:tcBorders>
              <w:top w:val="single" w:sz="6" w:space="0" w:color="auto"/>
              <w:bottom w:val="single" w:sz="6" w:space="0" w:color="auto"/>
            </w:tcBorders>
            <w:shd w:val="clear" w:color="auto" w:fill="F2F2F2" w:themeFill="background1" w:themeFillShade="F2"/>
            <w:vAlign w:val="center"/>
          </w:tcPr>
          <w:p w14:paraId="43B29ACF" w14:textId="77777777" w:rsidR="00D50B79" w:rsidRPr="00A93C47" w:rsidRDefault="00D50B79" w:rsidP="00160756">
            <w:pPr>
              <w:jc w:val="center"/>
              <w:rPr>
                <w:color w:val="auto"/>
                <w:sz w:val="24"/>
                <w:szCs w:val="24"/>
              </w:rPr>
            </w:pPr>
            <w:proofErr w:type="spellStart"/>
            <w:r w:rsidRPr="00A93C47">
              <w:rPr>
                <w:rFonts w:hint="eastAsia"/>
                <w:b/>
                <w:color w:val="auto"/>
                <w:sz w:val="24"/>
                <w:szCs w:val="24"/>
              </w:rPr>
              <w:t>學號</w:t>
            </w:r>
            <w:proofErr w:type="spellEnd"/>
            <w:r w:rsidRPr="00A93C47">
              <w:rPr>
                <w:b/>
                <w:color w:val="auto"/>
                <w:sz w:val="24"/>
                <w:szCs w:val="24"/>
              </w:rPr>
              <w:t>/</w:t>
            </w:r>
            <w:proofErr w:type="spellStart"/>
            <w:r w:rsidRPr="00A93C47">
              <w:rPr>
                <w:b/>
                <w:color w:val="auto"/>
                <w:sz w:val="24"/>
                <w:szCs w:val="24"/>
              </w:rPr>
              <w:t>員工編號</w:t>
            </w:r>
            <w:proofErr w:type="spellEnd"/>
          </w:p>
        </w:tc>
        <w:tc>
          <w:tcPr>
            <w:tcW w:w="2835" w:type="dxa"/>
            <w:tcBorders>
              <w:top w:val="single" w:sz="6" w:space="0" w:color="auto"/>
              <w:bottom w:val="single" w:sz="6" w:space="0" w:color="auto"/>
            </w:tcBorders>
            <w:vAlign w:val="center"/>
          </w:tcPr>
          <w:p w14:paraId="35E9D9A8" w14:textId="77777777" w:rsidR="00D50B79" w:rsidRPr="00A93C47" w:rsidRDefault="00D50B79" w:rsidP="00160756">
            <w:pPr>
              <w:jc w:val="center"/>
              <w:rPr>
                <w:color w:val="auto"/>
                <w:sz w:val="24"/>
                <w:szCs w:val="24"/>
              </w:rPr>
            </w:pPr>
          </w:p>
        </w:tc>
      </w:tr>
      <w:tr w:rsidR="00D50B79" w:rsidRPr="00A93C47" w14:paraId="344B4DE0" w14:textId="77777777" w:rsidTr="009C7516">
        <w:trPr>
          <w:trHeight w:val="680"/>
          <w:jc w:val="center"/>
        </w:trPr>
        <w:tc>
          <w:tcPr>
            <w:tcW w:w="1970" w:type="dxa"/>
            <w:shd w:val="clear" w:color="auto" w:fill="F2F2F2" w:themeFill="background1" w:themeFillShade="F2"/>
            <w:vAlign w:val="center"/>
          </w:tcPr>
          <w:p w14:paraId="7BD5A126" w14:textId="77777777" w:rsidR="00D50B79" w:rsidRPr="00A93C47" w:rsidRDefault="00D50B79" w:rsidP="0001062D">
            <w:pPr>
              <w:jc w:val="center"/>
              <w:rPr>
                <w:b/>
                <w:color w:val="auto"/>
                <w:sz w:val="24"/>
                <w:szCs w:val="24"/>
                <w:lang w:eastAsia="zh-TW"/>
              </w:rPr>
            </w:pPr>
            <w:r w:rsidRPr="00A93C47">
              <w:rPr>
                <w:rFonts w:hint="eastAsia"/>
                <w:b/>
                <w:color w:val="auto"/>
                <w:sz w:val="24"/>
                <w:szCs w:val="24"/>
                <w:lang w:eastAsia="zh-TW"/>
              </w:rPr>
              <w:t>系所班級</w:t>
            </w:r>
          </w:p>
        </w:tc>
        <w:tc>
          <w:tcPr>
            <w:tcW w:w="4111" w:type="dxa"/>
            <w:vAlign w:val="center"/>
          </w:tcPr>
          <w:p w14:paraId="4D94281D" w14:textId="77777777" w:rsidR="00D50B79" w:rsidRPr="00A93C47" w:rsidRDefault="00D50B79" w:rsidP="00160756">
            <w:pPr>
              <w:jc w:val="center"/>
              <w:rPr>
                <w:color w:val="auto"/>
                <w:sz w:val="24"/>
                <w:szCs w:val="24"/>
              </w:rPr>
            </w:pPr>
          </w:p>
        </w:tc>
        <w:tc>
          <w:tcPr>
            <w:tcW w:w="1842" w:type="dxa"/>
            <w:tcBorders>
              <w:top w:val="single" w:sz="6" w:space="0" w:color="auto"/>
              <w:bottom w:val="single" w:sz="6" w:space="0" w:color="auto"/>
            </w:tcBorders>
            <w:shd w:val="clear" w:color="auto" w:fill="F2F2F2" w:themeFill="background1" w:themeFillShade="F2"/>
            <w:vAlign w:val="center"/>
          </w:tcPr>
          <w:p w14:paraId="47D3BD5F" w14:textId="77777777" w:rsidR="00D50B79" w:rsidRPr="00A93C47" w:rsidRDefault="00D50B79" w:rsidP="00160756">
            <w:pPr>
              <w:jc w:val="center"/>
              <w:rPr>
                <w:b/>
                <w:color w:val="auto"/>
                <w:sz w:val="24"/>
                <w:szCs w:val="24"/>
              </w:rPr>
            </w:pPr>
            <w:proofErr w:type="spellStart"/>
            <w:r w:rsidRPr="00A93C47">
              <w:rPr>
                <w:rFonts w:hint="eastAsia"/>
                <w:b/>
                <w:color w:val="auto"/>
                <w:sz w:val="24"/>
                <w:szCs w:val="24"/>
              </w:rPr>
              <w:t>身分證</w:t>
            </w:r>
            <w:proofErr w:type="spellEnd"/>
            <w:r w:rsidRPr="00A93C47">
              <w:rPr>
                <w:rFonts w:hint="eastAsia"/>
                <w:b/>
                <w:color w:val="auto"/>
                <w:sz w:val="24"/>
                <w:szCs w:val="24"/>
                <w:lang w:eastAsia="zh-TW"/>
              </w:rPr>
              <w:t>字</w:t>
            </w:r>
            <w:r w:rsidRPr="00A93C47">
              <w:rPr>
                <w:rFonts w:hint="eastAsia"/>
                <w:b/>
                <w:color w:val="auto"/>
                <w:sz w:val="24"/>
                <w:szCs w:val="24"/>
              </w:rPr>
              <w:t>號</w:t>
            </w:r>
          </w:p>
        </w:tc>
        <w:tc>
          <w:tcPr>
            <w:tcW w:w="2835" w:type="dxa"/>
            <w:tcBorders>
              <w:top w:val="single" w:sz="6" w:space="0" w:color="auto"/>
              <w:bottom w:val="single" w:sz="6" w:space="0" w:color="auto"/>
            </w:tcBorders>
            <w:vAlign w:val="center"/>
          </w:tcPr>
          <w:p w14:paraId="2114C160" w14:textId="77777777" w:rsidR="00D50B79" w:rsidRPr="00A93C47" w:rsidRDefault="00D50B79" w:rsidP="00160756">
            <w:pPr>
              <w:jc w:val="center"/>
              <w:rPr>
                <w:color w:val="auto"/>
                <w:sz w:val="24"/>
                <w:szCs w:val="24"/>
              </w:rPr>
            </w:pPr>
          </w:p>
        </w:tc>
      </w:tr>
      <w:tr w:rsidR="00A93C47" w:rsidRPr="00A93C47" w14:paraId="5F4ADBF2" w14:textId="77777777" w:rsidTr="009C7516">
        <w:trPr>
          <w:trHeight w:val="680"/>
          <w:jc w:val="center"/>
        </w:trPr>
        <w:tc>
          <w:tcPr>
            <w:tcW w:w="1970" w:type="dxa"/>
            <w:shd w:val="clear" w:color="auto" w:fill="F2F2F2" w:themeFill="background1" w:themeFillShade="F2"/>
            <w:vAlign w:val="center"/>
          </w:tcPr>
          <w:p w14:paraId="47F76796" w14:textId="77777777" w:rsidR="00A93C47" w:rsidRPr="00A93C47" w:rsidRDefault="00A93C47" w:rsidP="0001062D">
            <w:pPr>
              <w:jc w:val="center"/>
              <w:rPr>
                <w:b/>
                <w:color w:val="auto"/>
                <w:sz w:val="24"/>
                <w:szCs w:val="24"/>
                <w:lang w:eastAsia="zh-TW"/>
              </w:rPr>
            </w:pPr>
            <w:r w:rsidRPr="00A93C47">
              <w:rPr>
                <w:rFonts w:hint="eastAsia"/>
                <w:b/>
                <w:color w:val="auto"/>
                <w:sz w:val="24"/>
                <w:szCs w:val="24"/>
                <w:lang w:eastAsia="zh-TW"/>
              </w:rPr>
              <w:t>手機號碼</w:t>
            </w:r>
          </w:p>
        </w:tc>
        <w:tc>
          <w:tcPr>
            <w:tcW w:w="4111" w:type="dxa"/>
            <w:vAlign w:val="center"/>
          </w:tcPr>
          <w:p w14:paraId="794DBDD4" w14:textId="77777777" w:rsidR="00A93C47" w:rsidRPr="00A93C47" w:rsidRDefault="00A93C47" w:rsidP="00160756">
            <w:pPr>
              <w:jc w:val="center"/>
              <w:rPr>
                <w:color w:val="auto"/>
                <w:sz w:val="24"/>
                <w:szCs w:val="24"/>
              </w:rPr>
            </w:pPr>
          </w:p>
        </w:tc>
        <w:tc>
          <w:tcPr>
            <w:tcW w:w="1842" w:type="dxa"/>
            <w:tcBorders>
              <w:top w:val="single" w:sz="6" w:space="0" w:color="auto"/>
              <w:bottom w:val="single" w:sz="6" w:space="0" w:color="auto"/>
            </w:tcBorders>
            <w:shd w:val="clear" w:color="auto" w:fill="F2F2F2" w:themeFill="background1" w:themeFillShade="F2"/>
            <w:vAlign w:val="center"/>
          </w:tcPr>
          <w:p w14:paraId="36787423" w14:textId="77777777" w:rsidR="00A93C47" w:rsidRPr="00A93C47" w:rsidRDefault="00A93C47" w:rsidP="00160756">
            <w:pPr>
              <w:jc w:val="center"/>
              <w:rPr>
                <w:b/>
                <w:color w:val="auto"/>
                <w:sz w:val="24"/>
                <w:szCs w:val="24"/>
              </w:rPr>
            </w:pPr>
            <w:r w:rsidRPr="00A93C47">
              <w:rPr>
                <w:rFonts w:hint="eastAsia"/>
                <w:b/>
                <w:color w:val="auto"/>
                <w:sz w:val="24"/>
                <w:szCs w:val="24"/>
              </w:rPr>
              <w:t>電子信箱</w:t>
            </w:r>
          </w:p>
        </w:tc>
        <w:tc>
          <w:tcPr>
            <w:tcW w:w="2835" w:type="dxa"/>
            <w:tcBorders>
              <w:top w:val="single" w:sz="6" w:space="0" w:color="auto"/>
              <w:bottom w:val="single" w:sz="6" w:space="0" w:color="auto"/>
            </w:tcBorders>
            <w:vAlign w:val="center"/>
          </w:tcPr>
          <w:p w14:paraId="460C41F3" w14:textId="77777777" w:rsidR="00A93C47" w:rsidRPr="00A93C47" w:rsidRDefault="00A93C47" w:rsidP="00160756">
            <w:pPr>
              <w:jc w:val="center"/>
              <w:rPr>
                <w:color w:val="auto"/>
                <w:sz w:val="24"/>
                <w:szCs w:val="24"/>
              </w:rPr>
            </w:pPr>
          </w:p>
        </w:tc>
      </w:tr>
      <w:tr w:rsidR="00A93C47" w:rsidRPr="00A93C47" w14:paraId="42AB7332" w14:textId="77777777" w:rsidTr="00A93C47">
        <w:trPr>
          <w:trHeight w:val="680"/>
          <w:jc w:val="center"/>
        </w:trPr>
        <w:tc>
          <w:tcPr>
            <w:tcW w:w="1970" w:type="dxa"/>
            <w:shd w:val="clear" w:color="auto" w:fill="F2F2F2" w:themeFill="background1" w:themeFillShade="F2"/>
            <w:vAlign w:val="center"/>
          </w:tcPr>
          <w:p w14:paraId="55E4B67E" w14:textId="77777777" w:rsidR="00A93C47" w:rsidRPr="00A93C47" w:rsidRDefault="00A93C47" w:rsidP="00160756">
            <w:pPr>
              <w:jc w:val="center"/>
              <w:rPr>
                <w:b/>
                <w:color w:val="auto"/>
                <w:sz w:val="24"/>
                <w:szCs w:val="24"/>
              </w:rPr>
            </w:pPr>
            <w:proofErr w:type="spellStart"/>
            <w:r w:rsidRPr="00A93C47">
              <w:rPr>
                <w:rFonts w:hint="eastAsia"/>
                <w:b/>
                <w:color w:val="auto"/>
                <w:sz w:val="24"/>
                <w:szCs w:val="24"/>
              </w:rPr>
              <w:t>戶籍地址</w:t>
            </w:r>
            <w:proofErr w:type="spellEnd"/>
          </w:p>
        </w:tc>
        <w:tc>
          <w:tcPr>
            <w:tcW w:w="8788" w:type="dxa"/>
            <w:gridSpan w:val="3"/>
            <w:vAlign w:val="center"/>
          </w:tcPr>
          <w:p w14:paraId="4239E8F9" w14:textId="77777777" w:rsidR="00A93C47" w:rsidRPr="00A93C47" w:rsidRDefault="00A93C47" w:rsidP="009B1A12">
            <w:pPr>
              <w:rPr>
                <w:color w:val="auto"/>
                <w:sz w:val="24"/>
                <w:szCs w:val="24"/>
              </w:rPr>
            </w:pPr>
          </w:p>
        </w:tc>
      </w:tr>
      <w:tr w:rsidR="00A93C47" w:rsidRPr="00A93C47" w14:paraId="5E77B83E" w14:textId="77777777" w:rsidTr="00C87D58">
        <w:trPr>
          <w:trHeight w:val="680"/>
          <w:jc w:val="center"/>
        </w:trPr>
        <w:tc>
          <w:tcPr>
            <w:tcW w:w="1970" w:type="dxa"/>
            <w:tcBorders>
              <w:bottom w:val="double" w:sz="4" w:space="0" w:color="auto"/>
            </w:tcBorders>
            <w:shd w:val="clear" w:color="auto" w:fill="F2F2F2" w:themeFill="background1" w:themeFillShade="F2"/>
            <w:vAlign w:val="center"/>
          </w:tcPr>
          <w:p w14:paraId="2FD45D3C" w14:textId="782BB5DE" w:rsidR="00A93C47" w:rsidRPr="00A93C47" w:rsidRDefault="00A93C47" w:rsidP="00D31DD5">
            <w:pPr>
              <w:spacing w:beforeLines="50" w:before="120"/>
              <w:jc w:val="center"/>
              <w:rPr>
                <w:b/>
                <w:color w:val="auto"/>
                <w:sz w:val="24"/>
                <w:szCs w:val="24"/>
              </w:rPr>
            </w:pPr>
            <w:proofErr w:type="spellStart"/>
            <w:r w:rsidRPr="00A93C47">
              <w:rPr>
                <w:rFonts w:hint="eastAsia"/>
                <w:b/>
                <w:color w:val="auto"/>
                <w:sz w:val="24"/>
                <w:szCs w:val="24"/>
              </w:rPr>
              <w:t>郵局帳號</w:t>
            </w:r>
            <w:proofErr w:type="spellEnd"/>
          </w:p>
        </w:tc>
        <w:tc>
          <w:tcPr>
            <w:tcW w:w="8788" w:type="dxa"/>
            <w:gridSpan w:val="3"/>
            <w:tcBorders>
              <w:bottom w:val="double" w:sz="4" w:space="0" w:color="auto"/>
            </w:tcBorders>
            <w:vAlign w:val="center"/>
          </w:tcPr>
          <w:p w14:paraId="68534B2C" w14:textId="001CA6A7" w:rsidR="00A93C47" w:rsidRPr="00A93C47" w:rsidRDefault="00D31DD5" w:rsidP="00864B89">
            <w:pPr>
              <w:spacing w:beforeLines="50" w:before="120"/>
              <w:rPr>
                <w:color w:val="auto"/>
                <w:sz w:val="24"/>
                <w:szCs w:val="24"/>
                <w:lang w:eastAsia="zh-TW"/>
              </w:rPr>
            </w:pPr>
            <w:r w:rsidRPr="00A93C47">
              <w:rPr>
                <w:rFonts w:hint="eastAsia"/>
                <w:color w:val="auto"/>
                <w:sz w:val="24"/>
                <w:szCs w:val="24"/>
                <w:lang w:eastAsia="zh-TW"/>
              </w:rPr>
              <w:t>郵局：</w:t>
            </w:r>
            <w:r w:rsidRPr="00A93C47">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郵局   局號/帳號： </w:t>
            </w:r>
            <w:r w:rsidRPr="00A93C47">
              <w:rPr>
                <w:rFonts w:hint="eastAsia"/>
                <w:color w:val="auto"/>
                <w:sz w:val="24"/>
                <w:szCs w:val="24"/>
                <w:u w:val="single"/>
                <w:lang w:eastAsia="zh-TW"/>
              </w:rPr>
              <w:t xml:space="preserve">       </w:t>
            </w:r>
            <w:r w:rsidRPr="00A93C47">
              <w:rPr>
                <w:color w:val="auto"/>
                <w:sz w:val="24"/>
                <w:szCs w:val="24"/>
                <w:u w:val="single"/>
                <w:lang w:eastAsia="zh-TW"/>
              </w:rPr>
              <w:t xml:space="preserve"> </w:t>
            </w:r>
            <w:r>
              <w:rPr>
                <w:rFonts w:hint="eastAsia"/>
                <w:color w:val="auto"/>
                <w:sz w:val="24"/>
                <w:szCs w:val="24"/>
                <w:u w:val="single"/>
                <w:lang w:eastAsia="zh-TW"/>
              </w:rPr>
              <w:t xml:space="preserve">               </w:t>
            </w:r>
            <w:r w:rsidRPr="00A93C47">
              <w:rPr>
                <w:color w:val="auto"/>
                <w:sz w:val="24"/>
                <w:szCs w:val="24"/>
                <w:u w:val="single"/>
                <w:lang w:eastAsia="zh-TW"/>
              </w:rPr>
              <w:t xml:space="preserve">  </w:t>
            </w:r>
            <w:r w:rsidRPr="00A93C47">
              <w:rPr>
                <w:rFonts w:hint="eastAsia"/>
                <w:color w:val="auto"/>
                <w:sz w:val="24"/>
                <w:szCs w:val="24"/>
                <w:u w:val="single"/>
                <w:lang w:eastAsia="zh-TW"/>
              </w:rPr>
              <w:t xml:space="preserve">    </w:t>
            </w:r>
            <w:r w:rsidRPr="009D22E8">
              <w:rPr>
                <w:color w:val="FFFFFF" w:themeColor="background1"/>
                <w:sz w:val="24"/>
                <w:szCs w:val="24"/>
                <w:lang w:eastAsia="zh-TW"/>
              </w:rPr>
              <w:t>.</w:t>
            </w:r>
          </w:p>
        </w:tc>
      </w:tr>
      <w:tr w:rsidR="00A93C47" w:rsidRPr="00A93C47" w14:paraId="12B9E8EF" w14:textId="77777777" w:rsidTr="00503C11">
        <w:trPr>
          <w:trHeight w:val="613"/>
          <w:jc w:val="center"/>
        </w:trPr>
        <w:tc>
          <w:tcPr>
            <w:tcW w:w="10758" w:type="dxa"/>
            <w:gridSpan w:val="4"/>
            <w:tcBorders>
              <w:top w:val="double" w:sz="4" w:space="0" w:color="auto"/>
              <w:bottom w:val="double" w:sz="4" w:space="0" w:color="auto"/>
            </w:tcBorders>
            <w:shd w:val="clear" w:color="auto" w:fill="F2F2F2" w:themeFill="background1" w:themeFillShade="F2"/>
            <w:vAlign w:val="center"/>
          </w:tcPr>
          <w:p w14:paraId="31E3FEFC" w14:textId="77777777" w:rsidR="00A93C47" w:rsidRPr="00A93C47" w:rsidRDefault="00A93C47" w:rsidP="00A93C47">
            <w:pPr>
              <w:spacing w:beforeLines="50" w:before="120"/>
              <w:jc w:val="center"/>
              <w:rPr>
                <w:b/>
                <w:color w:val="auto"/>
                <w:sz w:val="24"/>
                <w:szCs w:val="24"/>
                <w:lang w:eastAsia="zh-TW"/>
              </w:rPr>
            </w:pPr>
            <w:r w:rsidRPr="00A93C47">
              <w:rPr>
                <w:rFonts w:hint="eastAsia"/>
                <w:b/>
                <w:color w:val="auto"/>
                <w:sz w:val="24"/>
                <w:szCs w:val="24"/>
                <w:lang w:eastAsia="zh-TW"/>
              </w:rPr>
              <w:t>【二、學生參與學術研究</w:t>
            </w:r>
            <w:r w:rsidRPr="00A93C47">
              <w:rPr>
                <w:b/>
                <w:color w:val="auto"/>
                <w:sz w:val="24"/>
                <w:szCs w:val="24"/>
                <w:lang w:eastAsia="zh-TW"/>
              </w:rPr>
              <w:t>/發表】（若申請此項目請填寫）</w:t>
            </w:r>
          </w:p>
        </w:tc>
      </w:tr>
      <w:tr w:rsidR="00A93C47" w:rsidRPr="00A93C47" w14:paraId="0B44415C" w14:textId="77777777" w:rsidTr="009C7516">
        <w:trPr>
          <w:trHeight w:val="566"/>
          <w:jc w:val="center"/>
        </w:trPr>
        <w:tc>
          <w:tcPr>
            <w:tcW w:w="1970" w:type="dxa"/>
            <w:tcBorders>
              <w:top w:val="double" w:sz="4" w:space="0" w:color="auto"/>
            </w:tcBorders>
            <w:shd w:val="clear" w:color="auto" w:fill="F2F2F2" w:themeFill="background1" w:themeFillShade="F2"/>
            <w:vAlign w:val="center"/>
          </w:tcPr>
          <w:p w14:paraId="0129D512" w14:textId="77777777" w:rsidR="00A93C47" w:rsidRPr="00A93C47" w:rsidRDefault="00A93C47" w:rsidP="003D6777">
            <w:pPr>
              <w:jc w:val="center"/>
              <w:rPr>
                <w:b/>
                <w:color w:val="auto"/>
                <w:sz w:val="24"/>
                <w:szCs w:val="24"/>
                <w:lang w:eastAsia="zh-TW"/>
              </w:rPr>
            </w:pPr>
            <w:r w:rsidRPr="00A93C47">
              <w:rPr>
                <w:rFonts w:hint="eastAsia"/>
                <w:b/>
                <w:color w:val="auto"/>
                <w:sz w:val="24"/>
                <w:szCs w:val="24"/>
                <w:lang w:eastAsia="zh-TW"/>
              </w:rPr>
              <w:t>學術會議名稱</w:t>
            </w:r>
          </w:p>
        </w:tc>
        <w:tc>
          <w:tcPr>
            <w:tcW w:w="4111" w:type="dxa"/>
            <w:tcBorders>
              <w:top w:val="double" w:sz="4" w:space="0" w:color="auto"/>
            </w:tcBorders>
            <w:vAlign w:val="center"/>
          </w:tcPr>
          <w:p w14:paraId="3CDFC884" w14:textId="77777777" w:rsidR="00A93C47" w:rsidRPr="00A93C47" w:rsidRDefault="00A93C47" w:rsidP="00160756">
            <w:pPr>
              <w:rPr>
                <w:b/>
                <w:color w:val="A6A6A6" w:themeColor="background1" w:themeShade="A6"/>
                <w:sz w:val="24"/>
                <w:szCs w:val="24"/>
                <w:lang w:eastAsia="zh-TW"/>
              </w:rPr>
            </w:pPr>
          </w:p>
        </w:tc>
        <w:tc>
          <w:tcPr>
            <w:tcW w:w="1842" w:type="dxa"/>
            <w:tcBorders>
              <w:top w:val="double" w:sz="4" w:space="0" w:color="auto"/>
              <w:bottom w:val="single" w:sz="6" w:space="0" w:color="auto"/>
            </w:tcBorders>
            <w:shd w:val="clear" w:color="auto" w:fill="F2F2F2" w:themeFill="background1" w:themeFillShade="F2"/>
            <w:vAlign w:val="center"/>
          </w:tcPr>
          <w:p w14:paraId="701C3389" w14:textId="77777777" w:rsidR="00A93C47" w:rsidRPr="00A93C47" w:rsidRDefault="00A93C47" w:rsidP="00160756">
            <w:pPr>
              <w:rPr>
                <w:b/>
                <w:color w:val="A6A6A6" w:themeColor="background1" w:themeShade="A6"/>
                <w:sz w:val="24"/>
                <w:szCs w:val="24"/>
                <w:lang w:eastAsia="zh-TW"/>
              </w:rPr>
            </w:pPr>
            <w:r w:rsidRPr="00A93C47">
              <w:rPr>
                <w:rFonts w:hint="eastAsia"/>
                <w:b/>
                <w:color w:val="auto"/>
                <w:sz w:val="24"/>
                <w:szCs w:val="24"/>
                <w:lang w:eastAsia="zh-TW"/>
              </w:rPr>
              <w:t>學術會議日期</w:t>
            </w:r>
          </w:p>
        </w:tc>
        <w:tc>
          <w:tcPr>
            <w:tcW w:w="2835" w:type="dxa"/>
            <w:tcBorders>
              <w:top w:val="double" w:sz="4" w:space="0" w:color="auto"/>
              <w:bottom w:val="single" w:sz="6" w:space="0" w:color="auto"/>
            </w:tcBorders>
            <w:vAlign w:val="center"/>
          </w:tcPr>
          <w:p w14:paraId="04F2144C" w14:textId="77777777" w:rsidR="00A93C47" w:rsidRPr="00A93C47" w:rsidRDefault="009C7516" w:rsidP="00A93C47">
            <w:pPr>
              <w:spacing w:beforeLines="50" w:before="120" w:afterLines="50" w:after="120"/>
              <w:jc w:val="center"/>
              <w:rPr>
                <w:sz w:val="24"/>
                <w:szCs w:val="24"/>
              </w:rPr>
            </w:pPr>
            <w:r>
              <w:rPr>
                <w:rFonts w:hint="eastAsia"/>
                <w:sz w:val="24"/>
                <w:szCs w:val="24"/>
                <w:lang w:eastAsia="zh-TW"/>
              </w:rPr>
              <w:t xml:space="preserve">   </w:t>
            </w:r>
            <w:r w:rsidR="00A93C47" w:rsidRPr="00A93C47">
              <w:rPr>
                <w:sz w:val="24"/>
                <w:szCs w:val="24"/>
              </w:rPr>
              <w:t xml:space="preserve">年 </w:t>
            </w:r>
            <w:r w:rsidR="00A93C47" w:rsidRPr="00A93C47">
              <w:rPr>
                <w:rFonts w:hint="eastAsia"/>
                <w:sz w:val="24"/>
                <w:szCs w:val="24"/>
                <w:lang w:eastAsia="zh-TW"/>
              </w:rPr>
              <w:t xml:space="preserve"> 　</w:t>
            </w:r>
            <w:r w:rsidR="00A93C47" w:rsidRPr="00A93C47">
              <w:rPr>
                <w:sz w:val="24"/>
                <w:szCs w:val="24"/>
              </w:rPr>
              <w:t xml:space="preserve">月 </w:t>
            </w:r>
            <w:r w:rsidR="00A93C47" w:rsidRPr="00A93C47">
              <w:rPr>
                <w:rFonts w:hint="eastAsia"/>
                <w:sz w:val="24"/>
                <w:szCs w:val="24"/>
                <w:lang w:eastAsia="zh-TW"/>
              </w:rPr>
              <w:t xml:space="preserve">　</w:t>
            </w:r>
            <w:r w:rsidR="00A93C47" w:rsidRPr="00A93C47">
              <w:rPr>
                <w:sz w:val="24"/>
                <w:szCs w:val="24"/>
              </w:rPr>
              <w:t xml:space="preserve"> 日 </w:t>
            </w:r>
            <w:r w:rsidR="00A93C47" w:rsidRPr="00A93C47">
              <w:rPr>
                <w:rFonts w:hint="eastAsia"/>
                <w:sz w:val="24"/>
                <w:szCs w:val="24"/>
                <w:lang w:eastAsia="zh-TW"/>
              </w:rPr>
              <w:t>～</w:t>
            </w:r>
            <w:r w:rsidR="00A93C47" w:rsidRPr="00A93C47">
              <w:rPr>
                <w:sz w:val="24"/>
                <w:szCs w:val="24"/>
              </w:rPr>
              <w:t xml:space="preserve"> </w:t>
            </w:r>
            <w:r w:rsidR="00A93C47" w:rsidRPr="00A93C47">
              <w:rPr>
                <w:rFonts w:hint="eastAsia"/>
                <w:sz w:val="24"/>
                <w:szCs w:val="24"/>
                <w:lang w:eastAsia="zh-TW"/>
              </w:rPr>
              <w:t xml:space="preserve"> </w:t>
            </w:r>
          </w:p>
          <w:p w14:paraId="56014F18" w14:textId="77777777" w:rsidR="00A93C47" w:rsidRPr="00A93C47" w:rsidRDefault="009C7516" w:rsidP="009C7516">
            <w:pPr>
              <w:rPr>
                <w:color w:val="A6A6A6" w:themeColor="background1" w:themeShade="A6"/>
                <w:sz w:val="24"/>
                <w:szCs w:val="24"/>
                <w:lang w:eastAsia="zh-TW"/>
              </w:rPr>
            </w:pPr>
            <w:r>
              <w:rPr>
                <w:rFonts w:hint="eastAsia"/>
                <w:sz w:val="24"/>
                <w:szCs w:val="24"/>
                <w:lang w:eastAsia="zh-TW"/>
              </w:rPr>
              <w:t xml:space="preserve">　</w:t>
            </w:r>
            <w:r w:rsidR="00A93C47" w:rsidRPr="00A93C47">
              <w:rPr>
                <w:rFonts w:hint="eastAsia"/>
                <w:sz w:val="24"/>
                <w:szCs w:val="24"/>
                <w:lang w:eastAsia="zh-TW"/>
              </w:rPr>
              <w:t xml:space="preserve">　</w:t>
            </w:r>
            <w:r w:rsidR="00A93C47" w:rsidRPr="00A93C47">
              <w:rPr>
                <w:sz w:val="24"/>
                <w:szCs w:val="24"/>
              </w:rPr>
              <w:t>年</w:t>
            </w:r>
            <w:r w:rsidR="00A93C47" w:rsidRPr="00A93C47">
              <w:rPr>
                <w:rFonts w:hint="eastAsia"/>
                <w:sz w:val="24"/>
                <w:szCs w:val="24"/>
                <w:lang w:eastAsia="zh-TW"/>
              </w:rPr>
              <w:t xml:space="preserve"> 　</w:t>
            </w:r>
            <w:r w:rsidR="00A93C47" w:rsidRPr="00A93C47">
              <w:rPr>
                <w:sz w:val="24"/>
                <w:szCs w:val="24"/>
              </w:rPr>
              <w:t xml:space="preserve"> 月</w:t>
            </w:r>
            <w:r w:rsidR="00A93C47" w:rsidRPr="00A93C47">
              <w:rPr>
                <w:rFonts w:hint="eastAsia"/>
                <w:sz w:val="24"/>
                <w:szCs w:val="24"/>
                <w:lang w:eastAsia="zh-TW"/>
              </w:rPr>
              <w:t xml:space="preserve">　</w:t>
            </w:r>
            <w:r w:rsidR="00A93C47" w:rsidRPr="00A93C47">
              <w:rPr>
                <w:sz w:val="24"/>
                <w:szCs w:val="24"/>
              </w:rPr>
              <w:t xml:space="preserve">  日</w:t>
            </w:r>
          </w:p>
        </w:tc>
      </w:tr>
      <w:tr w:rsidR="00A93C47" w:rsidRPr="00A93C47" w14:paraId="196CB4AF" w14:textId="77777777" w:rsidTr="00C87D58">
        <w:trPr>
          <w:trHeight w:val="800"/>
          <w:jc w:val="center"/>
        </w:trPr>
        <w:tc>
          <w:tcPr>
            <w:tcW w:w="1970" w:type="dxa"/>
            <w:tcBorders>
              <w:bottom w:val="double" w:sz="4" w:space="0" w:color="auto"/>
            </w:tcBorders>
            <w:shd w:val="clear" w:color="auto" w:fill="F2F2F2" w:themeFill="background1" w:themeFillShade="F2"/>
            <w:vAlign w:val="center"/>
          </w:tcPr>
          <w:p w14:paraId="548C20A4" w14:textId="77777777" w:rsidR="00A93C47" w:rsidRPr="00A93C47" w:rsidRDefault="00A93C47" w:rsidP="003D6777">
            <w:pPr>
              <w:jc w:val="center"/>
              <w:rPr>
                <w:b/>
                <w:color w:val="auto"/>
                <w:sz w:val="24"/>
                <w:szCs w:val="24"/>
                <w:lang w:eastAsia="zh-TW"/>
              </w:rPr>
            </w:pPr>
            <w:r w:rsidRPr="00A93C47">
              <w:rPr>
                <w:rFonts w:hint="eastAsia"/>
                <w:b/>
                <w:color w:val="auto"/>
                <w:sz w:val="24"/>
                <w:szCs w:val="24"/>
                <w:lang w:eastAsia="zh-TW"/>
              </w:rPr>
              <w:t>檢附文件</w:t>
            </w:r>
          </w:p>
        </w:tc>
        <w:tc>
          <w:tcPr>
            <w:tcW w:w="8788" w:type="dxa"/>
            <w:gridSpan w:val="3"/>
            <w:tcBorders>
              <w:bottom w:val="double" w:sz="4" w:space="0" w:color="auto"/>
            </w:tcBorders>
            <w:vAlign w:val="center"/>
          </w:tcPr>
          <w:p w14:paraId="1ECD1297" w14:textId="77777777" w:rsidR="00A93C47" w:rsidRPr="00A93C47" w:rsidRDefault="00A93C47" w:rsidP="00A93C47">
            <w:pPr>
              <w:spacing w:beforeLines="50" w:before="120" w:afterLines="50" w:after="120"/>
              <w:rPr>
                <w:rFonts w:ascii="Times New Roman" w:hAnsi="Times New Roman" w:cs="Times New Roman"/>
                <w:color w:val="auto"/>
                <w:sz w:val="24"/>
                <w:szCs w:val="24"/>
                <w:lang w:eastAsia="zh-TW"/>
              </w:rPr>
            </w:pPr>
            <w:r w:rsidRPr="00A93C47">
              <w:rPr>
                <w:rFonts w:ascii="新細明體" w:eastAsia="新細明體" w:hAnsi="新細明體" w:cs="Times New Roman"/>
                <w:color w:val="auto"/>
                <w:sz w:val="24"/>
                <w:szCs w:val="24"/>
                <w:lang w:eastAsia="zh-TW"/>
              </w:rPr>
              <w:t xml:space="preserve">□ </w:t>
            </w:r>
            <w:r w:rsidRPr="00A93C47">
              <w:rPr>
                <w:rFonts w:ascii="Times New Roman" w:hAnsi="Times New Roman" w:cs="Times New Roman"/>
                <w:color w:val="auto"/>
                <w:sz w:val="24"/>
                <w:szCs w:val="24"/>
                <w:lang w:eastAsia="zh-TW"/>
              </w:rPr>
              <w:t>1.</w:t>
            </w:r>
            <w:r w:rsidRPr="00A93C47">
              <w:rPr>
                <w:rFonts w:ascii="Times New Roman" w:hAnsi="Times New Roman" w:cs="Times New Roman"/>
                <w:color w:val="auto"/>
                <w:sz w:val="24"/>
                <w:szCs w:val="24"/>
                <w:lang w:eastAsia="zh-TW"/>
              </w:rPr>
              <w:t>學術會議之議程表</w:t>
            </w:r>
          </w:p>
          <w:p w14:paraId="3C4EEA9F" w14:textId="77777777" w:rsidR="00A93C47" w:rsidRPr="00A93C47" w:rsidRDefault="00A93C47" w:rsidP="00A93C47">
            <w:pPr>
              <w:spacing w:beforeLines="50" w:before="120" w:afterLines="50" w:after="120"/>
              <w:rPr>
                <w:rFonts w:ascii="Times New Roman" w:hAnsi="Times New Roman" w:cs="Times New Roman"/>
                <w:color w:val="auto"/>
                <w:sz w:val="24"/>
                <w:szCs w:val="24"/>
                <w:lang w:eastAsia="zh-TW"/>
              </w:rPr>
            </w:pPr>
            <w:r w:rsidRPr="00A93C47">
              <w:rPr>
                <w:rFonts w:ascii="新細明體" w:eastAsia="新細明體" w:hAnsi="新細明體" w:cs="Times New Roman"/>
                <w:color w:val="auto"/>
                <w:sz w:val="24"/>
                <w:szCs w:val="24"/>
                <w:lang w:eastAsia="zh-TW"/>
              </w:rPr>
              <w:t xml:space="preserve">□ </w:t>
            </w:r>
            <w:r w:rsidRPr="00A93C47">
              <w:rPr>
                <w:rFonts w:ascii="Times New Roman" w:hAnsi="Times New Roman" w:cs="Times New Roman"/>
                <w:color w:val="auto"/>
                <w:sz w:val="24"/>
                <w:szCs w:val="24"/>
                <w:lang w:eastAsia="zh-TW"/>
              </w:rPr>
              <w:t>2.</w:t>
            </w:r>
            <w:r w:rsidRPr="00A93C47">
              <w:rPr>
                <w:rFonts w:ascii="Times New Roman" w:hAnsi="Times New Roman" w:cs="Times New Roman"/>
                <w:color w:val="auto"/>
                <w:sz w:val="24"/>
                <w:szCs w:val="24"/>
                <w:lang w:eastAsia="zh-TW"/>
              </w:rPr>
              <w:t>參與學術活動發表之報告（含論文全文</w:t>
            </w:r>
            <w:r w:rsidRPr="00A93C47">
              <w:rPr>
                <w:rFonts w:ascii="Times New Roman" w:hAnsi="Times New Roman" w:cs="Times New Roman"/>
                <w:color w:val="auto"/>
                <w:sz w:val="24"/>
                <w:szCs w:val="24"/>
                <w:lang w:eastAsia="zh-TW"/>
              </w:rPr>
              <w:t>/</w:t>
            </w:r>
            <w:r w:rsidRPr="00A93C47">
              <w:rPr>
                <w:rFonts w:ascii="Times New Roman" w:hAnsi="Times New Roman" w:cs="Times New Roman"/>
                <w:color w:val="auto"/>
                <w:sz w:val="24"/>
                <w:szCs w:val="24"/>
                <w:lang w:eastAsia="zh-TW"/>
              </w:rPr>
              <w:t>摘要、發表簡報或照片）</w:t>
            </w:r>
          </w:p>
          <w:p w14:paraId="3A8B9F58" w14:textId="77777777" w:rsidR="00A93C47" w:rsidRPr="00A93C47" w:rsidRDefault="00A93C47" w:rsidP="00A93C47">
            <w:pPr>
              <w:spacing w:beforeLines="50" w:before="120" w:afterLines="50" w:after="120"/>
              <w:rPr>
                <w:rFonts w:ascii="Times New Roman" w:hAnsi="Times New Roman" w:cs="Times New Roman"/>
                <w:sz w:val="24"/>
                <w:szCs w:val="24"/>
                <w:lang w:eastAsia="zh-TW"/>
              </w:rPr>
            </w:pPr>
            <w:r w:rsidRPr="00A93C47">
              <w:rPr>
                <w:rFonts w:ascii="新細明體" w:eastAsia="新細明體" w:hAnsi="新細明體" w:cs="Times New Roman"/>
                <w:color w:val="auto"/>
                <w:sz w:val="24"/>
                <w:szCs w:val="24"/>
                <w:lang w:eastAsia="zh-TW"/>
              </w:rPr>
              <w:t xml:space="preserve">□ </w:t>
            </w:r>
            <w:r w:rsidRPr="00A93C47">
              <w:rPr>
                <w:rFonts w:ascii="Times New Roman" w:hAnsi="Times New Roman" w:cs="Times New Roman"/>
                <w:color w:val="auto"/>
                <w:sz w:val="24"/>
                <w:szCs w:val="24"/>
                <w:lang w:eastAsia="zh-TW"/>
              </w:rPr>
              <w:t>3.</w:t>
            </w:r>
            <w:r w:rsidRPr="00A93C47">
              <w:rPr>
                <w:rFonts w:ascii="Times New Roman" w:hAnsi="Times New Roman" w:cs="Times New Roman"/>
                <w:color w:val="auto"/>
                <w:sz w:val="24"/>
                <w:szCs w:val="24"/>
                <w:lang w:eastAsia="zh-TW"/>
              </w:rPr>
              <w:t>大會接受發表或邀請證明文件</w:t>
            </w:r>
          </w:p>
        </w:tc>
      </w:tr>
      <w:tr w:rsidR="00A93C47" w:rsidRPr="00A93C47" w14:paraId="4455FD9C" w14:textId="77777777" w:rsidTr="00C87D58">
        <w:trPr>
          <w:trHeight w:val="570"/>
          <w:jc w:val="center"/>
        </w:trPr>
        <w:tc>
          <w:tcPr>
            <w:tcW w:w="10758" w:type="dxa"/>
            <w:gridSpan w:val="4"/>
            <w:tcBorders>
              <w:top w:val="double" w:sz="4" w:space="0" w:color="auto"/>
              <w:bottom w:val="double" w:sz="4" w:space="0" w:color="auto"/>
            </w:tcBorders>
            <w:shd w:val="clear" w:color="auto" w:fill="F2F2F2" w:themeFill="background1" w:themeFillShade="F2"/>
            <w:vAlign w:val="center"/>
          </w:tcPr>
          <w:p w14:paraId="7A5C5C83" w14:textId="77777777" w:rsidR="00A93C47" w:rsidRPr="00A93C47" w:rsidRDefault="00A93C47" w:rsidP="00A93C47">
            <w:pPr>
              <w:spacing w:beforeLines="50" w:before="120" w:afterLines="50" w:after="120"/>
              <w:jc w:val="center"/>
              <w:rPr>
                <w:rFonts w:ascii="Times New Roman" w:hAnsi="Times New Roman" w:cs="Times New Roman"/>
                <w:b/>
                <w:color w:val="auto"/>
                <w:sz w:val="24"/>
                <w:szCs w:val="24"/>
                <w:lang w:eastAsia="zh-TW"/>
              </w:rPr>
            </w:pPr>
            <w:r w:rsidRPr="00A93C47">
              <w:rPr>
                <w:rFonts w:ascii="Times New Roman" w:hAnsi="Times New Roman" w:cs="Times New Roman"/>
                <w:b/>
                <w:color w:val="auto"/>
                <w:sz w:val="24"/>
                <w:szCs w:val="24"/>
                <w:lang w:eastAsia="zh-TW"/>
              </w:rPr>
              <w:t>【三、教師辦理專題競賽】（若申請此項目請填寫）</w:t>
            </w:r>
          </w:p>
        </w:tc>
      </w:tr>
      <w:tr w:rsidR="00A93C47" w:rsidRPr="00A93C47" w14:paraId="20CA729E" w14:textId="77777777" w:rsidTr="009C7516">
        <w:trPr>
          <w:trHeight w:val="566"/>
          <w:jc w:val="center"/>
        </w:trPr>
        <w:tc>
          <w:tcPr>
            <w:tcW w:w="1970" w:type="dxa"/>
            <w:tcBorders>
              <w:top w:val="double" w:sz="4" w:space="0" w:color="auto"/>
            </w:tcBorders>
            <w:shd w:val="clear" w:color="auto" w:fill="F2F2F2" w:themeFill="background1" w:themeFillShade="F2"/>
            <w:vAlign w:val="center"/>
          </w:tcPr>
          <w:p w14:paraId="31EF126E" w14:textId="77777777" w:rsidR="00A93C47" w:rsidRPr="00A93C47" w:rsidRDefault="00A93C47" w:rsidP="00500CE7">
            <w:pPr>
              <w:jc w:val="center"/>
              <w:rPr>
                <w:b/>
                <w:color w:val="auto"/>
                <w:sz w:val="24"/>
                <w:szCs w:val="24"/>
                <w:lang w:eastAsia="zh-TW"/>
              </w:rPr>
            </w:pPr>
            <w:r w:rsidRPr="00A93C47">
              <w:rPr>
                <w:rFonts w:hint="eastAsia"/>
                <w:b/>
                <w:color w:val="auto"/>
                <w:sz w:val="24"/>
                <w:szCs w:val="24"/>
                <w:lang w:eastAsia="zh-TW"/>
              </w:rPr>
              <w:t>專題競賽名稱</w:t>
            </w:r>
          </w:p>
        </w:tc>
        <w:tc>
          <w:tcPr>
            <w:tcW w:w="4111" w:type="dxa"/>
            <w:tcBorders>
              <w:top w:val="double" w:sz="4" w:space="0" w:color="auto"/>
            </w:tcBorders>
            <w:vAlign w:val="center"/>
          </w:tcPr>
          <w:p w14:paraId="3BA2C7C0" w14:textId="77777777" w:rsidR="00A93C47" w:rsidRPr="00A93C47" w:rsidRDefault="00A93C47" w:rsidP="00500CE7">
            <w:pPr>
              <w:rPr>
                <w:b/>
                <w:color w:val="A6A6A6" w:themeColor="background1" w:themeShade="A6"/>
                <w:sz w:val="24"/>
                <w:szCs w:val="24"/>
                <w:lang w:eastAsia="zh-TW"/>
              </w:rPr>
            </w:pPr>
          </w:p>
        </w:tc>
        <w:tc>
          <w:tcPr>
            <w:tcW w:w="1842" w:type="dxa"/>
            <w:tcBorders>
              <w:top w:val="double" w:sz="4" w:space="0" w:color="auto"/>
              <w:bottom w:val="single" w:sz="6" w:space="0" w:color="auto"/>
            </w:tcBorders>
            <w:shd w:val="clear" w:color="auto" w:fill="F2F2F2" w:themeFill="background1" w:themeFillShade="F2"/>
            <w:vAlign w:val="center"/>
          </w:tcPr>
          <w:p w14:paraId="6ED5D6A8" w14:textId="77777777" w:rsidR="00A93C47" w:rsidRPr="00A93C47" w:rsidRDefault="00A93C47" w:rsidP="00A93C47">
            <w:pPr>
              <w:rPr>
                <w:b/>
                <w:color w:val="A6A6A6" w:themeColor="background1" w:themeShade="A6"/>
                <w:sz w:val="24"/>
                <w:szCs w:val="24"/>
                <w:lang w:eastAsia="zh-TW"/>
              </w:rPr>
            </w:pPr>
            <w:r w:rsidRPr="00A93C47">
              <w:rPr>
                <w:rFonts w:hint="eastAsia"/>
                <w:b/>
                <w:color w:val="auto"/>
                <w:sz w:val="24"/>
                <w:szCs w:val="24"/>
                <w:lang w:eastAsia="zh-TW"/>
              </w:rPr>
              <w:t>專題競賽日期</w:t>
            </w:r>
          </w:p>
        </w:tc>
        <w:tc>
          <w:tcPr>
            <w:tcW w:w="2835" w:type="dxa"/>
            <w:tcBorders>
              <w:top w:val="double" w:sz="4" w:space="0" w:color="auto"/>
              <w:bottom w:val="single" w:sz="6" w:space="0" w:color="auto"/>
            </w:tcBorders>
            <w:vAlign w:val="center"/>
          </w:tcPr>
          <w:p w14:paraId="1C98D6EE" w14:textId="77777777" w:rsidR="00A93C47" w:rsidRPr="00A93C47" w:rsidRDefault="00A93C47" w:rsidP="00500CE7">
            <w:pPr>
              <w:spacing w:beforeLines="50" w:before="120" w:afterLines="50" w:after="120"/>
              <w:jc w:val="center"/>
              <w:rPr>
                <w:sz w:val="24"/>
                <w:szCs w:val="24"/>
              </w:rPr>
            </w:pPr>
            <w:r w:rsidRPr="00A93C47">
              <w:rPr>
                <w:rFonts w:hint="eastAsia"/>
                <w:sz w:val="24"/>
                <w:szCs w:val="24"/>
                <w:lang w:eastAsia="zh-TW"/>
              </w:rPr>
              <w:t xml:space="preserve">   </w:t>
            </w:r>
            <w:r w:rsidRPr="00A93C47">
              <w:rPr>
                <w:sz w:val="24"/>
                <w:szCs w:val="24"/>
              </w:rPr>
              <w:t xml:space="preserve">年 </w:t>
            </w:r>
            <w:r w:rsidRPr="00A93C47">
              <w:rPr>
                <w:rFonts w:hint="eastAsia"/>
                <w:sz w:val="24"/>
                <w:szCs w:val="24"/>
                <w:lang w:eastAsia="zh-TW"/>
              </w:rPr>
              <w:t xml:space="preserve"> 　</w:t>
            </w:r>
            <w:r w:rsidRPr="00A93C47">
              <w:rPr>
                <w:sz w:val="24"/>
                <w:szCs w:val="24"/>
              </w:rPr>
              <w:t xml:space="preserve">月 </w:t>
            </w:r>
            <w:r w:rsidRPr="00A93C47">
              <w:rPr>
                <w:rFonts w:hint="eastAsia"/>
                <w:sz w:val="24"/>
                <w:szCs w:val="24"/>
                <w:lang w:eastAsia="zh-TW"/>
              </w:rPr>
              <w:t xml:space="preserve">　</w:t>
            </w:r>
            <w:r w:rsidRPr="00A93C47">
              <w:rPr>
                <w:sz w:val="24"/>
                <w:szCs w:val="24"/>
              </w:rPr>
              <w:t xml:space="preserve"> 日 </w:t>
            </w:r>
            <w:r w:rsidRPr="00A93C47">
              <w:rPr>
                <w:rFonts w:hint="eastAsia"/>
                <w:sz w:val="24"/>
                <w:szCs w:val="24"/>
                <w:lang w:eastAsia="zh-TW"/>
              </w:rPr>
              <w:t>～</w:t>
            </w:r>
            <w:r w:rsidRPr="00A93C47">
              <w:rPr>
                <w:sz w:val="24"/>
                <w:szCs w:val="24"/>
              </w:rPr>
              <w:t xml:space="preserve"> </w:t>
            </w:r>
            <w:r w:rsidRPr="00A93C47">
              <w:rPr>
                <w:rFonts w:hint="eastAsia"/>
                <w:sz w:val="24"/>
                <w:szCs w:val="24"/>
                <w:lang w:eastAsia="zh-TW"/>
              </w:rPr>
              <w:t xml:space="preserve"> </w:t>
            </w:r>
          </w:p>
          <w:p w14:paraId="2E7A3184" w14:textId="77777777" w:rsidR="00A93C47" w:rsidRPr="00A93C47" w:rsidRDefault="00A93C47" w:rsidP="00A22CA5">
            <w:pPr>
              <w:rPr>
                <w:color w:val="A6A6A6" w:themeColor="background1" w:themeShade="A6"/>
                <w:sz w:val="24"/>
                <w:szCs w:val="24"/>
                <w:lang w:eastAsia="zh-TW"/>
              </w:rPr>
            </w:pPr>
            <w:r w:rsidRPr="00A93C47">
              <w:rPr>
                <w:rFonts w:hint="eastAsia"/>
                <w:sz w:val="24"/>
                <w:szCs w:val="24"/>
                <w:lang w:eastAsia="zh-TW"/>
              </w:rPr>
              <w:t xml:space="preserve">　　</w:t>
            </w:r>
            <w:r w:rsidRPr="00A93C47">
              <w:rPr>
                <w:sz w:val="24"/>
                <w:szCs w:val="24"/>
              </w:rPr>
              <w:t xml:space="preserve">年 </w:t>
            </w:r>
            <w:r w:rsidRPr="00A93C47">
              <w:rPr>
                <w:rFonts w:hint="eastAsia"/>
                <w:sz w:val="24"/>
                <w:szCs w:val="24"/>
                <w:lang w:eastAsia="zh-TW"/>
              </w:rPr>
              <w:t xml:space="preserve"> </w:t>
            </w:r>
            <w:r w:rsidRPr="00A93C47">
              <w:rPr>
                <w:sz w:val="24"/>
                <w:szCs w:val="24"/>
              </w:rPr>
              <w:t xml:space="preserve"> </w:t>
            </w:r>
            <w:r w:rsidR="00CB7F52">
              <w:rPr>
                <w:rFonts w:hint="eastAsia"/>
                <w:sz w:val="24"/>
                <w:szCs w:val="24"/>
                <w:lang w:eastAsia="zh-TW"/>
              </w:rPr>
              <w:t xml:space="preserve"> </w:t>
            </w:r>
            <w:r w:rsidRPr="00A93C47">
              <w:rPr>
                <w:sz w:val="24"/>
                <w:szCs w:val="24"/>
              </w:rPr>
              <w:t>月</w:t>
            </w:r>
            <w:r w:rsidRPr="00A93C47">
              <w:rPr>
                <w:rFonts w:hint="eastAsia"/>
                <w:sz w:val="24"/>
                <w:szCs w:val="24"/>
                <w:lang w:eastAsia="zh-TW"/>
              </w:rPr>
              <w:t xml:space="preserve">　</w:t>
            </w:r>
            <w:r w:rsidRPr="00A93C47">
              <w:rPr>
                <w:sz w:val="24"/>
                <w:szCs w:val="24"/>
              </w:rPr>
              <w:t xml:space="preserve">  日</w:t>
            </w:r>
          </w:p>
        </w:tc>
      </w:tr>
      <w:tr w:rsidR="00A93C47" w:rsidRPr="00A93C47" w14:paraId="1E34F7E9" w14:textId="77777777" w:rsidTr="00626999">
        <w:trPr>
          <w:trHeight w:val="834"/>
          <w:jc w:val="center"/>
        </w:trPr>
        <w:tc>
          <w:tcPr>
            <w:tcW w:w="1970" w:type="dxa"/>
            <w:shd w:val="clear" w:color="auto" w:fill="F2F2F2" w:themeFill="background1" w:themeFillShade="F2"/>
            <w:vAlign w:val="center"/>
          </w:tcPr>
          <w:p w14:paraId="119BCCD3" w14:textId="77777777" w:rsidR="00A93C47" w:rsidRPr="00A93C47" w:rsidRDefault="00A93C47" w:rsidP="00A93C47">
            <w:pPr>
              <w:jc w:val="center"/>
              <w:rPr>
                <w:b/>
                <w:color w:val="auto"/>
                <w:sz w:val="24"/>
                <w:szCs w:val="24"/>
              </w:rPr>
            </w:pPr>
            <w:r w:rsidRPr="00A93C47">
              <w:rPr>
                <w:rFonts w:hint="eastAsia"/>
                <w:b/>
                <w:color w:val="auto"/>
                <w:sz w:val="24"/>
                <w:szCs w:val="24"/>
                <w:lang w:eastAsia="zh-TW"/>
              </w:rPr>
              <w:t>競賽類型</w:t>
            </w:r>
          </w:p>
        </w:tc>
        <w:tc>
          <w:tcPr>
            <w:tcW w:w="8788" w:type="dxa"/>
            <w:gridSpan w:val="3"/>
            <w:vAlign w:val="center"/>
          </w:tcPr>
          <w:p w14:paraId="210D81B0" w14:textId="77777777" w:rsidR="00A93C47" w:rsidRPr="00A93C47" w:rsidRDefault="00A93C47" w:rsidP="00A93C47">
            <w:pPr>
              <w:rPr>
                <w:color w:val="auto"/>
                <w:sz w:val="24"/>
                <w:szCs w:val="24"/>
                <w:lang w:eastAsia="zh-TW"/>
              </w:rPr>
            </w:pPr>
            <w:r w:rsidRPr="00A93C47">
              <w:rPr>
                <w:rFonts w:hint="eastAsia"/>
                <w:color w:val="auto"/>
                <w:sz w:val="24"/>
                <w:szCs w:val="24"/>
                <w:lang w:eastAsia="zh-TW"/>
              </w:rPr>
              <w:t xml:space="preserve">□個人賽(總參賽人數約: </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□團體賽(總參賽組數約: </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w:t>
            </w:r>
          </w:p>
        </w:tc>
      </w:tr>
      <w:tr w:rsidR="00A93C47" w:rsidRPr="00A93C47" w14:paraId="3D30EBAC" w14:textId="77777777" w:rsidTr="00A93C47">
        <w:trPr>
          <w:trHeight w:val="566"/>
          <w:jc w:val="center"/>
        </w:trPr>
        <w:tc>
          <w:tcPr>
            <w:tcW w:w="1970" w:type="dxa"/>
            <w:shd w:val="clear" w:color="auto" w:fill="F2F2F2" w:themeFill="background1" w:themeFillShade="F2"/>
            <w:vAlign w:val="center"/>
          </w:tcPr>
          <w:p w14:paraId="7117573F" w14:textId="77777777" w:rsidR="00A93C47" w:rsidRPr="00A93C47" w:rsidRDefault="00A93C47" w:rsidP="00A93C47">
            <w:pPr>
              <w:jc w:val="center"/>
              <w:rPr>
                <w:b/>
                <w:color w:val="auto"/>
                <w:sz w:val="24"/>
                <w:szCs w:val="24"/>
                <w:lang w:eastAsia="zh-TW"/>
              </w:rPr>
            </w:pPr>
            <w:r w:rsidRPr="00A93C47">
              <w:rPr>
                <w:rFonts w:hint="eastAsia"/>
                <w:b/>
                <w:color w:val="auto"/>
                <w:sz w:val="24"/>
                <w:szCs w:val="24"/>
                <w:lang w:eastAsia="zh-TW"/>
              </w:rPr>
              <w:t>競賽屬性</w:t>
            </w:r>
          </w:p>
        </w:tc>
        <w:tc>
          <w:tcPr>
            <w:tcW w:w="8788" w:type="dxa"/>
            <w:gridSpan w:val="3"/>
            <w:vAlign w:val="center"/>
          </w:tcPr>
          <w:p w14:paraId="277AEF2B" w14:textId="77777777" w:rsidR="00A93C47" w:rsidRPr="00A93C47" w:rsidRDefault="00A93C47" w:rsidP="007512A6">
            <w:pPr>
              <w:spacing w:beforeLines="50" w:before="120" w:afterLines="50" w:after="120"/>
              <w:rPr>
                <w:rFonts w:ascii="Times New Roman" w:hAnsi="Times New Roman" w:cs="Times New Roman"/>
                <w:color w:val="auto"/>
                <w:sz w:val="24"/>
                <w:szCs w:val="24"/>
                <w:lang w:eastAsia="zh-TW"/>
              </w:rPr>
            </w:pPr>
            <w:r w:rsidRPr="00A93C47">
              <w:rPr>
                <w:rFonts w:hint="eastAsia"/>
                <w:color w:val="auto"/>
                <w:sz w:val="24"/>
                <w:szCs w:val="24"/>
                <w:lang w:eastAsia="zh-TW"/>
              </w:rPr>
              <w:t>□國際性:(國際性活動參與者至少三國請列出</w:t>
            </w:r>
            <w:r w:rsidRPr="00A93C47">
              <w:rPr>
                <w:color w:val="auto"/>
                <w:sz w:val="24"/>
                <w:szCs w:val="24"/>
                <w:lang w:eastAsia="zh-TW"/>
              </w:rPr>
              <w:t>:________、________、________</w:t>
            </w:r>
            <w:r w:rsidRPr="00A93C47">
              <w:rPr>
                <w:rFonts w:hint="eastAsia"/>
                <w:color w:val="auto"/>
                <w:sz w:val="24"/>
                <w:szCs w:val="24"/>
                <w:lang w:eastAsia="zh-TW"/>
              </w:rPr>
              <w:t xml:space="preserve">) </w:t>
            </w:r>
            <w:r w:rsidRPr="00A93C47">
              <w:rPr>
                <w:rFonts w:ascii="Times New Roman" w:hAnsi="Times New Roman" w:cs="Times New Roman" w:hint="eastAsia"/>
                <w:color w:val="auto"/>
                <w:sz w:val="24"/>
                <w:szCs w:val="24"/>
                <w:lang w:eastAsia="zh-TW"/>
              </w:rPr>
              <w:t xml:space="preserve"> </w:t>
            </w:r>
          </w:p>
          <w:p w14:paraId="32361206" w14:textId="77777777" w:rsidR="00A93C47" w:rsidRPr="00A93C47" w:rsidRDefault="00A93C47" w:rsidP="007512A6">
            <w:pPr>
              <w:spacing w:before="50" w:afterLines="50" w:after="120"/>
              <w:rPr>
                <w:rFonts w:ascii="Times New Roman" w:hAnsi="Times New Roman" w:cs="Times New Roman"/>
                <w:color w:val="auto"/>
                <w:sz w:val="24"/>
                <w:szCs w:val="24"/>
                <w:lang w:eastAsia="zh-TW"/>
              </w:rPr>
            </w:pPr>
            <w:r w:rsidRPr="00A93C47">
              <w:rPr>
                <w:rFonts w:hint="eastAsia"/>
                <w:color w:val="auto"/>
                <w:sz w:val="24"/>
                <w:szCs w:val="24"/>
                <w:lang w:eastAsia="zh-TW"/>
              </w:rPr>
              <w:t>□全國性或區域性</w:t>
            </w:r>
            <w:r w:rsidRPr="00A93C47">
              <w:rPr>
                <w:color w:val="auto"/>
                <w:sz w:val="24"/>
                <w:szCs w:val="24"/>
                <w:lang w:eastAsia="zh-TW"/>
              </w:rPr>
              <w:t>(參與者至少三校)</w:t>
            </w:r>
            <w:r w:rsidRPr="00A93C47">
              <w:rPr>
                <w:rFonts w:hint="eastAsia"/>
                <w:color w:val="auto"/>
                <w:sz w:val="24"/>
                <w:szCs w:val="24"/>
                <w:lang w:eastAsia="zh-TW"/>
              </w:rPr>
              <w:t xml:space="preserve">   </w:t>
            </w:r>
            <w:r w:rsidRPr="00A93C47">
              <w:rPr>
                <w:color w:val="auto"/>
                <w:sz w:val="24"/>
                <w:szCs w:val="24"/>
                <w:lang w:eastAsia="zh-TW"/>
              </w:rPr>
              <w:t xml:space="preserve">            </w:t>
            </w:r>
            <w:r w:rsidRPr="00A93C47">
              <w:rPr>
                <w:rFonts w:hint="eastAsia"/>
                <w:color w:val="auto"/>
                <w:sz w:val="24"/>
                <w:szCs w:val="24"/>
                <w:lang w:eastAsia="zh-TW"/>
              </w:rPr>
              <w:t xml:space="preserve"> </w:t>
            </w:r>
          </w:p>
          <w:p w14:paraId="5F5E3C01" w14:textId="77777777" w:rsidR="00A93C47" w:rsidRPr="00A93C47" w:rsidRDefault="00A93C47" w:rsidP="007512A6">
            <w:pPr>
              <w:spacing w:before="50" w:afterLines="50" w:after="120"/>
              <w:rPr>
                <w:color w:val="auto"/>
                <w:sz w:val="24"/>
                <w:szCs w:val="24"/>
                <w:lang w:eastAsia="zh-TW"/>
              </w:rPr>
            </w:pPr>
            <w:r w:rsidRPr="00A93C47">
              <w:rPr>
                <w:rFonts w:hint="eastAsia"/>
                <w:color w:val="auto"/>
                <w:sz w:val="24"/>
                <w:szCs w:val="24"/>
                <w:lang w:eastAsia="zh-TW"/>
              </w:rPr>
              <w:t>□校級或院級</w:t>
            </w:r>
          </w:p>
        </w:tc>
      </w:tr>
      <w:tr w:rsidR="00A93C47" w:rsidRPr="00A93C47" w14:paraId="209CF5DA" w14:textId="77777777" w:rsidTr="00A93C47">
        <w:trPr>
          <w:trHeight w:val="800"/>
          <w:jc w:val="center"/>
        </w:trPr>
        <w:tc>
          <w:tcPr>
            <w:tcW w:w="1970" w:type="dxa"/>
            <w:shd w:val="clear" w:color="auto" w:fill="F2F2F2" w:themeFill="background1" w:themeFillShade="F2"/>
            <w:vAlign w:val="center"/>
          </w:tcPr>
          <w:p w14:paraId="18CE0240" w14:textId="77777777" w:rsidR="00A93C47" w:rsidRPr="00A93C47" w:rsidRDefault="00A93C47" w:rsidP="00500CE7">
            <w:pPr>
              <w:jc w:val="center"/>
              <w:rPr>
                <w:b/>
                <w:color w:val="auto"/>
                <w:sz w:val="24"/>
                <w:szCs w:val="24"/>
                <w:lang w:eastAsia="zh-TW"/>
              </w:rPr>
            </w:pPr>
            <w:r w:rsidRPr="00A93C47">
              <w:rPr>
                <w:rFonts w:hint="eastAsia"/>
                <w:b/>
                <w:color w:val="auto"/>
                <w:sz w:val="24"/>
                <w:szCs w:val="24"/>
                <w:lang w:eastAsia="zh-TW"/>
              </w:rPr>
              <w:t>檢附文件</w:t>
            </w:r>
          </w:p>
        </w:tc>
        <w:tc>
          <w:tcPr>
            <w:tcW w:w="8788" w:type="dxa"/>
            <w:gridSpan w:val="3"/>
            <w:vAlign w:val="center"/>
          </w:tcPr>
          <w:p w14:paraId="3238FFC8" w14:textId="77777777" w:rsidR="00A93C47" w:rsidRPr="00A93C47" w:rsidRDefault="00A93C47" w:rsidP="00500CE7">
            <w:pPr>
              <w:spacing w:beforeLines="50" w:before="120" w:afterLines="50" w:after="120"/>
              <w:rPr>
                <w:rFonts w:ascii="Times New Roman" w:hAnsi="Times New Roman" w:cs="Times New Roman"/>
                <w:color w:val="auto"/>
                <w:sz w:val="24"/>
                <w:szCs w:val="24"/>
                <w:lang w:eastAsia="zh-TW"/>
              </w:rPr>
            </w:pPr>
            <w:r w:rsidRPr="00A93C47">
              <w:rPr>
                <w:rFonts w:ascii="新細明體" w:eastAsia="新細明體" w:hAnsi="新細明體" w:cs="Times New Roman"/>
                <w:color w:val="auto"/>
                <w:sz w:val="24"/>
                <w:szCs w:val="24"/>
                <w:lang w:eastAsia="zh-TW"/>
              </w:rPr>
              <w:t xml:space="preserve">□ </w:t>
            </w:r>
            <w:r w:rsidRPr="00A93C47">
              <w:rPr>
                <w:rFonts w:ascii="Times New Roman" w:hAnsi="Times New Roman" w:cs="Times New Roman"/>
                <w:color w:val="auto"/>
                <w:sz w:val="24"/>
                <w:szCs w:val="24"/>
                <w:lang w:eastAsia="zh-TW"/>
              </w:rPr>
              <w:t>1.</w:t>
            </w:r>
            <w:r w:rsidRPr="00A93C47">
              <w:rPr>
                <w:rFonts w:ascii="Times New Roman" w:hAnsi="Times New Roman" w:cs="Times New Roman" w:hint="eastAsia"/>
                <w:color w:val="auto"/>
                <w:sz w:val="24"/>
                <w:szCs w:val="24"/>
                <w:lang w:eastAsia="zh-TW"/>
              </w:rPr>
              <w:t>專題競賽公告之海報</w:t>
            </w:r>
            <w:r w:rsidR="007E3636">
              <w:rPr>
                <w:rFonts w:ascii="Times New Roman" w:hAnsi="Times New Roman" w:cs="Times New Roman" w:hint="eastAsia"/>
                <w:color w:val="auto"/>
                <w:sz w:val="24"/>
                <w:szCs w:val="24"/>
                <w:lang w:eastAsia="zh-TW"/>
              </w:rPr>
              <w:t>或活動網址內容</w:t>
            </w:r>
            <w:r w:rsidRPr="00A93C47">
              <w:rPr>
                <w:rFonts w:ascii="Times New Roman" w:hAnsi="Times New Roman" w:cs="Times New Roman" w:hint="eastAsia"/>
                <w:color w:val="auto"/>
                <w:sz w:val="24"/>
                <w:szCs w:val="24"/>
                <w:lang w:eastAsia="zh-TW"/>
              </w:rPr>
              <w:t>（或宣傳文宣、實施計畫）</w:t>
            </w:r>
          </w:p>
          <w:p w14:paraId="4FB96DC7" w14:textId="77777777" w:rsidR="00B70D10" w:rsidRPr="007E3636" w:rsidRDefault="00A93C47" w:rsidP="007E3636">
            <w:pPr>
              <w:spacing w:beforeLines="50" w:before="120" w:afterLines="50" w:after="120"/>
              <w:rPr>
                <w:rFonts w:ascii="Times New Roman" w:hAnsi="Times New Roman" w:cs="Times New Roman"/>
                <w:color w:val="auto"/>
                <w:sz w:val="24"/>
                <w:szCs w:val="24"/>
                <w:lang w:eastAsia="zh-TW"/>
              </w:rPr>
            </w:pPr>
            <w:r w:rsidRPr="00A93C47">
              <w:rPr>
                <w:rFonts w:ascii="新細明體" w:eastAsia="新細明體" w:hAnsi="新細明體" w:cs="Times New Roman"/>
                <w:color w:val="auto"/>
                <w:sz w:val="24"/>
                <w:szCs w:val="24"/>
                <w:lang w:eastAsia="zh-TW"/>
              </w:rPr>
              <w:t xml:space="preserve">□ </w:t>
            </w:r>
            <w:r w:rsidRPr="007E3636">
              <w:rPr>
                <w:rFonts w:ascii="Times New Roman" w:hAnsi="Times New Roman" w:cs="Times New Roman"/>
                <w:color w:val="auto"/>
                <w:sz w:val="24"/>
                <w:szCs w:val="24"/>
                <w:lang w:eastAsia="zh-TW"/>
              </w:rPr>
              <w:t>2.</w:t>
            </w:r>
            <w:r w:rsidRPr="007E3636">
              <w:rPr>
                <w:rFonts w:ascii="Times New Roman" w:hAnsi="Times New Roman" w:cs="Times New Roman"/>
                <w:color w:val="auto"/>
                <w:sz w:val="24"/>
                <w:szCs w:val="24"/>
                <w:lang w:eastAsia="zh-TW"/>
              </w:rPr>
              <w:t>專題競賽之成</w:t>
            </w:r>
            <w:r w:rsidR="007E3636">
              <w:rPr>
                <w:rFonts w:ascii="Times New Roman" w:hAnsi="Times New Roman" w:cs="Times New Roman" w:hint="eastAsia"/>
                <w:color w:val="auto"/>
                <w:sz w:val="24"/>
                <w:szCs w:val="24"/>
                <w:lang w:eastAsia="zh-TW"/>
              </w:rPr>
              <w:t>果</w:t>
            </w:r>
            <w:r w:rsidRPr="007E3636">
              <w:rPr>
                <w:rFonts w:ascii="Times New Roman" w:hAnsi="Times New Roman" w:cs="Times New Roman"/>
                <w:color w:val="auto"/>
                <w:sz w:val="24"/>
                <w:szCs w:val="24"/>
                <w:lang w:eastAsia="zh-TW"/>
              </w:rPr>
              <w:t>報告書（含競賽結果、獲獎名單、活動照片及簽到表）</w:t>
            </w:r>
          </w:p>
          <w:p w14:paraId="17B54822" w14:textId="77777777" w:rsidR="007E3636" w:rsidRPr="00A93C47" w:rsidRDefault="007E3636" w:rsidP="007E3636">
            <w:pPr>
              <w:spacing w:beforeLines="50" w:before="120" w:afterLines="50" w:after="120"/>
              <w:rPr>
                <w:rFonts w:ascii="Times New Roman" w:hAnsi="Times New Roman" w:cs="Times New Roman"/>
                <w:sz w:val="24"/>
                <w:szCs w:val="24"/>
                <w:lang w:eastAsia="zh-TW"/>
              </w:rPr>
            </w:pPr>
            <w:r w:rsidRPr="00A93C47">
              <w:rPr>
                <w:rFonts w:ascii="新細明體" w:eastAsia="新細明體" w:hAnsi="新細明體" w:cs="Times New Roman"/>
                <w:color w:val="auto"/>
                <w:sz w:val="24"/>
                <w:szCs w:val="24"/>
                <w:lang w:eastAsia="zh-TW"/>
              </w:rPr>
              <w:t>□</w:t>
            </w:r>
            <w:r w:rsidRPr="007E3636">
              <w:rPr>
                <w:rFonts w:ascii="Times New Roman" w:eastAsia="新細明體" w:hAnsi="Times New Roman" w:cs="Times New Roman"/>
                <w:color w:val="auto"/>
                <w:sz w:val="24"/>
                <w:szCs w:val="24"/>
                <w:lang w:eastAsia="zh-TW"/>
              </w:rPr>
              <w:t xml:space="preserve"> 3</w:t>
            </w:r>
            <w:r w:rsidRPr="007E3636">
              <w:rPr>
                <w:rFonts w:ascii="Times New Roman" w:hAnsi="Times New Roman" w:cs="Times New Roman"/>
                <w:color w:val="auto"/>
                <w:sz w:val="24"/>
                <w:szCs w:val="24"/>
                <w:lang w:eastAsia="zh-TW"/>
              </w:rPr>
              <w:t>.</w:t>
            </w:r>
            <w:r>
              <w:rPr>
                <w:rFonts w:ascii="Times New Roman" w:hAnsi="Times New Roman" w:cs="Times New Roman" w:hint="eastAsia"/>
                <w:color w:val="auto"/>
                <w:sz w:val="24"/>
                <w:szCs w:val="24"/>
                <w:lang w:eastAsia="zh-TW"/>
              </w:rPr>
              <w:t>其他相關成果展示或媒體報導。</w:t>
            </w:r>
          </w:p>
        </w:tc>
      </w:tr>
      <w:tr w:rsidR="00F0431C" w:rsidRPr="00A93C47" w14:paraId="2C1C6E6E" w14:textId="77777777" w:rsidTr="00A93C47">
        <w:trPr>
          <w:trHeight w:val="874"/>
          <w:jc w:val="center"/>
        </w:trPr>
        <w:tc>
          <w:tcPr>
            <w:tcW w:w="1970" w:type="dxa"/>
            <w:tcBorders>
              <w:top w:val="single" w:sz="6" w:space="0" w:color="auto"/>
              <w:bottom w:val="double" w:sz="4" w:space="0" w:color="auto"/>
            </w:tcBorders>
            <w:shd w:val="clear" w:color="auto" w:fill="F2F2F2" w:themeFill="background1" w:themeFillShade="F2"/>
            <w:vAlign w:val="center"/>
          </w:tcPr>
          <w:p w14:paraId="40907A32" w14:textId="77777777" w:rsidR="00F0431C" w:rsidRPr="00A93C47" w:rsidRDefault="00F0431C" w:rsidP="00F0431C">
            <w:pPr>
              <w:spacing w:line="312" w:lineRule="auto"/>
              <w:jc w:val="center"/>
              <w:rPr>
                <w:b/>
                <w:color w:val="auto"/>
                <w:sz w:val="24"/>
                <w:szCs w:val="24"/>
              </w:rPr>
            </w:pPr>
            <w:r w:rsidRPr="00A93C47">
              <w:rPr>
                <w:rFonts w:hint="eastAsia"/>
                <w:b/>
                <w:color w:val="auto"/>
                <w:sz w:val="24"/>
                <w:szCs w:val="24"/>
                <w:lang w:eastAsia="zh-TW"/>
              </w:rPr>
              <w:lastRenderedPageBreak/>
              <w:t>活動佐證</w:t>
            </w:r>
          </w:p>
        </w:tc>
        <w:tc>
          <w:tcPr>
            <w:tcW w:w="8788" w:type="dxa"/>
            <w:gridSpan w:val="3"/>
            <w:tcBorders>
              <w:top w:val="single" w:sz="6" w:space="0" w:color="auto"/>
              <w:bottom w:val="double" w:sz="4" w:space="0" w:color="auto"/>
            </w:tcBorders>
            <w:shd w:val="clear" w:color="auto" w:fill="FFFFFF" w:themeFill="background1"/>
            <w:vAlign w:val="center"/>
          </w:tcPr>
          <w:p w14:paraId="01ACAD61" w14:textId="77777777" w:rsidR="00F0431C" w:rsidRPr="00A93C47" w:rsidRDefault="00F0431C" w:rsidP="00AF4ABF">
            <w:pPr>
              <w:spacing w:beforeLines="50" w:before="120"/>
              <w:ind w:left="312" w:hangingChars="130" w:hanging="312"/>
              <w:jc w:val="both"/>
              <w:rPr>
                <w:rFonts w:ascii="新細明體" w:eastAsia="新細明體" w:hAnsi="新細明體" w:cs="Times New Roman"/>
                <w:color w:val="auto"/>
                <w:sz w:val="24"/>
                <w:szCs w:val="24"/>
                <w:lang w:eastAsia="zh-TW"/>
              </w:rPr>
            </w:pPr>
            <w:r w:rsidRPr="00A93C47">
              <w:rPr>
                <w:sz w:val="24"/>
                <w:szCs w:val="24"/>
                <w:lang w:eastAsia="zh-TW"/>
              </w:rPr>
              <w:t>照片</w:t>
            </w:r>
          </w:p>
          <w:tbl>
            <w:tblPr>
              <w:tblW w:w="8359" w:type="dxa"/>
              <w:tblLayout w:type="fixed"/>
              <w:tblCellMar>
                <w:left w:w="10" w:type="dxa"/>
                <w:right w:w="10" w:type="dxa"/>
              </w:tblCellMar>
              <w:tblLook w:val="0000" w:firstRow="0" w:lastRow="0" w:firstColumn="0" w:lastColumn="0" w:noHBand="0" w:noVBand="0"/>
            </w:tblPr>
            <w:tblGrid>
              <w:gridCol w:w="4248"/>
              <w:gridCol w:w="4111"/>
            </w:tblGrid>
            <w:tr w:rsidR="00F0431C" w:rsidRPr="00A93C47" w14:paraId="029A85C0" w14:textId="77777777" w:rsidTr="00500CE7">
              <w:trPr>
                <w:trHeight w:val="3475"/>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41437" w14:textId="77777777" w:rsidR="00F0431C" w:rsidRPr="00A93C47" w:rsidRDefault="00F0431C" w:rsidP="00F0431C">
                  <w:pPr>
                    <w:spacing w:before="54"/>
                    <w:jc w:val="both"/>
                    <w:rPr>
                      <w:sz w:val="24"/>
                      <w:szCs w:val="24"/>
                      <w:lang w:eastAsia="zh-TW"/>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861BD" w14:textId="77777777" w:rsidR="00F0431C" w:rsidRPr="00A93C47" w:rsidRDefault="00F0431C" w:rsidP="00F0431C">
                  <w:pPr>
                    <w:spacing w:before="54"/>
                    <w:jc w:val="both"/>
                    <w:rPr>
                      <w:sz w:val="24"/>
                      <w:szCs w:val="24"/>
                      <w:lang w:eastAsia="zh-TW"/>
                    </w:rPr>
                  </w:pPr>
                </w:p>
              </w:tc>
            </w:tr>
            <w:tr w:rsidR="00F0431C" w:rsidRPr="00A93C47" w14:paraId="557F7E9F" w14:textId="77777777" w:rsidTr="00500CE7">
              <w:trPr>
                <w:trHeight w:val="510"/>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9D46A" w14:textId="77777777" w:rsidR="00F0431C" w:rsidRPr="00A93C47" w:rsidRDefault="00F0431C" w:rsidP="00F0431C">
                  <w:pPr>
                    <w:jc w:val="both"/>
                    <w:rPr>
                      <w:sz w:val="24"/>
                      <w:szCs w:val="24"/>
                      <w:lang w:eastAsia="zh-TW"/>
                    </w:rPr>
                  </w:pPr>
                  <w:r w:rsidRPr="00A93C47">
                    <w:rPr>
                      <w:b/>
                      <w:sz w:val="24"/>
                      <w:szCs w:val="24"/>
                      <w:lang w:eastAsia="zh-TW"/>
                    </w:rPr>
                    <w:t>▲</w:t>
                  </w:r>
                  <w:r w:rsidRPr="00A93C47">
                    <w:rPr>
                      <w:sz w:val="24"/>
                      <w:szCs w:val="24"/>
                      <w:lang w:eastAsia="zh-TW"/>
                    </w:rPr>
                    <w:t>照片說明</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6D327" w14:textId="77777777" w:rsidR="00F0431C" w:rsidRPr="00A93C47" w:rsidRDefault="00F0431C" w:rsidP="00F0431C">
                  <w:pPr>
                    <w:jc w:val="both"/>
                    <w:rPr>
                      <w:sz w:val="24"/>
                      <w:szCs w:val="24"/>
                      <w:lang w:eastAsia="zh-TW"/>
                    </w:rPr>
                  </w:pPr>
                  <w:r w:rsidRPr="00A93C47">
                    <w:rPr>
                      <w:b/>
                      <w:sz w:val="24"/>
                      <w:szCs w:val="24"/>
                      <w:lang w:eastAsia="zh-TW"/>
                    </w:rPr>
                    <w:t>▲</w:t>
                  </w:r>
                  <w:r w:rsidRPr="00A93C47">
                    <w:rPr>
                      <w:sz w:val="24"/>
                      <w:szCs w:val="24"/>
                      <w:lang w:eastAsia="zh-TW"/>
                    </w:rPr>
                    <w:t>照片說明</w:t>
                  </w:r>
                </w:p>
              </w:tc>
            </w:tr>
          </w:tbl>
          <w:p w14:paraId="1729728E" w14:textId="77777777" w:rsidR="00F0431C" w:rsidRPr="00A93C47" w:rsidRDefault="00F0431C" w:rsidP="00F0431C">
            <w:pPr>
              <w:spacing w:before="54"/>
              <w:jc w:val="both"/>
              <w:rPr>
                <w:rFonts w:ascii="新細明體" w:eastAsia="新細明體" w:hAnsi="新細明體" w:cs="Times New Roman"/>
                <w:color w:val="auto"/>
                <w:sz w:val="24"/>
                <w:szCs w:val="24"/>
                <w:lang w:eastAsia="zh-TW"/>
              </w:rPr>
            </w:pPr>
            <w:r w:rsidRPr="00A93C47">
              <w:rPr>
                <w:color w:val="auto"/>
                <w:sz w:val="24"/>
                <w:szCs w:val="24"/>
                <w:lang w:eastAsia="zh-TW"/>
              </w:rPr>
              <w:t>(</w:t>
            </w:r>
            <w:r w:rsidRPr="00A93C47">
              <w:rPr>
                <w:rFonts w:hint="eastAsia"/>
                <w:color w:val="auto"/>
                <w:sz w:val="24"/>
                <w:szCs w:val="24"/>
                <w:lang w:eastAsia="zh-TW"/>
              </w:rPr>
              <w:t>提供</w:t>
            </w:r>
            <w:r w:rsidRPr="00A93C47">
              <w:rPr>
                <w:rFonts w:ascii="Times New Roman" w:hAnsi="Times New Roman" w:cs="Times New Roman"/>
                <w:color w:val="auto"/>
                <w:sz w:val="24"/>
                <w:szCs w:val="24"/>
                <w:lang w:eastAsia="zh-TW"/>
              </w:rPr>
              <w:t>至少</w:t>
            </w:r>
            <w:r w:rsidRPr="00A93C47">
              <w:rPr>
                <w:rFonts w:ascii="Times New Roman" w:hAnsi="Times New Roman" w:cs="Times New Roman"/>
                <w:color w:val="auto"/>
                <w:sz w:val="24"/>
                <w:szCs w:val="24"/>
                <w:lang w:eastAsia="zh-TW"/>
              </w:rPr>
              <w:t>2</w:t>
            </w:r>
            <w:r w:rsidRPr="00A93C47">
              <w:rPr>
                <w:rFonts w:ascii="Times New Roman" w:hAnsi="Times New Roman" w:cs="Times New Roman"/>
                <w:color w:val="auto"/>
                <w:sz w:val="24"/>
                <w:szCs w:val="24"/>
                <w:lang w:eastAsia="zh-TW"/>
              </w:rPr>
              <w:t>張活動照片及對應說明，如不敷使用，</w:t>
            </w:r>
            <w:r w:rsidRPr="00A93C47">
              <w:rPr>
                <w:color w:val="auto"/>
                <w:sz w:val="24"/>
                <w:szCs w:val="24"/>
                <w:lang w:eastAsia="zh-TW"/>
              </w:rPr>
              <w:t>請自行增列)</w:t>
            </w:r>
          </w:p>
        </w:tc>
      </w:tr>
      <w:tr w:rsidR="00F13D26" w:rsidRPr="00A93C47" w14:paraId="7D68274E" w14:textId="77777777" w:rsidTr="00A93C47">
        <w:trPr>
          <w:trHeight w:val="874"/>
          <w:jc w:val="center"/>
        </w:trPr>
        <w:tc>
          <w:tcPr>
            <w:tcW w:w="1970" w:type="dxa"/>
            <w:tcBorders>
              <w:top w:val="single" w:sz="6" w:space="0" w:color="auto"/>
              <w:bottom w:val="double" w:sz="4" w:space="0" w:color="auto"/>
            </w:tcBorders>
            <w:shd w:val="clear" w:color="auto" w:fill="F2F2F2" w:themeFill="background1" w:themeFillShade="F2"/>
            <w:vAlign w:val="center"/>
          </w:tcPr>
          <w:p w14:paraId="59C53851" w14:textId="77777777" w:rsidR="00F13D26" w:rsidRPr="00A93C47" w:rsidRDefault="00F13D26" w:rsidP="00F13D26">
            <w:pPr>
              <w:spacing w:line="312" w:lineRule="auto"/>
              <w:jc w:val="center"/>
              <w:rPr>
                <w:color w:val="auto"/>
                <w:sz w:val="24"/>
                <w:szCs w:val="24"/>
              </w:rPr>
            </w:pPr>
            <w:proofErr w:type="spellStart"/>
            <w:r w:rsidRPr="00A93C47">
              <w:rPr>
                <w:b/>
                <w:color w:val="auto"/>
                <w:sz w:val="24"/>
                <w:szCs w:val="24"/>
              </w:rPr>
              <w:t>申請人聲明</w:t>
            </w:r>
            <w:proofErr w:type="spellEnd"/>
          </w:p>
        </w:tc>
        <w:tc>
          <w:tcPr>
            <w:tcW w:w="8788" w:type="dxa"/>
            <w:gridSpan w:val="3"/>
            <w:tcBorders>
              <w:top w:val="single" w:sz="6" w:space="0" w:color="auto"/>
              <w:bottom w:val="double" w:sz="4" w:space="0" w:color="auto"/>
            </w:tcBorders>
            <w:shd w:val="clear" w:color="auto" w:fill="FFFFFF" w:themeFill="background1"/>
            <w:vAlign w:val="center"/>
          </w:tcPr>
          <w:p w14:paraId="7E0E6AC4" w14:textId="77777777" w:rsidR="00F13D26" w:rsidRPr="00A93C47" w:rsidRDefault="00F13D26" w:rsidP="00B70D10">
            <w:pPr>
              <w:spacing w:beforeLines="100" w:before="240"/>
              <w:ind w:left="312" w:hangingChars="130" w:hanging="312"/>
              <w:jc w:val="both"/>
              <w:rPr>
                <w:color w:val="auto"/>
                <w:sz w:val="24"/>
                <w:szCs w:val="24"/>
                <w:lang w:eastAsia="zh-TW"/>
              </w:rPr>
            </w:pPr>
            <w:r w:rsidRPr="00A93C47">
              <w:rPr>
                <w:rFonts w:ascii="新細明體" w:eastAsia="新細明體" w:hAnsi="新細明體" w:cs="Times New Roman"/>
                <w:color w:val="auto"/>
                <w:sz w:val="24"/>
                <w:szCs w:val="24"/>
                <w:lang w:eastAsia="zh-TW"/>
              </w:rPr>
              <w:t>□</w:t>
            </w:r>
            <w:r w:rsidRPr="00A93C47">
              <w:rPr>
                <w:rFonts w:ascii="新細明體" w:eastAsia="新細明體" w:hAnsi="新細明體" w:cs="Times New Roman" w:hint="eastAsia"/>
                <w:color w:val="auto"/>
                <w:sz w:val="24"/>
                <w:szCs w:val="24"/>
                <w:lang w:eastAsia="zh-TW"/>
              </w:rPr>
              <w:t xml:space="preserve"> </w:t>
            </w:r>
            <w:r w:rsidRPr="00A93C47">
              <w:rPr>
                <w:color w:val="auto"/>
                <w:sz w:val="24"/>
                <w:szCs w:val="24"/>
                <w:lang w:eastAsia="zh-TW"/>
              </w:rPr>
              <w:t>本人聲明上述所填寫之</w:t>
            </w:r>
            <w:r w:rsidR="00B70D10">
              <w:rPr>
                <w:rFonts w:hint="eastAsia"/>
                <w:color w:val="auto"/>
                <w:sz w:val="24"/>
                <w:szCs w:val="24"/>
                <w:lang w:eastAsia="zh-TW"/>
              </w:rPr>
              <w:t>資料</w:t>
            </w:r>
            <w:r w:rsidRPr="00A93C47">
              <w:rPr>
                <w:color w:val="auto"/>
                <w:sz w:val="24"/>
                <w:szCs w:val="24"/>
                <w:lang w:eastAsia="zh-TW"/>
              </w:rPr>
              <w:t>內容及檢附之文件均為屬實，如有不實，願放棄獲獎資格並繳回</w:t>
            </w:r>
            <w:r w:rsidRPr="00A93C47">
              <w:rPr>
                <w:rFonts w:hint="eastAsia"/>
                <w:color w:val="auto"/>
                <w:sz w:val="24"/>
                <w:szCs w:val="24"/>
                <w:lang w:eastAsia="zh-TW"/>
              </w:rPr>
              <w:t>全數</w:t>
            </w:r>
            <w:r w:rsidRPr="00A93C47">
              <w:rPr>
                <w:color w:val="auto"/>
                <w:sz w:val="24"/>
                <w:szCs w:val="24"/>
                <w:lang w:eastAsia="zh-TW"/>
              </w:rPr>
              <w:t>獎</w:t>
            </w:r>
            <w:r w:rsidRPr="00A93C47">
              <w:rPr>
                <w:rFonts w:hint="eastAsia"/>
                <w:color w:val="auto"/>
                <w:sz w:val="24"/>
                <w:szCs w:val="24"/>
                <w:lang w:eastAsia="zh-TW"/>
              </w:rPr>
              <w:t>補助金額</w:t>
            </w:r>
            <w:r w:rsidRPr="00A93C47">
              <w:rPr>
                <w:color w:val="auto"/>
                <w:sz w:val="24"/>
                <w:szCs w:val="24"/>
                <w:lang w:eastAsia="zh-TW"/>
              </w:rPr>
              <w:t>。</w:t>
            </w:r>
          </w:p>
          <w:p w14:paraId="0A22DE43" w14:textId="77777777" w:rsidR="00F13D26" w:rsidRPr="00477097" w:rsidRDefault="00F13D26" w:rsidP="00F13D26">
            <w:pPr>
              <w:ind w:left="312" w:hangingChars="130" w:hanging="312"/>
              <w:jc w:val="both"/>
              <w:rPr>
                <w:color w:val="auto"/>
                <w:sz w:val="24"/>
                <w:szCs w:val="24"/>
                <w:lang w:eastAsia="zh-TW"/>
              </w:rPr>
            </w:pPr>
            <w:r w:rsidRPr="00477097">
              <w:rPr>
                <w:rFonts w:ascii="新細明體" w:eastAsia="新細明體" w:hAnsi="新細明體" w:cs="Times New Roman"/>
                <w:color w:val="auto"/>
                <w:sz w:val="24"/>
                <w:szCs w:val="24"/>
                <w:lang w:eastAsia="zh-TW"/>
              </w:rPr>
              <w:t>□</w:t>
            </w:r>
            <w:r w:rsidRPr="00477097">
              <w:rPr>
                <w:rFonts w:ascii="新細明體" w:eastAsia="新細明體" w:hAnsi="新細明體" w:cs="Times New Roman" w:hint="eastAsia"/>
                <w:color w:val="auto"/>
                <w:sz w:val="24"/>
                <w:szCs w:val="24"/>
                <w:lang w:eastAsia="zh-TW"/>
              </w:rPr>
              <w:t xml:space="preserve"> </w:t>
            </w:r>
            <w:r w:rsidRPr="00477097">
              <w:rPr>
                <w:rFonts w:hint="eastAsia"/>
                <w:color w:val="auto"/>
                <w:sz w:val="24"/>
                <w:szCs w:val="24"/>
                <w:lang w:eastAsia="zh-TW"/>
              </w:rPr>
              <w:t>本人同意東吳大學財務工程與精算數學系，於本人獲獎時得將本人之系級、學號或姓名及獲獎資訊公告於本系官方網站及佈告欄。</w:t>
            </w:r>
          </w:p>
          <w:p w14:paraId="76B569F5" w14:textId="77777777" w:rsidR="00F13D26" w:rsidRPr="00B70D10" w:rsidRDefault="00F13D26" w:rsidP="00F13D26">
            <w:pPr>
              <w:spacing w:line="264" w:lineRule="auto"/>
              <w:ind w:left="360" w:hangingChars="150" w:hanging="360"/>
              <w:jc w:val="both"/>
              <w:rPr>
                <w:color w:val="auto"/>
                <w:sz w:val="20"/>
                <w:szCs w:val="20"/>
                <w:lang w:eastAsia="zh-TW"/>
              </w:rPr>
            </w:pPr>
            <w:r w:rsidRPr="00477097">
              <w:rPr>
                <w:rFonts w:hint="eastAsia"/>
                <w:color w:val="auto"/>
                <w:sz w:val="24"/>
                <w:szCs w:val="24"/>
                <w:lang w:eastAsia="zh-TW"/>
              </w:rPr>
              <w:t xml:space="preserve">   </w:t>
            </w:r>
            <w:r w:rsidRPr="00477097">
              <w:rPr>
                <w:rFonts w:hint="eastAsia"/>
                <w:color w:val="auto"/>
                <w:sz w:val="20"/>
                <w:szCs w:val="20"/>
                <w:lang w:eastAsia="zh-TW"/>
              </w:rPr>
              <w:t>(</w:t>
            </w:r>
            <w:r w:rsidR="00A00D91" w:rsidRPr="00477097">
              <w:rPr>
                <w:rFonts w:hint="eastAsia"/>
                <w:color w:val="auto"/>
                <w:sz w:val="20"/>
                <w:szCs w:val="20"/>
                <w:lang w:eastAsia="zh-TW"/>
              </w:rPr>
              <w:t>註：</w:t>
            </w:r>
            <w:r w:rsidRPr="00477097">
              <w:rPr>
                <w:rFonts w:hint="eastAsia"/>
                <w:color w:val="auto"/>
                <w:sz w:val="20"/>
                <w:szCs w:val="20"/>
                <w:lang w:eastAsia="zh-TW"/>
              </w:rPr>
              <w:t>秉持最小化公開原則，僅公告獲獎人系級、學號或姓名及獲獎項目相關資訊)</w:t>
            </w:r>
          </w:p>
          <w:p w14:paraId="2B68955F" w14:textId="77777777" w:rsidR="00626999" w:rsidRDefault="00626999" w:rsidP="00F13D26">
            <w:pPr>
              <w:rPr>
                <w:color w:val="auto"/>
                <w:sz w:val="15"/>
                <w:szCs w:val="15"/>
                <w:lang w:eastAsia="zh-TW"/>
              </w:rPr>
            </w:pPr>
          </w:p>
          <w:p w14:paraId="6EC81ACF" w14:textId="77777777" w:rsidR="00626999" w:rsidRDefault="00626999" w:rsidP="00F13D26">
            <w:pPr>
              <w:rPr>
                <w:color w:val="auto"/>
                <w:sz w:val="15"/>
                <w:szCs w:val="15"/>
                <w:lang w:eastAsia="zh-TW"/>
              </w:rPr>
            </w:pPr>
          </w:p>
          <w:p w14:paraId="1E1B2845" w14:textId="49B80DD2" w:rsidR="00626999" w:rsidRDefault="00477097" w:rsidP="00F13D26">
            <w:pPr>
              <w:rPr>
                <w:color w:val="auto"/>
                <w:sz w:val="15"/>
                <w:szCs w:val="15"/>
                <w:lang w:eastAsia="zh-TW"/>
              </w:rPr>
            </w:pPr>
            <w:r>
              <w:rPr>
                <w:rFonts w:hint="eastAsia"/>
                <w:color w:val="auto"/>
                <w:sz w:val="24"/>
                <w:szCs w:val="24"/>
                <w:lang w:eastAsia="zh-TW"/>
              </w:rPr>
              <w:t>申請人之指導老師</w:t>
            </w:r>
            <w:r w:rsidRPr="00A93C47">
              <w:rPr>
                <w:color w:val="auto"/>
                <w:sz w:val="24"/>
                <w:szCs w:val="24"/>
                <w:lang w:eastAsia="zh-TW"/>
              </w:rPr>
              <w:t>簽章：</w:t>
            </w:r>
            <w:r w:rsidRPr="00A93C47">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rFonts w:hint="eastAsia"/>
                <w:color w:val="auto"/>
                <w:sz w:val="24"/>
                <w:szCs w:val="24"/>
                <w:lang w:eastAsia="zh-TW"/>
              </w:rPr>
              <w:t xml:space="preserve"> </w:t>
            </w:r>
            <w:r>
              <w:rPr>
                <w:rFonts w:hint="eastAsia"/>
                <w:color w:val="auto"/>
                <w:sz w:val="24"/>
                <w:szCs w:val="24"/>
                <w:lang w:eastAsia="zh-TW"/>
              </w:rPr>
              <w:t xml:space="preserve"> </w:t>
            </w:r>
            <w:r w:rsidRPr="00A93C47">
              <w:rPr>
                <w:color w:val="auto"/>
                <w:sz w:val="24"/>
                <w:szCs w:val="24"/>
                <w:lang w:eastAsia="zh-TW"/>
              </w:rPr>
              <w:t xml:space="preserve">日期：民國 </w:t>
            </w:r>
            <w:r w:rsidRPr="00A93C47">
              <w:rPr>
                <w:rFonts w:hint="eastAsia"/>
                <w:color w:val="auto"/>
                <w:sz w:val="24"/>
                <w:szCs w:val="24"/>
                <w:u w:val="single"/>
                <w:lang w:eastAsia="zh-TW"/>
              </w:rPr>
              <w:t xml:space="preserve">    </w:t>
            </w:r>
            <w:r w:rsidRPr="00A93C47">
              <w:rPr>
                <w:color w:val="auto"/>
                <w:sz w:val="24"/>
                <w:szCs w:val="24"/>
                <w:lang w:eastAsia="zh-TW"/>
              </w:rPr>
              <w:t xml:space="preserve"> 年 </w:t>
            </w:r>
            <w:r w:rsidRPr="00A93C47">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rFonts w:hint="eastAsia"/>
                <w:color w:val="auto"/>
                <w:sz w:val="24"/>
                <w:szCs w:val="24"/>
                <w:u w:val="single"/>
                <w:lang w:eastAsia="zh-TW"/>
              </w:rPr>
              <w:t xml:space="preserve"> </w:t>
            </w:r>
            <w:r w:rsidRPr="00A93C47">
              <w:rPr>
                <w:color w:val="auto"/>
                <w:sz w:val="24"/>
                <w:szCs w:val="24"/>
                <w:lang w:eastAsia="zh-TW"/>
              </w:rPr>
              <w:t xml:space="preserve"> 月 </w:t>
            </w:r>
            <w:r w:rsidRPr="00A93C47">
              <w:rPr>
                <w:rFonts w:hint="eastAsia"/>
                <w:color w:val="auto"/>
                <w:sz w:val="24"/>
                <w:szCs w:val="24"/>
                <w:u w:val="single"/>
                <w:lang w:eastAsia="zh-TW"/>
              </w:rPr>
              <w:t xml:space="preserve">   </w:t>
            </w:r>
            <w:r w:rsidRPr="00A93C47">
              <w:rPr>
                <w:color w:val="auto"/>
                <w:sz w:val="24"/>
                <w:szCs w:val="24"/>
                <w:lang w:eastAsia="zh-TW"/>
              </w:rPr>
              <w:t xml:space="preserve"> 日</w:t>
            </w:r>
          </w:p>
          <w:p w14:paraId="5D05A2D0" w14:textId="77777777" w:rsidR="00477097" w:rsidRPr="00A93C47" w:rsidRDefault="00477097" w:rsidP="00477097">
            <w:pPr>
              <w:spacing w:beforeLines="150" w:before="360"/>
              <w:rPr>
                <w:color w:val="auto"/>
                <w:sz w:val="24"/>
                <w:szCs w:val="24"/>
                <w:lang w:eastAsia="zh-TW"/>
              </w:rPr>
            </w:pPr>
            <w:r w:rsidRPr="00A93C47">
              <w:rPr>
                <w:color w:val="auto"/>
                <w:sz w:val="24"/>
                <w:szCs w:val="24"/>
                <w:lang w:eastAsia="zh-TW"/>
              </w:rPr>
              <w:t>申請人簽章：</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w:t>
            </w:r>
            <w:r w:rsidRPr="00A93C47">
              <w:rPr>
                <w:color w:val="auto"/>
                <w:sz w:val="24"/>
                <w:szCs w:val="24"/>
                <w:lang w:eastAsia="zh-TW"/>
              </w:rPr>
              <w:t xml:space="preserve">日期：民國 </w:t>
            </w:r>
            <w:r w:rsidRPr="00A93C47">
              <w:rPr>
                <w:rFonts w:hint="eastAsia"/>
                <w:color w:val="auto"/>
                <w:sz w:val="24"/>
                <w:szCs w:val="24"/>
                <w:u w:val="single"/>
                <w:lang w:eastAsia="zh-TW"/>
              </w:rPr>
              <w:t xml:space="preserve">     </w:t>
            </w:r>
            <w:r w:rsidRPr="00A93C47">
              <w:rPr>
                <w:color w:val="auto"/>
                <w:sz w:val="24"/>
                <w:szCs w:val="24"/>
                <w:lang w:eastAsia="zh-TW"/>
              </w:rPr>
              <w:t xml:space="preserve"> 年 </w:t>
            </w:r>
            <w:r w:rsidRPr="00A93C47">
              <w:rPr>
                <w:rFonts w:hint="eastAsia"/>
                <w:color w:val="auto"/>
                <w:sz w:val="24"/>
                <w:szCs w:val="24"/>
                <w:u w:val="single"/>
                <w:lang w:eastAsia="zh-TW"/>
              </w:rPr>
              <w:t xml:space="preserve">    </w:t>
            </w:r>
            <w:r w:rsidRPr="00A93C47">
              <w:rPr>
                <w:color w:val="auto"/>
                <w:sz w:val="24"/>
                <w:szCs w:val="24"/>
                <w:lang w:eastAsia="zh-TW"/>
              </w:rPr>
              <w:t xml:space="preserve"> 月 </w:t>
            </w:r>
            <w:r w:rsidRPr="00A93C47">
              <w:rPr>
                <w:rFonts w:hint="eastAsia"/>
                <w:color w:val="auto"/>
                <w:sz w:val="24"/>
                <w:szCs w:val="24"/>
                <w:u w:val="single"/>
                <w:lang w:eastAsia="zh-TW"/>
              </w:rPr>
              <w:t xml:space="preserve">     </w:t>
            </w:r>
            <w:r w:rsidRPr="00A93C47">
              <w:rPr>
                <w:color w:val="auto"/>
                <w:sz w:val="24"/>
                <w:szCs w:val="24"/>
                <w:lang w:eastAsia="zh-TW"/>
              </w:rPr>
              <w:t xml:space="preserve"> 日</w:t>
            </w:r>
          </w:p>
          <w:p w14:paraId="3EDFAEA4" w14:textId="77777777" w:rsidR="00477097" w:rsidRDefault="00477097" w:rsidP="00477097">
            <w:pPr>
              <w:rPr>
                <w:color w:val="auto"/>
                <w:sz w:val="15"/>
                <w:szCs w:val="15"/>
                <w:lang w:eastAsia="zh-TW"/>
              </w:rPr>
            </w:pPr>
            <w:r w:rsidRPr="00FE22FF">
              <w:rPr>
                <w:rFonts w:hint="eastAsia"/>
                <w:color w:val="auto"/>
                <w:sz w:val="15"/>
                <w:szCs w:val="15"/>
                <w:lang w:eastAsia="zh-TW"/>
              </w:rPr>
              <w:t>(本人已閱讀東吳大學財務工程與精算數學系運用個人資料告知暨同意書，了解及同意個人資料提供學系進行蒐集、處理、利用)</w:t>
            </w:r>
          </w:p>
          <w:p w14:paraId="556E2401" w14:textId="634E0C0B" w:rsidR="009B1A12" w:rsidRPr="00FE22FF" w:rsidRDefault="009B1A12" w:rsidP="00477097">
            <w:pPr>
              <w:rPr>
                <w:rFonts w:hint="eastAsia"/>
                <w:color w:val="auto"/>
                <w:sz w:val="15"/>
                <w:szCs w:val="15"/>
                <w:lang w:eastAsia="zh-TW"/>
              </w:rPr>
            </w:pPr>
          </w:p>
        </w:tc>
      </w:tr>
      <w:tr w:rsidR="00F13D26" w:rsidRPr="00A93C47" w14:paraId="126647E6" w14:textId="77777777" w:rsidTr="00C87D58">
        <w:trPr>
          <w:trHeight w:val="629"/>
          <w:jc w:val="center"/>
        </w:trPr>
        <w:tc>
          <w:tcPr>
            <w:tcW w:w="10758" w:type="dxa"/>
            <w:gridSpan w:val="4"/>
            <w:tcBorders>
              <w:top w:val="single" w:sz="6" w:space="0" w:color="auto"/>
              <w:bottom w:val="double" w:sz="4" w:space="0" w:color="auto"/>
            </w:tcBorders>
            <w:shd w:val="clear" w:color="auto" w:fill="F2F2F2" w:themeFill="background1" w:themeFillShade="F2"/>
            <w:vAlign w:val="center"/>
          </w:tcPr>
          <w:p w14:paraId="1FB8DF96" w14:textId="77777777" w:rsidR="00F13D26" w:rsidRPr="00A93C47" w:rsidRDefault="00F13D26" w:rsidP="00F13D26">
            <w:pPr>
              <w:jc w:val="center"/>
              <w:rPr>
                <w:color w:val="auto"/>
                <w:sz w:val="24"/>
                <w:szCs w:val="24"/>
                <w:lang w:eastAsia="zh-TW"/>
              </w:rPr>
            </w:pPr>
            <w:r w:rsidRPr="00A93C47">
              <w:rPr>
                <w:b/>
                <w:color w:val="auto"/>
                <w:sz w:val="24"/>
                <w:szCs w:val="24"/>
                <w:lang w:eastAsia="zh-TW"/>
              </w:rPr>
              <w:t>【審核欄】（申請人請勿填寫）</w:t>
            </w:r>
          </w:p>
        </w:tc>
      </w:tr>
      <w:tr w:rsidR="00F13D26" w:rsidRPr="00A93C47" w14:paraId="2B02ADCF" w14:textId="77777777" w:rsidTr="00A93C47">
        <w:trPr>
          <w:trHeight w:val="874"/>
          <w:jc w:val="center"/>
        </w:trPr>
        <w:tc>
          <w:tcPr>
            <w:tcW w:w="1970" w:type="dxa"/>
            <w:tcBorders>
              <w:top w:val="single" w:sz="6" w:space="0" w:color="auto"/>
              <w:bottom w:val="double" w:sz="4" w:space="0" w:color="auto"/>
            </w:tcBorders>
            <w:shd w:val="clear" w:color="auto" w:fill="F2F2F2" w:themeFill="background1" w:themeFillShade="F2"/>
            <w:vAlign w:val="center"/>
          </w:tcPr>
          <w:p w14:paraId="78E10430" w14:textId="77777777" w:rsidR="00F13D26" w:rsidRPr="00A93C47" w:rsidRDefault="00F13D26" w:rsidP="00F13D26">
            <w:pPr>
              <w:spacing w:line="312" w:lineRule="auto"/>
              <w:jc w:val="center"/>
              <w:rPr>
                <w:color w:val="auto"/>
                <w:sz w:val="24"/>
                <w:szCs w:val="24"/>
              </w:rPr>
            </w:pPr>
            <w:proofErr w:type="spellStart"/>
            <w:r w:rsidRPr="00A93C47">
              <w:rPr>
                <w:b/>
                <w:color w:val="auto"/>
                <w:sz w:val="24"/>
                <w:szCs w:val="24"/>
              </w:rPr>
              <w:t>系所審</w:t>
            </w:r>
            <w:proofErr w:type="spellEnd"/>
            <w:r w:rsidRPr="00A93C47">
              <w:rPr>
                <w:rFonts w:hint="eastAsia"/>
                <w:b/>
                <w:color w:val="auto"/>
                <w:sz w:val="24"/>
                <w:szCs w:val="24"/>
                <w:lang w:eastAsia="zh-TW"/>
              </w:rPr>
              <w:t>核</w:t>
            </w:r>
          </w:p>
        </w:tc>
        <w:tc>
          <w:tcPr>
            <w:tcW w:w="8788" w:type="dxa"/>
            <w:gridSpan w:val="3"/>
            <w:tcBorders>
              <w:top w:val="single" w:sz="6" w:space="0" w:color="auto"/>
              <w:bottom w:val="double" w:sz="4" w:space="0" w:color="auto"/>
            </w:tcBorders>
            <w:shd w:val="clear" w:color="auto" w:fill="FFFFFF" w:themeFill="background1"/>
            <w:vAlign w:val="center"/>
          </w:tcPr>
          <w:p w14:paraId="6B6AAA22" w14:textId="77777777" w:rsidR="00495E43" w:rsidRPr="00A93C47" w:rsidRDefault="00F13D26" w:rsidP="00B70D10">
            <w:pPr>
              <w:spacing w:beforeLines="100" w:before="240" w:line="360" w:lineRule="auto"/>
              <w:rPr>
                <w:color w:val="auto"/>
                <w:sz w:val="24"/>
                <w:szCs w:val="24"/>
                <w:lang w:eastAsia="zh-TW"/>
              </w:rPr>
            </w:pPr>
            <w:r w:rsidRPr="00A93C47">
              <w:rPr>
                <w:color w:val="auto"/>
                <w:sz w:val="24"/>
                <w:szCs w:val="24"/>
                <w:lang w:eastAsia="zh-TW"/>
              </w:rPr>
              <w:t>□ 符合資格，同意推薦</w:t>
            </w:r>
            <w:r w:rsidRPr="00A93C47">
              <w:rPr>
                <w:rFonts w:hint="eastAsia"/>
                <w:color w:val="auto"/>
                <w:sz w:val="24"/>
                <w:szCs w:val="24"/>
                <w:lang w:eastAsia="zh-TW"/>
              </w:rPr>
              <w:t>，</w:t>
            </w:r>
            <w:r w:rsidR="00362463" w:rsidRPr="00A93C47">
              <w:rPr>
                <w:rFonts w:hint="eastAsia"/>
                <w:color w:val="auto"/>
                <w:sz w:val="24"/>
                <w:szCs w:val="24"/>
                <w:lang w:eastAsia="zh-TW"/>
              </w:rPr>
              <w:t>共計核發金額：</w:t>
            </w:r>
            <w:r w:rsidR="00362463" w:rsidRPr="00A93C47">
              <w:rPr>
                <w:rFonts w:hint="eastAsia"/>
                <w:color w:val="auto"/>
                <w:sz w:val="24"/>
                <w:szCs w:val="24"/>
                <w:u w:val="single"/>
                <w:lang w:eastAsia="zh-TW"/>
              </w:rPr>
              <w:t xml:space="preserve"> </w:t>
            </w:r>
            <w:r w:rsidR="00362463" w:rsidRPr="00A93C47">
              <w:rPr>
                <w:color w:val="auto"/>
                <w:sz w:val="24"/>
                <w:szCs w:val="24"/>
                <w:u w:val="single"/>
                <w:lang w:eastAsia="zh-TW"/>
              </w:rPr>
              <w:t xml:space="preserve">  </w:t>
            </w:r>
            <w:r w:rsidR="00362463" w:rsidRPr="00A93C47">
              <w:rPr>
                <w:rFonts w:hint="eastAsia"/>
                <w:color w:val="auto"/>
                <w:sz w:val="24"/>
                <w:szCs w:val="24"/>
                <w:u w:val="single"/>
                <w:lang w:eastAsia="zh-TW"/>
              </w:rPr>
              <w:t xml:space="preserve">          </w:t>
            </w:r>
            <w:r w:rsidR="00362463" w:rsidRPr="00A93C47">
              <w:rPr>
                <w:rFonts w:hint="eastAsia"/>
                <w:color w:val="auto"/>
                <w:sz w:val="24"/>
                <w:szCs w:val="24"/>
                <w:lang w:eastAsia="zh-TW"/>
              </w:rPr>
              <w:t>元。</w:t>
            </w:r>
          </w:p>
          <w:p w14:paraId="760DCE90" w14:textId="77777777" w:rsidR="00F13D26" w:rsidRPr="00A93C47" w:rsidRDefault="00F13D26" w:rsidP="00F13D26">
            <w:pPr>
              <w:snapToGrid w:val="0"/>
              <w:rPr>
                <w:color w:val="auto"/>
                <w:sz w:val="24"/>
                <w:szCs w:val="24"/>
                <w:lang w:eastAsia="zh-TW"/>
              </w:rPr>
            </w:pPr>
            <w:r w:rsidRPr="00A93C47">
              <w:rPr>
                <w:color w:val="auto"/>
                <w:sz w:val="24"/>
                <w:szCs w:val="24"/>
                <w:lang w:eastAsia="zh-TW"/>
              </w:rPr>
              <w:t>□ 不符合資格</w:t>
            </w:r>
            <w:r w:rsidRPr="00A93C47">
              <w:rPr>
                <w:rFonts w:hint="eastAsia"/>
                <w:color w:val="auto"/>
                <w:sz w:val="24"/>
                <w:szCs w:val="24"/>
                <w:lang w:eastAsia="zh-TW"/>
              </w:rPr>
              <w:t>，未予推薦。</w:t>
            </w:r>
          </w:p>
          <w:p w14:paraId="0ABA6007" w14:textId="77777777" w:rsidR="00F13D26" w:rsidRPr="00A93C47" w:rsidRDefault="00F13D26" w:rsidP="00F13D26">
            <w:pPr>
              <w:snapToGrid w:val="0"/>
              <w:spacing w:afterLines="50" w:after="120"/>
              <w:jc w:val="right"/>
              <w:rPr>
                <w:color w:val="auto"/>
                <w:sz w:val="24"/>
                <w:szCs w:val="24"/>
                <w:lang w:eastAsia="zh-TW"/>
              </w:rPr>
            </w:pPr>
            <w:r w:rsidRPr="00A93C47">
              <w:rPr>
                <w:color w:val="auto"/>
                <w:sz w:val="24"/>
                <w:szCs w:val="24"/>
                <w:lang w:eastAsia="zh-TW"/>
              </w:rPr>
              <w:t>審核</w:t>
            </w:r>
            <w:r w:rsidRPr="00A93C47">
              <w:rPr>
                <w:rFonts w:hint="eastAsia"/>
                <w:color w:val="auto"/>
                <w:sz w:val="24"/>
                <w:szCs w:val="24"/>
                <w:lang w:eastAsia="zh-TW"/>
              </w:rPr>
              <w:t>日期</w:t>
            </w:r>
            <w:r w:rsidRPr="00A93C47">
              <w:rPr>
                <w:color w:val="auto"/>
                <w:sz w:val="24"/>
                <w:szCs w:val="24"/>
                <w:lang w:eastAsia="zh-TW"/>
              </w:rPr>
              <w:t xml:space="preserve">：民國 </w:t>
            </w:r>
            <w:r w:rsidRPr="00A93C47">
              <w:rPr>
                <w:rFonts w:hint="eastAsia"/>
                <w:color w:val="auto"/>
                <w:sz w:val="24"/>
                <w:szCs w:val="24"/>
                <w:u w:val="single"/>
                <w:lang w:eastAsia="zh-TW"/>
              </w:rPr>
              <w:t xml:space="preserve">     </w:t>
            </w:r>
            <w:r w:rsidRPr="00A93C47">
              <w:rPr>
                <w:color w:val="auto"/>
                <w:sz w:val="24"/>
                <w:szCs w:val="24"/>
                <w:lang w:eastAsia="zh-TW"/>
              </w:rPr>
              <w:t xml:space="preserve"> 年 </w:t>
            </w:r>
            <w:r w:rsidRPr="00A93C47">
              <w:rPr>
                <w:rFonts w:hint="eastAsia"/>
                <w:color w:val="auto"/>
                <w:sz w:val="24"/>
                <w:szCs w:val="24"/>
                <w:u w:val="single"/>
                <w:lang w:eastAsia="zh-TW"/>
              </w:rPr>
              <w:t xml:space="preserve">     </w:t>
            </w:r>
            <w:r w:rsidRPr="00A93C47">
              <w:rPr>
                <w:color w:val="auto"/>
                <w:sz w:val="24"/>
                <w:szCs w:val="24"/>
                <w:lang w:eastAsia="zh-TW"/>
              </w:rPr>
              <w:t xml:space="preserve"> 月 </w:t>
            </w:r>
            <w:r w:rsidRPr="00A93C47">
              <w:rPr>
                <w:rFonts w:hint="eastAsia"/>
                <w:color w:val="auto"/>
                <w:sz w:val="24"/>
                <w:szCs w:val="24"/>
                <w:u w:val="single"/>
                <w:lang w:eastAsia="zh-TW"/>
              </w:rPr>
              <w:t xml:space="preserve">     </w:t>
            </w:r>
            <w:r w:rsidRPr="00A93C47">
              <w:rPr>
                <w:color w:val="auto"/>
                <w:sz w:val="24"/>
                <w:szCs w:val="24"/>
                <w:lang w:eastAsia="zh-TW"/>
              </w:rPr>
              <w:t xml:space="preserve"> 日</w:t>
            </w:r>
          </w:p>
        </w:tc>
      </w:tr>
    </w:tbl>
    <w:p w14:paraId="20D299B2" w14:textId="77777777" w:rsidR="00316FB7" w:rsidRPr="00CF5CCF" w:rsidRDefault="00316FB7" w:rsidP="00C7691B">
      <w:pPr>
        <w:spacing w:after="0" w:line="240" w:lineRule="auto"/>
        <w:rPr>
          <w:rFonts w:ascii="Times New Roman" w:hAnsi="Times New Roman" w:cs="Times New Roman"/>
          <w:color w:val="auto"/>
          <w:sz w:val="18"/>
          <w:szCs w:val="18"/>
          <w:lang w:eastAsia="zh-TW"/>
        </w:rPr>
      </w:pPr>
    </w:p>
    <w:p w14:paraId="4A5EFDAE" w14:textId="77777777" w:rsidR="0096632F" w:rsidRPr="00413E31" w:rsidRDefault="004E3A0E" w:rsidP="00646506">
      <w:pPr>
        <w:spacing w:after="120"/>
        <w:jc w:val="center"/>
        <w:rPr>
          <w:color w:val="auto"/>
          <w:sz w:val="40"/>
          <w:szCs w:val="40"/>
          <w:lang w:eastAsia="zh-TW"/>
        </w:rPr>
      </w:pPr>
      <w:r>
        <w:rPr>
          <w:color w:val="auto"/>
          <w:lang w:eastAsia="zh-TW"/>
        </w:rPr>
        <w:br w:type="page"/>
      </w:r>
      <w:r w:rsidR="0096632F" w:rsidRPr="00413E31">
        <w:rPr>
          <w:rFonts w:hint="eastAsia"/>
          <w:color w:val="auto"/>
          <w:sz w:val="40"/>
          <w:szCs w:val="40"/>
          <w:lang w:eastAsia="zh-TW"/>
        </w:rPr>
        <w:lastRenderedPageBreak/>
        <w:t>運用個人資料告知暨同意書</w:t>
      </w:r>
    </w:p>
    <w:p w14:paraId="3936E902"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東吳大學財務工程與精算數學系（以下簡稱本系）蒐集、處理、利用及傳輸 台端個人資料事宜，茲依據 「個人資料保護法 」第八條之規定，向 台端告知下列事項：</w:t>
      </w:r>
    </w:p>
    <w:p w14:paraId="0A95C1AE"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一、本系蒐集之目的為獎助學金之</w:t>
      </w:r>
      <w:r w:rsidR="00C9567E" w:rsidRPr="00413E31">
        <w:rPr>
          <w:rFonts w:hint="eastAsia"/>
          <w:color w:val="auto"/>
          <w:lang w:eastAsia="zh-TW"/>
        </w:rPr>
        <w:t>申請、審核、發放及獲獎名單之公開公告</w:t>
      </w:r>
      <w:r w:rsidRPr="00413E31">
        <w:rPr>
          <w:rFonts w:hint="eastAsia"/>
          <w:color w:val="auto"/>
          <w:lang w:eastAsia="zh-TW"/>
        </w:rPr>
        <w:t>。</w:t>
      </w:r>
    </w:p>
    <w:p w14:paraId="2E33DC6C"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二、蒐集之個人資料：</w:t>
      </w:r>
    </w:p>
    <w:p w14:paraId="169BD528" w14:textId="77777777"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（一）姓名、</w:t>
      </w:r>
      <w:r w:rsidRPr="00266C8E">
        <w:rPr>
          <w:rFonts w:hint="eastAsia"/>
          <w:color w:val="auto"/>
          <w:lang w:eastAsia="zh-TW"/>
        </w:rPr>
        <w:t>出生年月日、身分證</w:t>
      </w:r>
      <w:r w:rsidRPr="00413E31">
        <w:rPr>
          <w:rFonts w:hint="eastAsia"/>
          <w:color w:val="auto"/>
          <w:lang w:eastAsia="zh-TW"/>
        </w:rPr>
        <w:t>統一編號。</w:t>
      </w:r>
    </w:p>
    <w:p w14:paraId="734D22AA" w14:textId="77777777"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（二）地址</w:t>
      </w:r>
      <w:r w:rsidR="00834590" w:rsidRPr="00413E31">
        <w:rPr>
          <w:rFonts w:hint="eastAsia"/>
          <w:color w:val="auto"/>
          <w:lang w:eastAsia="zh-TW"/>
        </w:rPr>
        <w:t>、</w:t>
      </w:r>
      <w:r w:rsidRPr="00413E31">
        <w:rPr>
          <w:rFonts w:hint="eastAsia"/>
          <w:color w:val="auto"/>
          <w:lang w:eastAsia="zh-TW"/>
        </w:rPr>
        <w:t>電話</w:t>
      </w:r>
      <w:r w:rsidR="00834590" w:rsidRPr="00413E31">
        <w:rPr>
          <w:rFonts w:hint="eastAsia"/>
          <w:color w:val="auto"/>
          <w:lang w:eastAsia="zh-TW"/>
        </w:rPr>
        <w:t>及電子信箱</w:t>
      </w:r>
      <w:r w:rsidRPr="00413E31">
        <w:rPr>
          <w:rFonts w:hint="eastAsia"/>
          <w:color w:val="auto"/>
          <w:lang w:eastAsia="zh-TW"/>
        </w:rPr>
        <w:t>等聯絡方式。</w:t>
      </w:r>
    </w:p>
    <w:p w14:paraId="7137CA5E" w14:textId="77777777"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（三）獎助學金辦法或章程所規定之附件資料等相關申請文件內容。</w:t>
      </w:r>
    </w:p>
    <w:p w14:paraId="045B66AC" w14:textId="77777777" w:rsidR="0096632F" w:rsidRPr="00266C8E" w:rsidRDefault="0096632F" w:rsidP="00834590">
      <w:pPr>
        <w:spacing w:beforeLines="50" w:before="120" w:afterLines="20" w:after="48" w:line="240" w:lineRule="auto"/>
        <w:rPr>
          <w:color w:val="auto"/>
          <w:lang w:eastAsia="zh-TW"/>
        </w:rPr>
      </w:pPr>
      <w:r w:rsidRPr="00266C8E">
        <w:rPr>
          <w:rFonts w:hint="eastAsia"/>
          <w:color w:val="auto"/>
          <w:lang w:eastAsia="zh-TW"/>
        </w:rPr>
        <w:t>三、個人資料利用之期間、對象、地區、方式：</w:t>
      </w:r>
    </w:p>
    <w:p w14:paraId="417E84F7" w14:textId="77777777" w:rsidR="0096632F" w:rsidRPr="00266C8E" w:rsidRDefault="0096632F" w:rsidP="00834590">
      <w:pPr>
        <w:spacing w:afterLines="20" w:after="48" w:line="240" w:lineRule="auto"/>
        <w:ind w:leftChars="150" w:left="1650" w:hangingChars="600" w:hanging="1320"/>
        <w:jc w:val="both"/>
        <w:rPr>
          <w:color w:val="auto"/>
          <w:lang w:eastAsia="zh-TW"/>
        </w:rPr>
      </w:pPr>
      <w:r w:rsidRPr="00266C8E">
        <w:rPr>
          <w:rFonts w:hint="eastAsia"/>
          <w:color w:val="auto"/>
          <w:lang w:eastAsia="zh-TW"/>
        </w:rPr>
        <w:t>（一）期間：因執行業務所必須及依法令規定應為保存之。</w:t>
      </w:r>
    </w:p>
    <w:p w14:paraId="2DBFBF37" w14:textId="77777777" w:rsidR="0096632F" w:rsidRPr="00266C8E" w:rsidRDefault="0096632F" w:rsidP="00834590">
      <w:pPr>
        <w:spacing w:afterLines="20" w:after="48" w:line="240" w:lineRule="auto"/>
        <w:ind w:leftChars="150" w:left="1650" w:hangingChars="600" w:hanging="1320"/>
        <w:jc w:val="both"/>
        <w:rPr>
          <w:color w:val="auto"/>
          <w:lang w:eastAsia="zh-TW"/>
        </w:rPr>
      </w:pPr>
      <w:r w:rsidRPr="00266C8E">
        <w:rPr>
          <w:rFonts w:hint="eastAsia"/>
          <w:color w:val="auto"/>
          <w:lang w:eastAsia="zh-TW"/>
        </w:rPr>
        <w:t>（二）對象：本系、東吳大學校內相關單位、獎助學金之提供人或提供單位、獎助學金之審核人或審核單位。</w:t>
      </w:r>
    </w:p>
    <w:p w14:paraId="30175F66" w14:textId="24B6F4AB" w:rsidR="0096632F" w:rsidRPr="00266C8E" w:rsidRDefault="0096632F" w:rsidP="00834590">
      <w:pPr>
        <w:spacing w:afterLines="20" w:after="48" w:line="240" w:lineRule="auto"/>
        <w:ind w:leftChars="150" w:left="1650" w:hangingChars="600" w:hanging="1320"/>
        <w:jc w:val="both"/>
        <w:rPr>
          <w:color w:val="auto"/>
          <w:lang w:eastAsia="zh-TW"/>
        </w:rPr>
      </w:pPr>
      <w:r w:rsidRPr="00266C8E">
        <w:rPr>
          <w:rFonts w:hint="eastAsia"/>
          <w:color w:val="auto"/>
          <w:lang w:eastAsia="zh-TW"/>
        </w:rPr>
        <w:t>（三）地區：</w:t>
      </w:r>
      <w:r w:rsidR="00AC384C" w:rsidRPr="00266C8E">
        <w:rPr>
          <w:rFonts w:hint="eastAsia"/>
          <w:color w:val="auto"/>
          <w:lang w:eastAsia="zh-TW"/>
        </w:rPr>
        <w:t>上述對象所在之地區</w:t>
      </w:r>
      <w:r w:rsidRPr="00266C8E">
        <w:rPr>
          <w:rFonts w:hint="eastAsia"/>
          <w:color w:val="auto"/>
          <w:lang w:eastAsia="zh-TW"/>
        </w:rPr>
        <w:t>。</w:t>
      </w:r>
    </w:p>
    <w:p w14:paraId="6BD350A9" w14:textId="4B94DE79" w:rsidR="00B7367B" w:rsidRPr="00266C8E" w:rsidRDefault="00B7367B" w:rsidP="00266C8E">
      <w:pPr>
        <w:spacing w:after="0" w:line="240" w:lineRule="auto"/>
        <w:ind w:leftChars="150" w:left="1650" w:hangingChars="600" w:hanging="1320"/>
        <w:jc w:val="both"/>
        <w:rPr>
          <w:rFonts w:ascii="Times New Roman" w:hAnsi="Times New Roman" w:cs="Times New Roman"/>
          <w:color w:val="auto"/>
          <w:lang w:eastAsia="zh-TW"/>
        </w:rPr>
      </w:pPr>
      <w:r w:rsidRPr="00266C8E">
        <w:rPr>
          <w:rFonts w:hint="eastAsia"/>
          <w:color w:val="auto"/>
          <w:lang w:eastAsia="zh-TW"/>
        </w:rPr>
        <w:t>（四）方式：合於法令規定之利用。</w:t>
      </w:r>
    </w:p>
    <w:p w14:paraId="24CA6685" w14:textId="77777777" w:rsidR="0096632F" w:rsidRPr="00413E31" w:rsidRDefault="0096632F" w:rsidP="00834590">
      <w:pPr>
        <w:spacing w:beforeLines="50" w:before="120" w:afterLines="20" w:after="48" w:line="240" w:lineRule="auto"/>
        <w:rPr>
          <w:color w:val="auto"/>
          <w:lang w:eastAsia="zh-TW"/>
        </w:rPr>
      </w:pPr>
      <w:r w:rsidRPr="00266C8E">
        <w:rPr>
          <w:rFonts w:hint="eastAsia"/>
          <w:color w:val="auto"/>
          <w:lang w:eastAsia="zh-TW"/>
        </w:rPr>
        <w:t>四、依據個資法第三條規定，台端就本系保有 台端之個人資料得行使權利及方式：</w:t>
      </w:r>
    </w:p>
    <w:p w14:paraId="03CBD15D" w14:textId="77777777"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（一）得向本系行使之權利：</w:t>
      </w:r>
    </w:p>
    <w:p w14:paraId="3D2B967B"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向本系查詢、請求閱覽或複製。</w:t>
      </w:r>
    </w:p>
    <w:p w14:paraId="4C38C147"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向本系請求補充或更正。</w:t>
      </w:r>
    </w:p>
    <w:p w14:paraId="385B9D68"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向本系請求停止蒐集、處理或利用及刪除。</w:t>
      </w:r>
    </w:p>
    <w:p w14:paraId="2DB265BD" w14:textId="34EB9751"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（二）行使權利之方式：</w:t>
      </w:r>
      <w:r w:rsidR="00266C8E" w:rsidRPr="00413E31">
        <w:rPr>
          <w:rFonts w:hint="eastAsia"/>
          <w:color w:val="auto"/>
          <w:lang w:eastAsia="zh-TW"/>
        </w:rPr>
        <w:t>以書面郵寄、傳真、電子郵件或電子文件聯繫本系</w:t>
      </w:r>
      <w:r w:rsidRPr="00413E31">
        <w:rPr>
          <w:rFonts w:hint="eastAsia"/>
          <w:color w:val="auto"/>
          <w:lang w:eastAsia="zh-TW"/>
        </w:rPr>
        <w:t>。</w:t>
      </w:r>
    </w:p>
    <w:p w14:paraId="2FF5DE06"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五、台端不提供個人資料所致權益之影響：</w:t>
      </w:r>
    </w:p>
    <w:p w14:paraId="06536845"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台端若未能提供相關個人資料時，本系將可能延後或無法進行必要之審核及處理作業，因此可能遲延或無法提供 台端相關獎助學金之申請。</w:t>
      </w:r>
    </w:p>
    <w:p w14:paraId="48D3DB9C" w14:textId="77777777" w:rsidR="00287012" w:rsidRDefault="00287012" w:rsidP="00287012">
      <w:pPr>
        <w:spacing w:afterLines="20" w:after="48" w:line="240" w:lineRule="auto"/>
        <w:rPr>
          <w:color w:val="auto"/>
          <w:lang w:eastAsia="zh-TW"/>
        </w:rPr>
      </w:pPr>
    </w:p>
    <w:p w14:paraId="029CC086" w14:textId="77777777" w:rsidR="00287012" w:rsidRPr="00413E31" w:rsidRDefault="00287012" w:rsidP="00287012">
      <w:pPr>
        <w:spacing w:afterLines="20" w:after="48" w:line="240" w:lineRule="auto"/>
        <w:rPr>
          <w:color w:val="auto"/>
          <w:lang w:eastAsia="zh-TW"/>
        </w:rPr>
      </w:pPr>
    </w:p>
    <w:p w14:paraId="529287C8"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立同意書人：_______________________________ （簽章）</w:t>
      </w:r>
    </w:p>
    <w:p w14:paraId="5A6FD8DA"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0FDF01D5" w14:textId="77777777" w:rsidR="00287012" w:rsidRPr="00413E31" w:rsidRDefault="00287012" w:rsidP="00287012">
      <w:pPr>
        <w:spacing w:afterLines="20" w:after="48" w:line="240" w:lineRule="auto"/>
        <w:jc w:val="right"/>
        <w:rPr>
          <w:color w:val="auto"/>
          <w:lang w:eastAsia="zh-TW"/>
        </w:rPr>
      </w:pPr>
      <w:r w:rsidRPr="00413E31">
        <w:rPr>
          <w:rFonts w:hint="eastAsia"/>
          <w:color w:val="auto"/>
          <w:lang w:eastAsia="zh-TW"/>
        </w:rPr>
        <w:t>日期：         年       月       日</w:t>
      </w:r>
    </w:p>
    <w:p w14:paraId="79560BA9" w14:textId="77777777" w:rsidR="00287012" w:rsidRDefault="00287012" w:rsidP="00287012">
      <w:pPr>
        <w:spacing w:after="0" w:line="240" w:lineRule="auto"/>
        <w:rPr>
          <w:color w:val="auto"/>
          <w:lang w:eastAsia="zh-TW"/>
        </w:rPr>
      </w:pPr>
    </w:p>
    <w:p w14:paraId="750A56F1" w14:textId="77777777" w:rsidR="00287012" w:rsidRPr="00413E31" w:rsidRDefault="00287012" w:rsidP="00287012">
      <w:pPr>
        <w:spacing w:after="0" w:line="240" w:lineRule="auto"/>
        <w:rPr>
          <w:color w:val="auto"/>
          <w:lang w:eastAsia="zh-TW"/>
        </w:rPr>
      </w:pPr>
    </w:p>
    <w:p w14:paraId="28B641D4" w14:textId="77777777" w:rsidR="00287012" w:rsidRPr="00413E31" w:rsidRDefault="00287012" w:rsidP="00287012">
      <w:pPr>
        <w:spacing w:afterLines="20" w:after="48" w:line="240" w:lineRule="auto"/>
        <w:jc w:val="both"/>
        <w:rPr>
          <w:color w:val="auto"/>
          <w:lang w:eastAsia="zh-TW"/>
        </w:rPr>
      </w:pPr>
      <w:r w:rsidRPr="00413E31">
        <w:rPr>
          <w:rFonts w:hint="eastAsia"/>
          <w:color w:val="auto"/>
          <w:lang w:eastAsia="zh-TW"/>
        </w:rPr>
        <w:t>本人同意東吳大學財務工程與精算數學系依據 「個人資料保護法 」之規定，將本次蒐集、處理、利用及傳輸之個人資料依獎助學金辦法或章程之規定傳輸至東吳大學校內相關單位、獎助學金之提供人或提供單位、獎助學金之審核人或審核單位，並於合於法令規定之範圍內再利用。</w:t>
      </w:r>
    </w:p>
    <w:p w14:paraId="7308399B" w14:textId="77777777" w:rsidR="00287012" w:rsidRPr="00413E31" w:rsidRDefault="00287012" w:rsidP="00287012">
      <w:pPr>
        <w:spacing w:afterLines="20" w:after="48" w:line="240" w:lineRule="auto"/>
        <w:rPr>
          <w:color w:val="auto"/>
          <w:lang w:eastAsia="zh-TW"/>
        </w:rPr>
      </w:pPr>
    </w:p>
    <w:p w14:paraId="1D96D61D"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立同意書人：________________________________ （簽章）</w:t>
      </w:r>
    </w:p>
    <w:p w14:paraId="3EA0D21B"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3AA918CC" w14:textId="77777777" w:rsidR="00287012" w:rsidRDefault="00287012" w:rsidP="00287012">
      <w:pPr>
        <w:spacing w:afterLines="20" w:after="48" w:line="240" w:lineRule="auto"/>
        <w:jc w:val="right"/>
        <w:rPr>
          <w:rFonts w:hint="eastAsia"/>
          <w:color w:val="auto"/>
        </w:rPr>
      </w:pPr>
      <w:proofErr w:type="spellStart"/>
      <w:r w:rsidRPr="00413E31">
        <w:rPr>
          <w:rFonts w:hint="eastAsia"/>
          <w:color w:val="auto"/>
        </w:rPr>
        <w:t>日期</w:t>
      </w:r>
      <w:proofErr w:type="spellEnd"/>
      <w:r w:rsidRPr="00413E31">
        <w:rPr>
          <w:rFonts w:hint="eastAsia"/>
          <w:color w:val="auto"/>
        </w:rPr>
        <w:t xml:space="preserve">：     </w:t>
      </w:r>
      <w:r w:rsidRPr="00413E31">
        <w:rPr>
          <w:rFonts w:hint="eastAsia"/>
          <w:color w:val="auto"/>
          <w:lang w:eastAsia="zh-TW"/>
        </w:rPr>
        <w:t xml:space="preserve"> </w:t>
      </w:r>
      <w:r w:rsidRPr="00413E31">
        <w:rPr>
          <w:rFonts w:hint="eastAsia"/>
          <w:color w:val="auto"/>
        </w:rPr>
        <w:t xml:space="preserve">   年       月       日</w:t>
      </w:r>
    </w:p>
    <w:p w14:paraId="2CA04E5A" w14:textId="77777777" w:rsidR="00266C8E" w:rsidRPr="00266C8E" w:rsidRDefault="00266C8E" w:rsidP="00266C8E">
      <w:pPr>
        <w:rPr>
          <w:lang w:eastAsia="zh-TW"/>
        </w:rPr>
      </w:pPr>
    </w:p>
    <w:p w14:paraId="6E2F8060" w14:textId="77777777" w:rsidR="00266C8E" w:rsidRPr="00266C8E" w:rsidRDefault="00266C8E" w:rsidP="00266C8E">
      <w:pPr>
        <w:rPr>
          <w:lang w:eastAsia="zh-TW"/>
        </w:rPr>
      </w:pPr>
    </w:p>
    <w:p w14:paraId="17809F09" w14:textId="3C61DAE9" w:rsidR="00266C8E" w:rsidRPr="00266C8E" w:rsidRDefault="00266C8E" w:rsidP="00266C8E">
      <w:pPr>
        <w:tabs>
          <w:tab w:val="left" w:pos="9690"/>
        </w:tabs>
        <w:rPr>
          <w:lang w:eastAsia="zh-TW"/>
        </w:rPr>
      </w:pPr>
      <w:r>
        <w:rPr>
          <w:lang w:eastAsia="zh-TW"/>
        </w:rPr>
        <w:tab/>
      </w:r>
    </w:p>
    <w:sectPr w:rsidR="00266C8E" w:rsidRPr="00266C8E" w:rsidSect="00CF5CCF">
      <w:headerReference w:type="default" r:id="rId8"/>
      <w:footerReference w:type="default" r:id="rId9"/>
      <w:pgSz w:w="12240" w:h="15840" w:code="1"/>
      <w:pgMar w:top="567" w:right="851" w:bottom="567" w:left="851"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B88F" w14:textId="77777777" w:rsidR="00DD0B37" w:rsidRDefault="00DD0B37" w:rsidP="00E051F1">
      <w:pPr>
        <w:spacing w:after="0" w:line="240" w:lineRule="auto"/>
      </w:pPr>
      <w:r>
        <w:separator/>
      </w:r>
    </w:p>
  </w:endnote>
  <w:endnote w:type="continuationSeparator" w:id="0">
    <w:p w14:paraId="79279130" w14:textId="77777777" w:rsidR="00DD0B37" w:rsidRDefault="00DD0B37" w:rsidP="00E0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A0D9" w14:textId="7758B2DC" w:rsidR="00687D04" w:rsidRPr="004606FB" w:rsidRDefault="00000000" w:rsidP="00266C8E">
    <w:pPr>
      <w:pStyle w:val="a7"/>
      <w:jc w:val="center"/>
      <w:rPr>
        <w:rFonts w:ascii="Times New Roman" w:hAnsi="Times New Roman" w:cs="Times New Roman"/>
        <w:lang w:eastAsia="zh-TW"/>
      </w:rPr>
    </w:pPr>
    <w:sdt>
      <w:sdtPr>
        <w:id w:val="-1381546087"/>
        <w:docPartObj>
          <w:docPartGallery w:val="Page Numbers (Bottom of Page)"/>
          <w:docPartUnique/>
        </w:docPartObj>
      </w:sdtPr>
      <w:sdtEndPr>
        <w:rPr>
          <w:rFonts w:ascii="Times New Roman" w:hAnsi="Times New Roman" w:cs="Times New Roman"/>
        </w:rPr>
      </w:sdtEndPr>
      <w:sdtContent>
        <w:r w:rsidR="00687D04" w:rsidRPr="004606FB">
          <w:rPr>
            <w:rFonts w:ascii="Times New Roman" w:hAnsi="Times New Roman" w:cs="Times New Roman"/>
            <w:lang w:eastAsia="zh-TW"/>
          </w:rPr>
          <w:t>第</w:t>
        </w:r>
        <w:r w:rsidR="004606FB" w:rsidRPr="004606FB">
          <w:rPr>
            <w:rFonts w:ascii="Times New Roman" w:hAnsi="Times New Roman" w:cs="Times New Roman"/>
            <w:bCs/>
            <w:lang w:eastAsia="zh-TW"/>
          </w:rPr>
          <w:fldChar w:fldCharType="begin"/>
        </w:r>
        <w:r w:rsidR="004606FB" w:rsidRPr="004606FB">
          <w:rPr>
            <w:rFonts w:ascii="Times New Roman" w:hAnsi="Times New Roman" w:cs="Times New Roman"/>
            <w:bCs/>
            <w:lang w:eastAsia="zh-TW"/>
          </w:rPr>
          <w:instrText>PAGE  \* Arabic  \* MERGEFORMAT</w:instrText>
        </w:r>
        <w:r w:rsidR="004606FB" w:rsidRPr="004606FB">
          <w:rPr>
            <w:rFonts w:ascii="Times New Roman" w:hAnsi="Times New Roman" w:cs="Times New Roman"/>
            <w:bCs/>
            <w:lang w:eastAsia="zh-TW"/>
          </w:rPr>
          <w:fldChar w:fldCharType="separate"/>
        </w:r>
        <w:r w:rsidR="00AF4ABF" w:rsidRPr="00AF4ABF">
          <w:rPr>
            <w:rFonts w:ascii="Times New Roman" w:hAnsi="Times New Roman" w:cs="Times New Roman"/>
            <w:bCs/>
            <w:noProof/>
            <w:lang w:val="zh-TW" w:eastAsia="zh-TW"/>
          </w:rPr>
          <w:t>3</w:t>
        </w:r>
        <w:r w:rsidR="004606FB" w:rsidRPr="004606FB">
          <w:rPr>
            <w:rFonts w:ascii="Times New Roman" w:hAnsi="Times New Roman" w:cs="Times New Roman"/>
            <w:bCs/>
            <w:lang w:eastAsia="zh-TW"/>
          </w:rPr>
          <w:fldChar w:fldCharType="end"/>
        </w:r>
        <w:r w:rsidR="004606FB" w:rsidRPr="004606FB">
          <w:rPr>
            <w:rFonts w:ascii="Times New Roman" w:hAnsi="Times New Roman" w:cs="Times New Roman"/>
            <w:lang w:val="zh-TW" w:eastAsia="zh-TW"/>
          </w:rPr>
          <w:t xml:space="preserve"> </w:t>
        </w:r>
        <w:r w:rsidR="004606FB" w:rsidRPr="004606FB">
          <w:rPr>
            <w:rFonts w:ascii="Times New Roman" w:hAnsi="Times New Roman" w:cs="Times New Roman"/>
            <w:lang w:val="zh-TW" w:eastAsia="zh-TW"/>
          </w:rPr>
          <w:t>頁</w:t>
        </w:r>
        <w:r w:rsidR="004606FB" w:rsidRPr="004606FB">
          <w:rPr>
            <w:rFonts w:ascii="Times New Roman" w:hAnsi="Times New Roman" w:cs="Times New Roman"/>
            <w:lang w:val="zh-TW" w:eastAsia="zh-TW"/>
          </w:rPr>
          <w:t>/</w:t>
        </w:r>
        <w:r w:rsidR="004606FB" w:rsidRPr="004606FB">
          <w:rPr>
            <w:rFonts w:ascii="Times New Roman" w:hAnsi="Times New Roman" w:cs="Times New Roman"/>
            <w:lang w:val="zh-TW" w:eastAsia="zh-TW"/>
          </w:rPr>
          <w:t>共</w:t>
        </w:r>
        <w:r w:rsidR="004606FB" w:rsidRPr="004606FB">
          <w:rPr>
            <w:rFonts w:ascii="Times New Roman" w:hAnsi="Times New Roman" w:cs="Times New Roman"/>
            <w:lang w:val="zh-TW" w:eastAsia="zh-TW"/>
          </w:rPr>
          <w:t xml:space="preserve"> </w:t>
        </w:r>
        <w:r w:rsidR="004606FB" w:rsidRPr="004606FB">
          <w:rPr>
            <w:rFonts w:ascii="Times New Roman" w:hAnsi="Times New Roman" w:cs="Times New Roman"/>
            <w:bCs/>
            <w:lang w:eastAsia="zh-TW"/>
          </w:rPr>
          <w:fldChar w:fldCharType="begin"/>
        </w:r>
        <w:r w:rsidR="004606FB" w:rsidRPr="004606FB">
          <w:rPr>
            <w:rFonts w:ascii="Times New Roman" w:hAnsi="Times New Roman" w:cs="Times New Roman"/>
            <w:bCs/>
            <w:lang w:eastAsia="zh-TW"/>
          </w:rPr>
          <w:instrText>NUMPAGES  \* Arabic  \* MERGEFORMAT</w:instrText>
        </w:r>
        <w:r w:rsidR="004606FB" w:rsidRPr="004606FB">
          <w:rPr>
            <w:rFonts w:ascii="Times New Roman" w:hAnsi="Times New Roman" w:cs="Times New Roman"/>
            <w:bCs/>
            <w:lang w:eastAsia="zh-TW"/>
          </w:rPr>
          <w:fldChar w:fldCharType="separate"/>
        </w:r>
        <w:r w:rsidR="00AF4ABF" w:rsidRPr="00AF4ABF">
          <w:rPr>
            <w:rFonts w:ascii="Times New Roman" w:hAnsi="Times New Roman" w:cs="Times New Roman"/>
            <w:bCs/>
            <w:noProof/>
            <w:lang w:val="zh-TW" w:eastAsia="zh-TW"/>
          </w:rPr>
          <w:t>3</w:t>
        </w:r>
        <w:r w:rsidR="004606FB" w:rsidRPr="004606FB">
          <w:rPr>
            <w:rFonts w:ascii="Times New Roman" w:hAnsi="Times New Roman" w:cs="Times New Roman"/>
            <w:bCs/>
            <w:lang w:eastAsia="zh-TW"/>
          </w:rPr>
          <w:fldChar w:fldCharType="end"/>
        </w:r>
      </w:sdtContent>
    </w:sdt>
    <w:r w:rsidR="004606FB" w:rsidRPr="004606FB">
      <w:rPr>
        <w:rFonts w:ascii="Times New Roman" w:hAnsi="Times New Roman" w:cs="Times New Roman"/>
        <w:lang w:eastAsia="zh-TW"/>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DA54" w14:textId="77777777" w:rsidR="00DD0B37" w:rsidRDefault="00DD0B37" w:rsidP="00E051F1">
      <w:pPr>
        <w:spacing w:after="0" w:line="240" w:lineRule="auto"/>
      </w:pPr>
      <w:r>
        <w:separator/>
      </w:r>
    </w:p>
  </w:footnote>
  <w:footnote w:type="continuationSeparator" w:id="0">
    <w:p w14:paraId="0294A401" w14:textId="77777777" w:rsidR="00DD0B37" w:rsidRDefault="00DD0B37" w:rsidP="00E05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5D0D" w14:textId="77777777" w:rsidR="00CF5CCF" w:rsidRPr="00CF5CCF" w:rsidRDefault="00CF5CCF" w:rsidP="00CF5CCF">
    <w:pPr>
      <w:pStyle w:val="a5"/>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0B75339"/>
    <w:multiLevelType w:val="hybridMultilevel"/>
    <w:tmpl w:val="5524D464"/>
    <w:lvl w:ilvl="0" w:tplc="8C529E2A">
      <w:start w:val="1"/>
      <w:numFmt w:val="decimal"/>
      <w:lvlText w:val="%1."/>
      <w:lvlJc w:val="left"/>
      <w:pPr>
        <w:ind w:left="1240" w:hanging="360"/>
      </w:pPr>
      <w:rPr>
        <w:rFonts w:hint="default"/>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0" w15:restartNumberingAfterBreak="0">
    <w:nsid w:val="30810866"/>
    <w:multiLevelType w:val="hybridMultilevel"/>
    <w:tmpl w:val="43E4E37E"/>
    <w:lvl w:ilvl="0" w:tplc="CA467DC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20C22A4"/>
    <w:multiLevelType w:val="hybridMultilevel"/>
    <w:tmpl w:val="84681128"/>
    <w:lvl w:ilvl="0" w:tplc="69B239CC">
      <w:start w:val="1"/>
      <w:numFmt w:val="decimal"/>
      <w:lvlText w:val="(%1)"/>
      <w:lvlJc w:val="left"/>
      <w:pPr>
        <w:ind w:left="480" w:hanging="480"/>
      </w:pPr>
      <w:rPr>
        <w:rFonts w:ascii="Times New Roman" w:hAnsi="Times New Roman" w:cs="Times New Roman" w:hint="default"/>
        <w:sz w:val="22"/>
        <w:szCs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15E6F84"/>
    <w:multiLevelType w:val="hybridMultilevel"/>
    <w:tmpl w:val="EBFCD2F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0B72FD0"/>
    <w:multiLevelType w:val="hybridMultilevel"/>
    <w:tmpl w:val="943EA696"/>
    <w:lvl w:ilvl="0" w:tplc="602E2F16">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64956ECC"/>
    <w:multiLevelType w:val="hybridMultilevel"/>
    <w:tmpl w:val="8B884D86"/>
    <w:lvl w:ilvl="0" w:tplc="D90EAA58">
      <w:start w:val="1"/>
      <w:numFmt w:val="decimal"/>
      <w:lvlText w:val="(%1)"/>
      <w:lvlJc w:val="left"/>
      <w:pPr>
        <w:ind w:left="1548" w:hanging="480"/>
      </w:pPr>
      <w:rPr>
        <w:rFonts w:hint="eastAsia"/>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15" w15:restartNumberingAfterBreak="0">
    <w:nsid w:val="664E061A"/>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6" w15:restartNumberingAfterBreak="0">
    <w:nsid w:val="71411212"/>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7" w15:restartNumberingAfterBreak="0">
    <w:nsid w:val="79A50E86"/>
    <w:multiLevelType w:val="hybridMultilevel"/>
    <w:tmpl w:val="2D8E1992"/>
    <w:lvl w:ilvl="0" w:tplc="7278D238">
      <w:start w:val="30"/>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444154401">
    <w:abstractNumId w:val="8"/>
  </w:num>
  <w:num w:numId="2" w16cid:durableId="290522806">
    <w:abstractNumId w:val="6"/>
  </w:num>
  <w:num w:numId="3" w16cid:durableId="1879658884">
    <w:abstractNumId w:val="5"/>
  </w:num>
  <w:num w:numId="4" w16cid:durableId="857042694">
    <w:abstractNumId w:val="4"/>
  </w:num>
  <w:num w:numId="5" w16cid:durableId="1877814169">
    <w:abstractNumId w:val="7"/>
  </w:num>
  <w:num w:numId="6" w16cid:durableId="2141920641">
    <w:abstractNumId w:val="3"/>
  </w:num>
  <w:num w:numId="7" w16cid:durableId="1857189043">
    <w:abstractNumId w:val="2"/>
  </w:num>
  <w:num w:numId="8" w16cid:durableId="1762987213">
    <w:abstractNumId w:val="1"/>
  </w:num>
  <w:num w:numId="9" w16cid:durableId="554582890">
    <w:abstractNumId w:val="0"/>
  </w:num>
  <w:num w:numId="10" w16cid:durableId="2021656808">
    <w:abstractNumId w:val="16"/>
  </w:num>
  <w:num w:numId="11" w16cid:durableId="2088070316">
    <w:abstractNumId w:val="9"/>
  </w:num>
  <w:num w:numId="12" w16cid:durableId="678656377">
    <w:abstractNumId w:val="17"/>
  </w:num>
  <w:num w:numId="13" w16cid:durableId="1200317941">
    <w:abstractNumId w:val="10"/>
  </w:num>
  <w:num w:numId="14" w16cid:durableId="1858998940">
    <w:abstractNumId w:val="14"/>
  </w:num>
  <w:num w:numId="15" w16cid:durableId="1450390651">
    <w:abstractNumId w:val="15"/>
  </w:num>
  <w:num w:numId="16" w16cid:durableId="467355683">
    <w:abstractNumId w:val="13"/>
  </w:num>
  <w:num w:numId="17" w16cid:durableId="763644549">
    <w:abstractNumId w:val="11"/>
  </w:num>
  <w:num w:numId="18" w16cid:durableId="5696615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062D"/>
    <w:rsid w:val="00026295"/>
    <w:rsid w:val="00033786"/>
    <w:rsid w:val="00034616"/>
    <w:rsid w:val="00055EE4"/>
    <w:rsid w:val="0006063C"/>
    <w:rsid w:val="000774B1"/>
    <w:rsid w:val="0008673E"/>
    <w:rsid w:val="000965C7"/>
    <w:rsid w:val="000C383E"/>
    <w:rsid w:val="000C5DF0"/>
    <w:rsid w:val="000E243F"/>
    <w:rsid w:val="000E4A73"/>
    <w:rsid w:val="000F3C5E"/>
    <w:rsid w:val="00102998"/>
    <w:rsid w:val="00127418"/>
    <w:rsid w:val="0015074B"/>
    <w:rsid w:val="00160756"/>
    <w:rsid w:val="00177800"/>
    <w:rsid w:val="00195BB5"/>
    <w:rsid w:val="001B106D"/>
    <w:rsid w:val="00223A5F"/>
    <w:rsid w:val="002533C6"/>
    <w:rsid w:val="00266C8E"/>
    <w:rsid w:val="00287012"/>
    <w:rsid w:val="0029639D"/>
    <w:rsid w:val="002B157B"/>
    <w:rsid w:val="002B1B77"/>
    <w:rsid w:val="002B43BD"/>
    <w:rsid w:val="002E2337"/>
    <w:rsid w:val="002E7A5C"/>
    <w:rsid w:val="0030198A"/>
    <w:rsid w:val="0031237C"/>
    <w:rsid w:val="00316FB7"/>
    <w:rsid w:val="0032250D"/>
    <w:rsid w:val="00323F36"/>
    <w:rsid w:val="00326F90"/>
    <w:rsid w:val="00336C08"/>
    <w:rsid w:val="00362463"/>
    <w:rsid w:val="003C46B7"/>
    <w:rsid w:val="003D6777"/>
    <w:rsid w:val="00404D66"/>
    <w:rsid w:val="00410756"/>
    <w:rsid w:val="00413E31"/>
    <w:rsid w:val="00427121"/>
    <w:rsid w:val="00430E43"/>
    <w:rsid w:val="00432258"/>
    <w:rsid w:val="004437B4"/>
    <w:rsid w:val="004606FB"/>
    <w:rsid w:val="0047131C"/>
    <w:rsid w:val="00472429"/>
    <w:rsid w:val="00477097"/>
    <w:rsid w:val="00495E43"/>
    <w:rsid w:val="004A03F3"/>
    <w:rsid w:val="004A0BC0"/>
    <w:rsid w:val="004A1244"/>
    <w:rsid w:val="004B4063"/>
    <w:rsid w:val="004D07F3"/>
    <w:rsid w:val="004D7D42"/>
    <w:rsid w:val="004E03E6"/>
    <w:rsid w:val="004E3A0E"/>
    <w:rsid w:val="004E42E8"/>
    <w:rsid w:val="004F73CA"/>
    <w:rsid w:val="00503C11"/>
    <w:rsid w:val="00524026"/>
    <w:rsid w:val="00527535"/>
    <w:rsid w:val="00534D21"/>
    <w:rsid w:val="00554C2F"/>
    <w:rsid w:val="0058610C"/>
    <w:rsid w:val="005A77F8"/>
    <w:rsid w:val="005F466A"/>
    <w:rsid w:val="00626999"/>
    <w:rsid w:val="0064176C"/>
    <w:rsid w:val="00642C71"/>
    <w:rsid w:val="00646506"/>
    <w:rsid w:val="006635BA"/>
    <w:rsid w:val="006734E9"/>
    <w:rsid w:val="00684030"/>
    <w:rsid w:val="00687D04"/>
    <w:rsid w:val="00691B30"/>
    <w:rsid w:val="006F1F00"/>
    <w:rsid w:val="00727BF4"/>
    <w:rsid w:val="007512A6"/>
    <w:rsid w:val="007558F6"/>
    <w:rsid w:val="00756FD6"/>
    <w:rsid w:val="00780470"/>
    <w:rsid w:val="0078122F"/>
    <w:rsid w:val="007A644A"/>
    <w:rsid w:val="007C6C9A"/>
    <w:rsid w:val="007D109F"/>
    <w:rsid w:val="007E3636"/>
    <w:rsid w:val="007E7C82"/>
    <w:rsid w:val="0080215E"/>
    <w:rsid w:val="00834590"/>
    <w:rsid w:val="0084247D"/>
    <w:rsid w:val="0085659D"/>
    <w:rsid w:val="00864B89"/>
    <w:rsid w:val="00892FEA"/>
    <w:rsid w:val="008A1139"/>
    <w:rsid w:val="008D6416"/>
    <w:rsid w:val="008F0F03"/>
    <w:rsid w:val="009307D6"/>
    <w:rsid w:val="00931C0E"/>
    <w:rsid w:val="00933DA5"/>
    <w:rsid w:val="0094516F"/>
    <w:rsid w:val="0095371C"/>
    <w:rsid w:val="00956192"/>
    <w:rsid w:val="0096632F"/>
    <w:rsid w:val="009A78A0"/>
    <w:rsid w:val="009B1A12"/>
    <w:rsid w:val="009C7516"/>
    <w:rsid w:val="009F6326"/>
    <w:rsid w:val="00A00D91"/>
    <w:rsid w:val="00A02819"/>
    <w:rsid w:val="00A22CA5"/>
    <w:rsid w:val="00A330D0"/>
    <w:rsid w:val="00A3752C"/>
    <w:rsid w:val="00A52FFE"/>
    <w:rsid w:val="00A54008"/>
    <w:rsid w:val="00A6724A"/>
    <w:rsid w:val="00A93C47"/>
    <w:rsid w:val="00AA1D8D"/>
    <w:rsid w:val="00AA3D8E"/>
    <w:rsid w:val="00AC384C"/>
    <w:rsid w:val="00AE3FC3"/>
    <w:rsid w:val="00AE56DB"/>
    <w:rsid w:val="00AF4ABF"/>
    <w:rsid w:val="00B444CA"/>
    <w:rsid w:val="00B44504"/>
    <w:rsid w:val="00B4450F"/>
    <w:rsid w:val="00B47730"/>
    <w:rsid w:val="00B70D10"/>
    <w:rsid w:val="00B71FD1"/>
    <w:rsid w:val="00B7367B"/>
    <w:rsid w:val="00B9137C"/>
    <w:rsid w:val="00BA4F02"/>
    <w:rsid w:val="00BB47AD"/>
    <w:rsid w:val="00BD55E7"/>
    <w:rsid w:val="00BD7611"/>
    <w:rsid w:val="00BE2430"/>
    <w:rsid w:val="00BE5BBC"/>
    <w:rsid w:val="00BE6B0E"/>
    <w:rsid w:val="00C25C31"/>
    <w:rsid w:val="00C345FE"/>
    <w:rsid w:val="00C57983"/>
    <w:rsid w:val="00C61CAE"/>
    <w:rsid w:val="00C7260D"/>
    <w:rsid w:val="00C7691B"/>
    <w:rsid w:val="00C80A19"/>
    <w:rsid w:val="00C86FD9"/>
    <w:rsid w:val="00C87D58"/>
    <w:rsid w:val="00C9567E"/>
    <w:rsid w:val="00C97F10"/>
    <w:rsid w:val="00CA2387"/>
    <w:rsid w:val="00CA3BC5"/>
    <w:rsid w:val="00CB0664"/>
    <w:rsid w:val="00CB7F52"/>
    <w:rsid w:val="00CF5CCF"/>
    <w:rsid w:val="00D21493"/>
    <w:rsid w:val="00D31DD5"/>
    <w:rsid w:val="00D50B79"/>
    <w:rsid w:val="00D6384D"/>
    <w:rsid w:val="00D71016"/>
    <w:rsid w:val="00D72591"/>
    <w:rsid w:val="00DA7CC9"/>
    <w:rsid w:val="00DC252A"/>
    <w:rsid w:val="00DD0B37"/>
    <w:rsid w:val="00E02449"/>
    <w:rsid w:val="00E051F1"/>
    <w:rsid w:val="00E5564C"/>
    <w:rsid w:val="00E8317B"/>
    <w:rsid w:val="00E9345C"/>
    <w:rsid w:val="00EA64ED"/>
    <w:rsid w:val="00EB355C"/>
    <w:rsid w:val="00EC328F"/>
    <w:rsid w:val="00EC793D"/>
    <w:rsid w:val="00ED1A61"/>
    <w:rsid w:val="00EE45AD"/>
    <w:rsid w:val="00F0431C"/>
    <w:rsid w:val="00F05E09"/>
    <w:rsid w:val="00F13D26"/>
    <w:rsid w:val="00F36395"/>
    <w:rsid w:val="00F85548"/>
    <w:rsid w:val="00FC408B"/>
    <w:rsid w:val="00FC678E"/>
    <w:rsid w:val="00FC693F"/>
    <w:rsid w:val="00FC763C"/>
    <w:rsid w:val="00FD259A"/>
    <w:rsid w:val="00FE2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6CF12B"/>
  <w14:defaultImageDpi w14:val="300"/>
  <w15:docId w15:val="{6CBDF8C2-5BD0-4972-8A3D-73AD42E6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標楷體" w:eastAsia="標楷體" w:hAnsi="標楷體"/>
      <w:color w:val="33333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90EF3-408E-43CD-8E8A-6C7157918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湯美玲</cp:lastModifiedBy>
  <cp:revision>20</cp:revision>
  <cp:lastPrinted>2026-08-31T09:27:00Z</cp:lastPrinted>
  <dcterms:created xsi:type="dcterms:W3CDTF">2026-08-31T16:09:00Z</dcterms:created>
  <dcterms:modified xsi:type="dcterms:W3CDTF">2026-09-08T12:33:00Z</dcterms:modified>
  <cp:category/>
</cp:coreProperties>
</file>