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68B1D" w14:textId="77777777" w:rsidR="00496DA3" w:rsidRPr="00496DA3" w:rsidRDefault="00496DA3" w:rsidP="002F77F6">
      <w:pPr>
        <w:spacing w:beforeLines="50" w:before="120" w:afterLines="20" w:after="48" w:line="240" w:lineRule="auto"/>
        <w:jc w:val="center"/>
        <w:rPr>
          <w:b/>
          <w:color w:val="auto"/>
          <w:sz w:val="32"/>
          <w:szCs w:val="32"/>
          <w:lang w:eastAsia="zh-TW"/>
        </w:rPr>
      </w:pPr>
      <w:r w:rsidRPr="00496DA3">
        <w:rPr>
          <w:rFonts w:hint="eastAsia"/>
          <w:b/>
          <w:bCs/>
          <w:color w:val="auto"/>
          <w:sz w:val="32"/>
          <w:szCs w:val="32"/>
          <w:lang w:eastAsia="zh-TW"/>
        </w:rPr>
        <w:t>東吳大學財務工程與精算數學系 新光人壽獎助學金基金會獎補助</w:t>
      </w:r>
    </w:p>
    <w:p w14:paraId="05B3D8C1" w14:textId="1065A75A" w:rsidR="004D07F3" w:rsidRPr="00496DA3" w:rsidRDefault="00703160" w:rsidP="00AB3A25">
      <w:pPr>
        <w:spacing w:afterLines="20" w:after="48" w:line="240" w:lineRule="auto"/>
        <w:jc w:val="right"/>
        <w:rPr>
          <w:b/>
          <w:color w:val="auto"/>
          <w:sz w:val="32"/>
          <w:szCs w:val="32"/>
          <w:lang w:eastAsia="zh-TW"/>
        </w:rPr>
      </w:pPr>
      <w:r>
        <w:rPr>
          <w:rFonts w:hint="eastAsia"/>
          <w:b/>
          <w:color w:val="auto"/>
          <w:sz w:val="32"/>
          <w:szCs w:val="32"/>
          <w:lang w:eastAsia="zh-TW"/>
        </w:rPr>
        <w:t xml:space="preserve">            </w:t>
      </w:r>
      <w:r w:rsidR="0038270B">
        <w:rPr>
          <w:rFonts w:hint="eastAsia"/>
          <w:b/>
          <w:color w:val="auto"/>
          <w:sz w:val="32"/>
          <w:szCs w:val="32"/>
          <w:lang w:eastAsia="zh-TW"/>
        </w:rPr>
        <w:t xml:space="preserve">  </w:t>
      </w:r>
      <w:r>
        <w:rPr>
          <w:rFonts w:hint="eastAsia"/>
          <w:b/>
          <w:color w:val="auto"/>
          <w:sz w:val="32"/>
          <w:szCs w:val="32"/>
          <w:lang w:eastAsia="zh-TW"/>
        </w:rPr>
        <w:t xml:space="preserve">  </w:t>
      </w:r>
      <w:r w:rsidR="00E051F1" w:rsidRPr="00496DA3">
        <w:rPr>
          <w:rFonts w:hint="eastAsia"/>
          <w:b/>
          <w:color w:val="auto"/>
          <w:sz w:val="32"/>
          <w:szCs w:val="32"/>
          <w:lang w:eastAsia="zh-TW"/>
        </w:rPr>
        <w:t>優秀</w:t>
      </w:r>
      <w:r w:rsidR="005A77F8" w:rsidRPr="00496DA3">
        <w:rPr>
          <w:b/>
          <w:color w:val="auto"/>
          <w:sz w:val="32"/>
          <w:szCs w:val="32"/>
          <w:lang w:eastAsia="zh-TW"/>
        </w:rPr>
        <w:t>碩士班新生入學獎學金 申請表</w:t>
      </w:r>
      <w:r>
        <w:rPr>
          <w:rFonts w:hint="eastAsia"/>
          <w:b/>
          <w:color w:val="auto"/>
          <w:sz w:val="32"/>
          <w:szCs w:val="32"/>
          <w:lang w:eastAsia="zh-TW"/>
        </w:rPr>
        <w:t xml:space="preserve">            </w:t>
      </w:r>
      <w:r w:rsidRPr="00C0650E">
        <w:rPr>
          <w:rFonts w:ascii="Times New Roman" w:hAnsi="Times New Roman" w:cs="Times New Roman"/>
          <w:b/>
          <w:color w:val="auto"/>
          <w:sz w:val="20"/>
          <w:szCs w:val="20"/>
          <w:lang w:eastAsia="zh-TW"/>
        </w:rPr>
        <w:t>115.09</w:t>
      </w:r>
      <w:r w:rsidRPr="00C0650E">
        <w:rPr>
          <w:rFonts w:ascii="Times New Roman" w:hAnsi="Times New Roman" w:cs="Times New Roman"/>
          <w:b/>
          <w:color w:val="auto"/>
          <w:sz w:val="20"/>
          <w:szCs w:val="20"/>
          <w:lang w:eastAsia="zh-TW"/>
        </w:rPr>
        <w:t>版</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827"/>
        <w:gridCol w:w="1843"/>
        <w:gridCol w:w="3685"/>
      </w:tblGrid>
      <w:tr w:rsidR="00C345FE" w:rsidRPr="00C345FE" w14:paraId="32154545" w14:textId="77777777" w:rsidTr="009D22E8">
        <w:trPr>
          <w:trHeight w:val="507"/>
          <w:jc w:val="center"/>
        </w:trPr>
        <w:tc>
          <w:tcPr>
            <w:tcW w:w="1555" w:type="dxa"/>
            <w:shd w:val="clear" w:color="auto" w:fill="DBE5F1" w:themeFill="accent1" w:themeFillTint="33"/>
            <w:tcMar>
              <w:top w:w="100" w:type="dxa"/>
              <w:left w:w="150" w:type="dxa"/>
              <w:bottom w:w="100" w:type="dxa"/>
              <w:right w:w="150" w:type="dxa"/>
            </w:tcMar>
            <w:vAlign w:val="bottom"/>
          </w:tcPr>
          <w:p w14:paraId="5F8F0DB2" w14:textId="77777777" w:rsidR="00EA64ED" w:rsidRPr="00C345FE" w:rsidRDefault="00EA64ED" w:rsidP="006635BA">
            <w:pPr>
              <w:spacing w:after="0" w:line="432" w:lineRule="auto"/>
              <w:jc w:val="center"/>
              <w:rPr>
                <w:color w:val="auto"/>
                <w:sz w:val="24"/>
                <w:szCs w:val="24"/>
              </w:rPr>
            </w:pPr>
            <w:r w:rsidRPr="00C345FE">
              <w:rPr>
                <w:b/>
                <w:color w:val="auto"/>
                <w:sz w:val="24"/>
                <w:szCs w:val="24"/>
              </w:rPr>
              <w:t>姓名</w:t>
            </w:r>
          </w:p>
        </w:tc>
        <w:tc>
          <w:tcPr>
            <w:tcW w:w="3827" w:type="dxa"/>
            <w:tcMar>
              <w:top w:w="100" w:type="dxa"/>
              <w:left w:w="150" w:type="dxa"/>
              <w:bottom w:w="100" w:type="dxa"/>
              <w:right w:w="150" w:type="dxa"/>
            </w:tcMar>
            <w:vAlign w:val="bottom"/>
          </w:tcPr>
          <w:p w14:paraId="0E0D5E9A" w14:textId="77777777" w:rsidR="00EA64ED" w:rsidRPr="00C345FE" w:rsidRDefault="00EA64ED" w:rsidP="006635BA">
            <w:pPr>
              <w:spacing w:after="0" w:line="432" w:lineRule="auto"/>
              <w:rPr>
                <w:color w:val="auto"/>
                <w:sz w:val="24"/>
                <w:szCs w:val="24"/>
              </w:rPr>
            </w:pPr>
          </w:p>
        </w:tc>
        <w:tc>
          <w:tcPr>
            <w:tcW w:w="1843" w:type="dxa"/>
            <w:shd w:val="clear" w:color="auto" w:fill="DBE5F1" w:themeFill="accent1" w:themeFillTint="33"/>
            <w:tcMar>
              <w:top w:w="100" w:type="dxa"/>
              <w:left w:w="150" w:type="dxa"/>
              <w:bottom w:w="100" w:type="dxa"/>
              <w:right w:w="150" w:type="dxa"/>
            </w:tcMar>
            <w:vAlign w:val="bottom"/>
          </w:tcPr>
          <w:p w14:paraId="31F2F3DE" w14:textId="77777777" w:rsidR="00EA64ED" w:rsidRPr="00C345FE" w:rsidRDefault="00EA64ED" w:rsidP="006635BA">
            <w:pPr>
              <w:spacing w:after="0" w:line="432" w:lineRule="auto"/>
              <w:jc w:val="center"/>
              <w:rPr>
                <w:color w:val="auto"/>
                <w:sz w:val="24"/>
                <w:szCs w:val="24"/>
              </w:rPr>
            </w:pPr>
            <w:r w:rsidRPr="00C345FE">
              <w:rPr>
                <w:b/>
                <w:color w:val="auto"/>
                <w:sz w:val="24"/>
                <w:szCs w:val="24"/>
              </w:rPr>
              <w:t>學號</w:t>
            </w:r>
          </w:p>
        </w:tc>
        <w:tc>
          <w:tcPr>
            <w:tcW w:w="3685" w:type="dxa"/>
            <w:tcMar>
              <w:top w:w="100" w:type="dxa"/>
              <w:left w:w="150" w:type="dxa"/>
              <w:bottom w:w="100" w:type="dxa"/>
              <w:right w:w="150" w:type="dxa"/>
            </w:tcMar>
            <w:vAlign w:val="bottom"/>
          </w:tcPr>
          <w:p w14:paraId="50824EC9" w14:textId="77777777" w:rsidR="00EA64ED" w:rsidRPr="00C345FE" w:rsidRDefault="00EA64ED" w:rsidP="006635BA">
            <w:pPr>
              <w:spacing w:after="0" w:line="432" w:lineRule="auto"/>
              <w:rPr>
                <w:color w:val="auto"/>
                <w:sz w:val="24"/>
                <w:szCs w:val="24"/>
              </w:rPr>
            </w:pPr>
          </w:p>
        </w:tc>
      </w:tr>
      <w:tr w:rsidR="00C345FE" w:rsidRPr="00C345FE" w14:paraId="11AC7C8C" w14:textId="77777777" w:rsidTr="009D22E8">
        <w:trPr>
          <w:trHeight w:val="243"/>
          <w:jc w:val="center"/>
        </w:trPr>
        <w:tc>
          <w:tcPr>
            <w:tcW w:w="1555" w:type="dxa"/>
            <w:shd w:val="clear" w:color="auto" w:fill="DBE5F1" w:themeFill="accent1" w:themeFillTint="33"/>
            <w:tcMar>
              <w:top w:w="100" w:type="dxa"/>
              <w:left w:w="150" w:type="dxa"/>
              <w:bottom w:w="100" w:type="dxa"/>
              <w:right w:w="150" w:type="dxa"/>
            </w:tcMar>
            <w:vAlign w:val="bottom"/>
          </w:tcPr>
          <w:p w14:paraId="750F3025" w14:textId="77777777" w:rsidR="00EA64ED" w:rsidRPr="00C345FE" w:rsidRDefault="00EA64ED" w:rsidP="006635BA">
            <w:pPr>
              <w:spacing w:after="0" w:line="432" w:lineRule="auto"/>
              <w:jc w:val="center"/>
              <w:rPr>
                <w:color w:val="auto"/>
                <w:sz w:val="24"/>
                <w:szCs w:val="24"/>
              </w:rPr>
            </w:pPr>
            <w:r w:rsidRPr="00C345FE">
              <w:rPr>
                <w:b/>
                <w:color w:val="auto"/>
                <w:sz w:val="24"/>
                <w:szCs w:val="24"/>
              </w:rPr>
              <w:t>系所班級</w:t>
            </w:r>
          </w:p>
        </w:tc>
        <w:tc>
          <w:tcPr>
            <w:tcW w:w="3827" w:type="dxa"/>
            <w:tcMar>
              <w:top w:w="100" w:type="dxa"/>
              <w:left w:w="150" w:type="dxa"/>
              <w:bottom w:w="100" w:type="dxa"/>
              <w:right w:w="150" w:type="dxa"/>
            </w:tcMar>
            <w:vAlign w:val="bottom"/>
          </w:tcPr>
          <w:p w14:paraId="62B6F19A" w14:textId="77777777" w:rsidR="00EA64ED" w:rsidRPr="00C345FE" w:rsidRDefault="00EA64ED" w:rsidP="006635BA">
            <w:pPr>
              <w:spacing w:after="0" w:line="432" w:lineRule="auto"/>
              <w:rPr>
                <w:color w:val="auto"/>
                <w:sz w:val="24"/>
                <w:szCs w:val="24"/>
              </w:rPr>
            </w:pPr>
          </w:p>
        </w:tc>
        <w:tc>
          <w:tcPr>
            <w:tcW w:w="1843" w:type="dxa"/>
            <w:shd w:val="clear" w:color="auto" w:fill="DBE5F1" w:themeFill="accent1" w:themeFillTint="33"/>
            <w:tcMar>
              <w:top w:w="100" w:type="dxa"/>
              <w:left w:w="150" w:type="dxa"/>
              <w:bottom w:w="100" w:type="dxa"/>
              <w:right w:w="150" w:type="dxa"/>
            </w:tcMar>
            <w:vAlign w:val="bottom"/>
          </w:tcPr>
          <w:p w14:paraId="1F5F8C05" w14:textId="288F0B05" w:rsidR="00EA64ED" w:rsidRPr="00C345FE" w:rsidRDefault="00EA64ED" w:rsidP="006635BA">
            <w:pPr>
              <w:spacing w:after="0" w:line="432" w:lineRule="auto"/>
              <w:jc w:val="center"/>
              <w:rPr>
                <w:color w:val="auto"/>
                <w:sz w:val="24"/>
                <w:szCs w:val="24"/>
              </w:rPr>
            </w:pPr>
            <w:r w:rsidRPr="00C345FE">
              <w:rPr>
                <w:b/>
                <w:color w:val="auto"/>
                <w:sz w:val="24"/>
                <w:szCs w:val="24"/>
              </w:rPr>
              <w:t>身分證</w:t>
            </w:r>
            <w:r w:rsidR="009D22E8">
              <w:rPr>
                <w:rFonts w:hint="eastAsia"/>
                <w:b/>
                <w:color w:val="auto"/>
                <w:sz w:val="24"/>
                <w:szCs w:val="24"/>
                <w:lang w:eastAsia="zh-TW"/>
              </w:rPr>
              <w:t>字號</w:t>
            </w:r>
          </w:p>
        </w:tc>
        <w:tc>
          <w:tcPr>
            <w:tcW w:w="3685" w:type="dxa"/>
            <w:tcMar>
              <w:top w:w="100" w:type="dxa"/>
              <w:left w:w="150" w:type="dxa"/>
              <w:bottom w:w="100" w:type="dxa"/>
              <w:right w:w="150" w:type="dxa"/>
            </w:tcMar>
            <w:vAlign w:val="bottom"/>
          </w:tcPr>
          <w:p w14:paraId="2F8B64F3" w14:textId="77777777" w:rsidR="00EA64ED" w:rsidRPr="00C345FE" w:rsidRDefault="00EA64ED" w:rsidP="006635BA">
            <w:pPr>
              <w:spacing w:after="0" w:line="432" w:lineRule="auto"/>
              <w:rPr>
                <w:color w:val="auto"/>
                <w:sz w:val="24"/>
                <w:szCs w:val="24"/>
              </w:rPr>
            </w:pPr>
          </w:p>
        </w:tc>
      </w:tr>
      <w:tr w:rsidR="00C345FE" w:rsidRPr="00C345FE" w14:paraId="106A5992" w14:textId="77777777" w:rsidTr="001E4E8B">
        <w:trPr>
          <w:jc w:val="center"/>
        </w:trPr>
        <w:tc>
          <w:tcPr>
            <w:tcW w:w="1555" w:type="dxa"/>
            <w:shd w:val="clear" w:color="auto" w:fill="DBE5F1" w:themeFill="accent1" w:themeFillTint="33"/>
            <w:tcMar>
              <w:top w:w="100" w:type="dxa"/>
              <w:left w:w="150" w:type="dxa"/>
              <w:bottom w:w="100" w:type="dxa"/>
              <w:right w:w="150" w:type="dxa"/>
            </w:tcMar>
            <w:vAlign w:val="bottom"/>
          </w:tcPr>
          <w:p w14:paraId="2132B82A" w14:textId="77777777" w:rsidR="00EA64ED" w:rsidRPr="00C345FE" w:rsidRDefault="00EA64ED" w:rsidP="006635BA">
            <w:pPr>
              <w:spacing w:after="0" w:line="432" w:lineRule="auto"/>
              <w:jc w:val="center"/>
              <w:rPr>
                <w:color w:val="auto"/>
                <w:sz w:val="24"/>
                <w:szCs w:val="24"/>
              </w:rPr>
            </w:pPr>
            <w:r w:rsidRPr="00C345FE">
              <w:rPr>
                <w:b/>
                <w:color w:val="auto"/>
                <w:sz w:val="24"/>
                <w:szCs w:val="24"/>
              </w:rPr>
              <w:t>戶籍地址</w:t>
            </w:r>
          </w:p>
        </w:tc>
        <w:tc>
          <w:tcPr>
            <w:tcW w:w="9355" w:type="dxa"/>
            <w:gridSpan w:val="3"/>
            <w:tcMar>
              <w:top w:w="100" w:type="dxa"/>
              <w:left w:w="150" w:type="dxa"/>
              <w:bottom w:w="100" w:type="dxa"/>
              <w:right w:w="150" w:type="dxa"/>
            </w:tcMar>
            <w:vAlign w:val="bottom"/>
          </w:tcPr>
          <w:p w14:paraId="31CFEAAA" w14:textId="77777777" w:rsidR="00EA64ED" w:rsidRPr="00C345FE" w:rsidRDefault="00EA64ED" w:rsidP="006635BA">
            <w:pPr>
              <w:spacing w:after="0" w:line="432" w:lineRule="auto"/>
              <w:rPr>
                <w:color w:val="auto"/>
                <w:sz w:val="24"/>
                <w:szCs w:val="24"/>
              </w:rPr>
            </w:pPr>
          </w:p>
        </w:tc>
      </w:tr>
      <w:tr w:rsidR="00C345FE" w:rsidRPr="00C345FE" w14:paraId="2AD369B1" w14:textId="77777777" w:rsidTr="009D22E8">
        <w:trPr>
          <w:trHeight w:val="309"/>
          <w:jc w:val="center"/>
        </w:trPr>
        <w:tc>
          <w:tcPr>
            <w:tcW w:w="1555" w:type="dxa"/>
            <w:shd w:val="clear" w:color="auto" w:fill="DBE5F1" w:themeFill="accent1" w:themeFillTint="33"/>
            <w:tcMar>
              <w:top w:w="100" w:type="dxa"/>
              <w:left w:w="150" w:type="dxa"/>
              <w:bottom w:w="100" w:type="dxa"/>
              <w:right w:w="150" w:type="dxa"/>
            </w:tcMar>
            <w:vAlign w:val="bottom"/>
          </w:tcPr>
          <w:p w14:paraId="5AFAF966" w14:textId="77777777" w:rsidR="00EA64ED" w:rsidRPr="00C345FE" w:rsidRDefault="00EA64ED" w:rsidP="006635BA">
            <w:pPr>
              <w:spacing w:after="0" w:line="432" w:lineRule="auto"/>
              <w:jc w:val="center"/>
              <w:rPr>
                <w:color w:val="auto"/>
                <w:sz w:val="24"/>
                <w:szCs w:val="24"/>
              </w:rPr>
            </w:pPr>
            <w:r w:rsidRPr="00C345FE">
              <w:rPr>
                <w:rFonts w:hint="eastAsia"/>
                <w:b/>
                <w:color w:val="auto"/>
                <w:sz w:val="24"/>
                <w:szCs w:val="24"/>
                <w:lang w:eastAsia="zh-TW"/>
              </w:rPr>
              <w:t>聯絡電話</w:t>
            </w:r>
          </w:p>
        </w:tc>
        <w:tc>
          <w:tcPr>
            <w:tcW w:w="3827" w:type="dxa"/>
            <w:tcMar>
              <w:top w:w="100" w:type="dxa"/>
              <w:left w:w="150" w:type="dxa"/>
              <w:bottom w:w="100" w:type="dxa"/>
              <w:right w:w="150" w:type="dxa"/>
            </w:tcMar>
            <w:vAlign w:val="bottom"/>
          </w:tcPr>
          <w:p w14:paraId="693EA335" w14:textId="77777777" w:rsidR="00EA64ED" w:rsidRPr="00C345FE" w:rsidRDefault="00EA64ED" w:rsidP="006635BA">
            <w:pPr>
              <w:spacing w:after="0" w:line="432" w:lineRule="auto"/>
              <w:rPr>
                <w:color w:val="auto"/>
                <w:sz w:val="24"/>
                <w:szCs w:val="24"/>
              </w:rPr>
            </w:pPr>
          </w:p>
        </w:tc>
        <w:tc>
          <w:tcPr>
            <w:tcW w:w="1843" w:type="dxa"/>
            <w:shd w:val="clear" w:color="auto" w:fill="DBE5F1" w:themeFill="accent1" w:themeFillTint="33"/>
            <w:tcMar>
              <w:top w:w="100" w:type="dxa"/>
              <w:left w:w="150" w:type="dxa"/>
              <w:bottom w:w="100" w:type="dxa"/>
              <w:right w:w="150" w:type="dxa"/>
            </w:tcMar>
            <w:vAlign w:val="bottom"/>
          </w:tcPr>
          <w:p w14:paraId="23080A56" w14:textId="77777777" w:rsidR="00EA64ED" w:rsidRPr="00C345FE" w:rsidRDefault="00EA64ED" w:rsidP="006635BA">
            <w:pPr>
              <w:spacing w:after="0" w:line="432" w:lineRule="auto"/>
              <w:jc w:val="center"/>
              <w:rPr>
                <w:color w:val="auto"/>
                <w:sz w:val="24"/>
                <w:szCs w:val="24"/>
              </w:rPr>
            </w:pPr>
            <w:r w:rsidRPr="00C345FE">
              <w:rPr>
                <w:b/>
                <w:color w:val="auto"/>
                <w:sz w:val="24"/>
                <w:szCs w:val="24"/>
              </w:rPr>
              <w:t>電子信箱</w:t>
            </w:r>
          </w:p>
        </w:tc>
        <w:tc>
          <w:tcPr>
            <w:tcW w:w="3685" w:type="dxa"/>
            <w:tcMar>
              <w:top w:w="100" w:type="dxa"/>
              <w:left w:w="150" w:type="dxa"/>
              <w:bottom w:w="100" w:type="dxa"/>
              <w:right w:w="150" w:type="dxa"/>
            </w:tcMar>
            <w:vAlign w:val="bottom"/>
          </w:tcPr>
          <w:p w14:paraId="0681562B" w14:textId="77777777" w:rsidR="00EA64ED" w:rsidRPr="00C345FE" w:rsidRDefault="00EA64ED" w:rsidP="006635BA">
            <w:pPr>
              <w:spacing w:after="0" w:line="432" w:lineRule="auto"/>
              <w:rPr>
                <w:color w:val="auto"/>
                <w:sz w:val="24"/>
                <w:szCs w:val="24"/>
              </w:rPr>
            </w:pPr>
          </w:p>
        </w:tc>
      </w:tr>
      <w:tr w:rsidR="00C345FE" w:rsidRPr="00C345FE" w14:paraId="5AD236E1" w14:textId="77777777" w:rsidTr="001E4E8B">
        <w:trPr>
          <w:jc w:val="center"/>
        </w:trPr>
        <w:tc>
          <w:tcPr>
            <w:tcW w:w="10910" w:type="dxa"/>
            <w:gridSpan w:val="4"/>
            <w:shd w:val="clear" w:color="auto" w:fill="DBE5F1" w:themeFill="accent1" w:themeFillTint="33"/>
            <w:tcMar>
              <w:top w:w="100" w:type="dxa"/>
              <w:left w:w="150" w:type="dxa"/>
              <w:bottom w:w="100" w:type="dxa"/>
              <w:right w:w="150" w:type="dxa"/>
            </w:tcMar>
            <w:vAlign w:val="center"/>
          </w:tcPr>
          <w:p w14:paraId="0B8A7C60" w14:textId="5C847CD1" w:rsidR="000774B1" w:rsidRPr="00C345FE" w:rsidRDefault="00C345FE" w:rsidP="00EC793D">
            <w:pPr>
              <w:spacing w:after="0" w:line="240" w:lineRule="auto"/>
              <w:jc w:val="center"/>
              <w:rPr>
                <w:b/>
                <w:color w:val="auto"/>
                <w:sz w:val="24"/>
                <w:szCs w:val="24"/>
                <w:lang w:eastAsia="zh-TW"/>
              </w:rPr>
            </w:pPr>
            <w:r w:rsidRPr="00C345FE">
              <w:rPr>
                <w:b/>
                <w:color w:val="auto"/>
                <w:sz w:val="24"/>
                <w:szCs w:val="24"/>
                <w:lang w:eastAsia="zh-TW"/>
              </w:rPr>
              <w:t>【</w:t>
            </w:r>
            <w:r w:rsidR="000774B1" w:rsidRPr="00C345FE">
              <w:rPr>
                <w:b/>
                <w:color w:val="auto"/>
                <w:sz w:val="24"/>
                <w:szCs w:val="24"/>
                <w:lang w:eastAsia="zh-TW"/>
              </w:rPr>
              <w:t>撥款帳戶資料】</w:t>
            </w:r>
          </w:p>
        </w:tc>
      </w:tr>
      <w:tr w:rsidR="004E1B99" w:rsidRPr="00C345FE" w14:paraId="43E92380" w14:textId="77777777" w:rsidTr="00DA253D">
        <w:trPr>
          <w:trHeight w:val="774"/>
          <w:jc w:val="center"/>
        </w:trPr>
        <w:tc>
          <w:tcPr>
            <w:tcW w:w="1555" w:type="dxa"/>
            <w:shd w:val="clear" w:color="auto" w:fill="DBE5F1" w:themeFill="accent1" w:themeFillTint="33"/>
            <w:tcMar>
              <w:top w:w="100" w:type="dxa"/>
              <w:left w:w="150" w:type="dxa"/>
              <w:bottom w:w="100" w:type="dxa"/>
              <w:right w:w="150" w:type="dxa"/>
            </w:tcMar>
            <w:vAlign w:val="center"/>
          </w:tcPr>
          <w:p w14:paraId="4D9044EE" w14:textId="3F22036C" w:rsidR="004E1B99" w:rsidRPr="00C345FE" w:rsidRDefault="004E1B99" w:rsidP="000774B1">
            <w:pPr>
              <w:spacing w:after="0" w:line="312" w:lineRule="auto"/>
              <w:jc w:val="center"/>
              <w:rPr>
                <w:color w:val="auto"/>
                <w:sz w:val="24"/>
                <w:szCs w:val="24"/>
              </w:rPr>
            </w:pPr>
            <w:r w:rsidRPr="00C345FE">
              <w:rPr>
                <w:b/>
                <w:color w:val="auto"/>
                <w:sz w:val="24"/>
                <w:szCs w:val="24"/>
              </w:rPr>
              <w:t>郵局帳</w:t>
            </w:r>
            <w:r>
              <w:rPr>
                <w:rFonts w:hint="eastAsia"/>
                <w:b/>
                <w:color w:val="auto"/>
                <w:sz w:val="24"/>
                <w:szCs w:val="24"/>
                <w:lang w:eastAsia="zh-TW"/>
              </w:rPr>
              <w:t>號</w:t>
            </w:r>
          </w:p>
        </w:tc>
        <w:tc>
          <w:tcPr>
            <w:tcW w:w="9355" w:type="dxa"/>
            <w:gridSpan w:val="3"/>
            <w:tcMar>
              <w:top w:w="100" w:type="dxa"/>
              <w:left w:w="150" w:type="dxa"/>
              <w:bottom w:w="100" w:type="dxa"/>
              <w:right w:w="150" w:type="dxa"/>
            </w:tcMar>
            <w:vAlign w:val="center"/>
          </w:tcPr>
          <w:p w14:paraId="138DD9CC" w14:textId="31625208" w:rsidR="004E1B99" w:rsidRPr="00C345FE" w:rsidRDefault="004E1B99" w:rsidP="009D22E8">
            <w:pPr>
              <w:snapToGrid w:val="0"/>
              <w:spacing w:after="0" w:line="240" w:lineRule="auto"/>
              <w:rPr>
                <w:color w:val="auto"/>
                <w:sz w:val="24"/>
                <w:szCs w:val="24"/>
                <w:lang w:eastAsia="zh-TW"/>
              </w:rPr>
            </w:pPr>
            <w:r w:rsidRPr="00A93C47">
              <w:rPr>
                <w:rFonts w:hint="eastAsia"/>
                <w:color w:val="auto"/>
                <w:sz w:val="24"/>
                <w:szCs w:val="24"/>
                <w:lang w:eastAsia="zh-TW"/>
              </w:rPr>
              <w:t>郵局：</w:t>
            </w:r>
            <w:r w:rsidRPr="00A93C47">
              <w:rPr>
                <w:rFonts w:hint="eastAsia"/>
                <w:color w:val="auto"/>
                <w:sz w:val="24"/>
                <w:szCs w:val="24"/>
                <w:u w:val="single"/>
                <w:lang w:eastAsia="zh-TW"/>
              </w:rPr>
              <w:t xml:space="preserve">       </w:t>
            </w:r>
            <w:r>
              <w:rPr>
                <w:rFonts w:hint="eastAsia"/>
                <w:color w:val="auto"/>
                <w:sz w:val="24"/>
                <w:szCs w:val="24"/>
                <w:u w:val="single"/>
                <w:lang w:eastAsia="zh-TW"/>
              </w:rPr>
              <w:t xml:space="preserve">   </w:t>
            </w:r>
            <w:r w:rsidRPr="00A93C47">
              <w:rPr>
                <w:rFonts w:hint="eastAsia"/>
                <w:color w:val="auto"/>
                <w:sz w:val="24"/>
                <w:szCs w:val="24"/>
                <w:u w:val="single"/>
                <w:lang w:eastAsia="zh-TW"/>
              </w:rPr>
              <w:t xml:space="preserve">  </w:t>
            </w:r>
            <w:r w:rsidRPr="00A93C47">
              <w:rPr>
                <w:rFonts w:hint="eastAsia"/>
                <w:color w:val="auto"/>
                <w:sz w:val="24"/>
                <w:szCs w:val="24"/>
                <w:lang w:eastAsia="zh-TW"/>
              </w:rPr>
              <w:t xml:space="preserve"> 郵局   局號/帳號： </w:t>
            </w:r>
            <w:r w:rsidRPr="00A93C47">
              <w:rPr>
                <w:rFonts w:hint="eastAsia"/>
                <w:color w:val="auto"/>
                <w:sz w:val="24"/>
                <w:szCs w:val="24"/>
                <w:u w:val="single"/>
                <w:lang w:eastAsia="zh-TW"/>
              </w:rPr>
              <w:t xml:space="preserve">       </w:t>
            </w:r>
            <w:r w:rsidRPr="00A93C47">
              <w:rPr>
                <w:color w:val="auto"/>
                <w:sz w:val="24"/>
                <w:szCs w:val="24"/>
                <w:u w:val="single"/>
                <w:lang w:eastAsia="zh-TW"/>
              </w:rPr>
              <w:t xml:space="preserve"> </w:t>
            </w:r>
            <w:r>
              <w:rPr>
                <w:rFonts w:hint="eastAsia"/>
                <w:color w:val="auto"/>
                <w:sz w:val="24"/>
                <w:szCs w:val="24"/>
                <w:u w:val="single"/>
                <w:lang w:eastAsia="zh-TW"/>
              </w:rPr>
              <w:t xml:space="preserve">    </w:t>
            </w:r>
            <w:r w:rsidR="00525BD9">
              <w:rPr>
                <w:rFonts w:hint="eastAsia"/>
                <w:color w:val="auto"/>
                <w:sz w:val="24"/>
                <w:szCs w:val="24"/>
                <w:u w:val="single"/>
                <w:lang w:eastAsia="zh-TW"/>
              </w:rPr>
              <w:t xml:space="preserve">          </w:t>
            </w:r>
            <w:r>
              <w:rPr>
                <w:rFonts w:hint="eastAsia"/>
                <w:color w:val="auto"/>
                <w:sz w:val="24"/>
                <w:szCs w:val="24"/>
                <w:u w:val="single"/>
                <w:lang w:eastAsia="zh-TW"/>
              </w:rPr>
              <w:t xml:space="preserve"> </w:t>
            </w:r>
            <w:r w:rsidRPr="00A93C47">
              <w:rPr>
                <w:color w:val="auto"/>
                <w:sz w:val="24"/>
                <w:szCs w:val="24"/>
                <w:u w:val="single"/>
                <w:lang w:eastAsia="zh-TW"/>
              </w:rPr>
              <w:t xml:space="preserve">    </w:t>
            </w:r>
            <w:r w:rsidRPr="00A93C47">
              <w:rPr>
                <w:rFonts w:hint="eastAsia"/>
                <w:color w:val="auto"/>
                <w:sz w:val="24"/>
                <w:szCs w:val="24"/>
                <w:u w:val="single"/>
                <w:lang w:eastAsia="zh-TW"/>
              </w:rPr>
              <w:t xml:space="preserve">    </w:t>
            </w:r>
            <w:r w:rsidRPr="009D22E8">
              <w:rPr>
                <w:color w:val="FFFFFF" w:themeColor="background1"/>
                <w:sz w:val="24"/>
                <w:szCs w:val="24"/>
                <w:lang w:eastAsia="zh-TW"/>
              </w:rPr>
              <w:t>.</w:t>
            </w:r>
          </w:p>
        </w:tc>
      </w:tr>
      <w:tr w:rsidR="00C345FE" w:rsidRPr="00C345FE" w14:paraId="472063A3" w14:textId="77777777" w:rsidTr="001E4E8B">
        <w:trPr>
          <w:trHeight w:val="270"/>
          <w:jc w:val="center"/>
        </w:trPr>
        <w:tc>
          <w:tcPr>
            <w:tcW w:w="10910" w:type="dxa"/>
            <w:gridSpan w:val="4"/>
            <w:shd w:val="clear" w:color="auto" w:fill="DBE5F1" w:themeFill="accent1" w:themeFillTint="33"/>
            <w:tcMar>
              <w:top w:w="100" w:type="dxa"/>
              <w:left w:w="150" w:type="dxa"/>
              <w:bottom w:w="100" w:type="dxa"/>
              <w:right w:w="150" w:type="dxa"/>
            </w:tcMar>
            <w:vAlign w:val="center"/>
          </w:tcPr>
          <w:p w14:paraId="6203CEC6" w14:textId="77777777" w:rsidR="00EA64ED" w:rsidRPr="00C345FE" w:rsidRDefault="00EA64ED" w:rsidP="00EC793D">
            <w:pPr>
              <w:spacing w:after="0" w:line="240" w:lineRule="auto"/>
              <w:jc w:val="center"/>
              <w:rPr>
                <w:color w:val="auto"/>
                <w:sz w:val="24"/>
                <w:szCs w:val="24"/>
                <w:lang w:eastAsia="zh-TW"/>
              </w:rPr>
            </w:pPr>
            <w:r w:rsidRPr="00C345FE">
              <w:rPr>
                <w:b/>
                <w:color w:val="auto"/>
                <w:sz w:val="24"/>
                <w:szCs w:val="24"/>
                <w:lang w:eastAsia="zh-TW"/>
              </w:rPr>
              <w:t>【獎學金核發基準與資格確認】</w:t>
            </w:r>
          </w:p>
        </w:tc>
      </w:tr>
      <w:tr w:rsidR="00C345FE" w:rsidRPr="00C345FE" w14:paraId="0D67DEB5" w14:textId="77777777" w:rsidTr="009D22E8">
        <w:trPr>
          <w:jc w:val="center"/>
        </w:trPr>
        <w:tc>
          <w:tcPr>
            <w:tcW w:w="1555" w:type="dxa"/>
            <w:shd w:val="clear" w:color="auto" w:fill="DBE5F1" w:themeFill="accent1" w:themeFillTint="33"/>
            <w:tcMar>
              <w:top w:w="100" w:type="dxa"/>
              <w:left w:w="150" w:type="dxa"/>
              <w:bottom w:w="100" w:type="dxa"/>
              <w:right w:w="150" w:type="dxa"/>
            </w:tcMar>
            <w:vAlign w:val="center"/>
          </w:tcPr>
          <w:p w14:paraId="409B38A9" w14:textId="77777777" w:rsidR="00EA64ED" w:rsidRPr="00C345FE" w:rsidRDefault="00EA64ED" w:rsidP="0078122F">
            <w:pPr>
              <w:spacing w:after="0" w:line="240" w:lineRule="auto"/>
              <w:jc w:val="center"/>
              <w:rPr>
                <w:color w:val="auto"/>
                <w:sz w:val="24"/>
                <w:szCs w:val="24"/>
              </w:rPr>
            </w:pPr>
            <w:r w:rsidRPr="00C345FE">
              <w:rPr>
                <w:b/>
                <w:color w:val="auto"/>
                <w:sz w:val="24"/>
                <w:szCs w:val="24"/>
              </w:rPr>
              <w:t>註冊程序</w:t>
            </w:r>
          </w:p>
        </w:tc>
        <w:tc>
          <w:tcPr>
            <w:tcW w:w="3827" w:type="dxa"/>
            <w:tcMar>
              <w:top w:w="100" w:type="dxa"/>
              <w:left w:w="150" w:type="dxa"/>
              <w:bottom w:w="100" w:type="dxa"/>
              <w:right w:w="150" w:type="dxa"/>
            </w:tcMar>
            <w:vAlign w:val="center"/>
          </w:tcPr>
          <w:p w14:paraId="1DD97A12" w14:textId="77777777" w:rsidR="00EA64ED" w:rsidRPr="00C345FE" w:rsidRDefault="00EA64ED" w:rsidP="0078122F">
            <w:pPr>
              <w:spacing w:after="0" w:line="240" w:lineRule="auto"/>
              <w:rPr>
                <w:color w:val="auto"/>
                <w:sz w:val="24"/>
                <w:szCs w:val="24"/>
                <w:lang w:eastAsia="zh-TW"/>
              </w:rPr>
            </w:pPr>
            <w:r w:rsidRPr="00C345FE">
              <w:rPr>
                <w:color w:val="auto"/>
                <w:sz w:val="24"/>
                <w:szCs w:val="24"/>
                <w:lang w:eastAsia="zh-TW"/>
              </w:rPr>
              <w:t>□ 完成</w:t>
            </w:r>
            <w:r w:rsidR="00C80A19">
              <w:rPr>
                <w:rFonts w:hint="eastAsia"/>
                <w:color w:val="auto"/>
                <w:sz w:val="24"/>
                <w:szCs w:val="24"/>
                <w:lang w:eastAsia="zh-TW"/>
              </w:rPr>
              <w:t>碩士班入學</w:t>
            </w:r>
            <w:r w:rsidRPr="00C345FE">
              <w:rPr>
                <w:color w:val="auto"/>
                <w:sz w:val="24"/>
                <w:szCs w:val="24"/>
                <w:lang w:eastAsia="zh-TW"/>
              </w:rPr>
              <w:t>註冊程序</w:t>
            </w:r>
          </w:p>
        </w:tc>
        <w:tc>
          <w:tcPr>
            <w:tcW w:w="1843" w:type="dxa"/>
            <w:shd w:val="clear" w:color="auto" w:fill="DBE5F1" w:themeFill="accent1" w:themeFillTint="33"/>
            <w:tcMar>
              <w:top w:w="100" w:type="dxa"/>
              <w:left w:w="150" w:type="dxa"/>
              <w:bottom w:w="100" w:type="dxa"/>
              <w:right w:w="150" w:type="dxa"/>
            </w:tcMar>
            <w:vAlign w:val="center"/>
          </w:tcPr>
          <w:p w14:paraId="3B2CD3BD" w14:textId="77777777" w:rsidR="0030198A" w:rsidRPr="00C345FE" w:rsidRDefault="00EA64ED" w:rsidP="0078122F">
            <w:pPr>
              <w:spacing w:after="0" w:line="240" w:lineRule="auto"/>
              <w:jc w:val="center"/>
              <w:rPr>
                <w:b/>
                <w:color w:val="auto"/>
                <w:sz w:val="24"/>
                <w:szCs w:val="24"/>
              </w:rPr>
            </w:pPr>
            <w:r w:rsidRPr="00C345FE">
              <w:rPr>
                <w:b/>
                <w:color w:val="auto"/>
                <w:sz w:val="24"/>
                <w:szCs w:val="24"/>
              </w:rPr>
              <w:t>學士班</w:t>
            </w:r>
          </w:p>
          <w:p w14:paraId="41C3D346" w14:textId="77777777" w:rsidR="00EA64ED" w:rsidRPr="00C345FE" w:rsidRDefault="00EA64ED" w:rsidP="0078122F">
            <w:pPr>
              <w:spacing w:after="0" w:line="240" w:lineRule="auto"/>
              <w:jc w:val="center"/>
              <w:rPr>
                <w:color w:val="auto"/>
                <w:sz w:val="24"/>
                <w:szCs w:val="24"/>
              </w:rPr>
            </w:pPr>
            <w:r w:rsidRPr="00C345FE">
              <w:rPr>
                <w:b/>
                <w:color w:val="auto"/>
                <w:sz w:val="24"/>
                <w:szCs w:val="24"/>
              </w:rPr>
              <w:t>成績排名</w:t>
            </w:r>
          </w:p>
        </w:tc>
        <w:tc>
          <w:tcPr>
            <w:tcW w:w="3685" w:type="dxa"/>
            <w:tcMar>
              <w:top w:w="100" w:type="dxa"/>
              <w:left w:w="150" w:type="dxa"/>
              <w:bottom w:w="100" w:type="dxa"/>
              <w:right w:w="150" w:type="dxa"/>
            </w:tcMar>
            <w:vAlign w:val="center"/>
          </w:tcPr>
          <w:p w14:paraId="108D0790" w14:textId="77777777" w:rsidR="00EA64ED" w:rsidRPr="00C345FE" w:rsidRDefault="00EA64ED" w:rsidP="0078122F">
            <w:pPr>
              <w:spacing w:after="0" w:line="240" w:lineRule="auto"/>
              <w:ind w:left="360" w:hangingChars="150" w:hanging="360"/>
              <w:rPr>
                <w:color w:val="auto"/>
                <w:sz w:val="24"/>
                <w:szCs w:val="24"/>
                <w:lang w:eastAsia="zh-TW"/>
              </w:rPr>
            </w:pPr>
            <w:r w:rsidRPr="00C345FE">
              <w:rPr>
                <w:color w:val="auto"/>
                <w:sz w:val="24"/>
                <w:szCs w:val="24"/>
                <w:lang w:eastAsia="zh-TW"/>
              </w:rPr>
              <w:t>□</w:t>
            </w:r>
            <w:r w:rsidR="000E4A73" w:rsidRPr="00C345FE">
              <w:rPr>
                <w:rFonts w:hint="eastAsia"/>
                <w:color w:val="auto"/>
                <w:sz w:val="24"/>
                <w:szCs w:val="24"/>
                <w:lang w:eastAsia="zh-TW"/>
              </w:rPr>
              <w:t xml:space="preserve"> 學士班歷年學業成績系排名或班排名達前百分之六十。</w:t>
            </w:r>
          </w:p>
        </w:tc>
      </w:tr>
      <w:tr w:rsidR="00C345FE" w:rsidRPr="00C345FE" w14:paraId="0C16004A" w14:textId="77777777" w:rsidTr="001E4E8B">
        <w:trPr>
          <w:trHeight w:val="1026"/>
          <w:jc w:val="center"/>
        </w:trPr>
        <w:tc>
          <w:tcPr>
            <w:tcW w:w="1555" w:type="dxa"/>
            <w:shd w:val="clear" w:color="auto" w:fill="DBE5F1" w:themeFill="accent1" w:themeFillTint="33"/>
            <w:tcMar>
              <w:top w:w="100" w:type="dxa"/>
              <w:left w:w="150" w:type="dxa"/>
              <w:bottom w:w="100" w:type="dxa"/>
              <w:right w:w="150" w:type="dxa"/>
            </w:tcMar>
            <w:vAlign w:val="center"/>
          </w:tcPr>
          <w:p w14:paraId="64D76C7D" w14:textId="77777777" w:rsidR="00EA64ED" w:rsidRPr="00C345FE" w:rsidRDefault="00EA64ED" w:rsidP="000774B1">
            <w:pPr>
              <w:spacing w:after="0" w:line="312" w:lineRule="auto"/>
              <w:jc w:val="center"/>
              <w:rPr>
                <w:rFonts w:ascii="Times New Roman" w:hAnsi="Times New Roman" w:cs="Times New Roman"/>
                <w:color w:val="auto"/>
                <w:sz w:val="24"/>
                <w:szCs w:val="24"/>
              </w:rPr>
            </w:pPr>
            <w:r w:rsidRPr="00C345FE">
              <w:rPr>
                <w:rFonts w:ascii="Times New Roman" w:hAnsi="Times New Roman" w:cs="Times New Roman"/>
                <w:b/>
                <w:color w:val="auto"/>
                <w:sz w:val="24"/>
                <w:szCs w:val="24"/>
              </w:rPr>
              <w:t>應繳附文件</w:t>
            </w:r>
          </w:p>
        </w:tc>
        <w:tc>
          <w:tcPr>
            <w:tcW w:w="9355" w:type="dxa"/>
            <w:gridSpan w:val="3"/>
            <w:tcMar>
              <w:top w:w="100" w:type="dxa"/>
              <w:left w:w="150" w:type="dxa"/>
              <w:bottom w:w="100" w:type="dxa"/>
              <w:right w:w="150" w:type="dxa"/>
            </w:tcMar>
            <w:vAlign w:val="center"/>
          </w:tcPr>
          <w:p w14:paraId="3769F417" w14:textId="77777777" w:rsidR="000E4A73" w:rsidRPr="00C345FE" w:rsidRDefault="00EA64ED" w:rsidP="000E4A73">
            <w:pPr>
              <w:spacing w:after="0" w:line="312" w:lineRule="auto"/>
              <w:rPr>
                <w:rFonts w:ascii="Times New Roman" w:hAnsi="Times New Roman" w:cs="Times New Roman"/>
                <w:color w:val="auto"/>
                <w:sz w:val="24"/>
                <w:szCs w:val="24"/>
                <w:lang w:eastAsia="zh-TW"/>
              </w:rPr>
            </w:pPr>
            <w:r w:rsidRPr="00C345FE">
              <w:rPr>
                <w:rFonts w:ascii="新細明體" w:eastAsia="新細明體" w:hAnsi="新細明體" w:cs="Times New Roman"/>
                <w:color w:val="auto"/>
                <w:sz w:val="24"/>
                <w:szCs w:val="24"/>
                <w:lang w:eastAsia="zh-TW"/>
              </w:rPr>
              <w:t xml:space="preserve">□ </w:t>
            </w:r>
            <w:r w:rsidRPr="00C345FE">
              <w:rPr>
                <w:rFonts w:ascii="Times New Roman" w:hAnsi="Times New Roman" w:cs="Times New Roman"/>
                <w:color w:val="auto"/>
                <w:sz w:val="24"/>
                <w:szCs w:val="24"/>
                <w:lang w:eastAsia="zh-TW"/>
              </w:rPr>
              <w:t>1.</w:t>
            </w:r>
            <w:r w:rsidRPr="00C345FE">
              <w:rPr>
                <w:rFonts w:ascii="Times New Roman" w:hAnsi="Times New Roman" w:cs="Times New Roman"/>
                <w:color w:val="auto"/>
                <w:sz w:val="24"/>
                <w:szCs w:val="24"/>
                <w:lang w:eastAsia="zh-TW"/>
              </w:rPr>
              <w:t>學生證影本或完成註冊證明</w:t>
            </w:r>
          </w:p>
          <w:p w14:paraId="76C5F9C8" w14:textId="61B545C6" w:rsidR="00C345FE" w:rsidRDefault="0030198A" w:rsidP="00C345FE">
            <w:pPr>
              <w:spacing w:after="0" w:line="312" w:lineRule="auto"/>
              <w:rPr>
                <w:rFonts w:ascii="Times New Roman" w:hAnsi="Times New Roman" w:cs="Times New Roman"/>
                <w:color w:val="auto"/>
                <w:sz w:val="24"/>
                <w:szCs w:val="24"/>
                <w:lang w:eastAsia="zh-TW"/>
              </w:rPr>
            </w:pPr>
            <w:r w:rsidRPr="00C345FE">
              <w:rPr>
                <w:rFonts w:ascii="新細明體" w:eastAsia="新細明體" w:hAnsi="新細明體" w:cs="Times New Roman"/>
                <w:color w:val="auto"/>
                <w:sz w:val="24"/>
                <w:szCs w:val="24"/>
                <w:lang w:eastAsia="zh-TW"/>
              </w:rPr>
              <w:t>□</w:t>
            </w:r>
            <w:r w:rsidR="000E4A73" w:rsidRPr="00C345FE">
              <w:rPr>
                <w:rFonts w:ascii="Times New Roman" w:hAnsi="Times New Roman" w:cs="Times New Roman"/>
                <w:color w:val="auto"/>
                <w:sz w:val="24"/>
                <w:szCs w:val="24"/>
                <w:lang w:eastAsia="zh-TW"/>
              </w:rPr>
              <w:t xml:space="preserve"> 2.</w:t>
            </w:r>
            <w:r w:rsidR="000E4A73" w:rsidRPr="00C345FE">
              <w:rPr>
                <w:rFonts w:ascii="Times New Roman" w:hAnsi="Times New Roman" w:cs="Times New Roman"/>
                <w:color w:val="auto"/>
                <w:sz w:val="24"/>
                <w:szCs w:val="24"/>
                <w:lang w:eastAsia="zh-TW"/>
              </w:rPr>
              <w:t>郵局存摺封面影本</w:t>
            </w:r>
          </w:p>
          <w:p w14:paraId="240C6F49" w14:textId="77777777" w:rsidR="00EA64ED" w:rsidRPr="00C345FE" w:rsidRDefault="0030198A" w:rsidP="00C345FE">
            <w:pPr>
              <w:spacing w:after="0" w:line="312" w:lineRule="auto"/>
              <w:rPr>
                <w:rFonts w:ascii="Times New Roman" w:hAnsi="Times New Roman" w:cs="Times New Roman"/>
                <w:color w:val="auto"/>
                <w:sz w:val="24"/>
                <w:szCs w:val="24"/>
                <w:lang w:eastAsia="zh-TW"/>
              </w:rPr>
            </w:pPr>
            <w:r w:rsidRPr="00C345FE">
              <w:rPr>
                <w:rFonts w:ascii="新細明體" w:eastAsia="新細明體" w:hAnsi="新細明體" w:cs="Times New Roman"/>
                <w:color w:val="auto"/>
                <w:sz w:val="24"/>
                <w:szCs w:val="24"/>
                <w:lang w:eastAsia="zh-TW"/>
              </w:rPr>
              <w:t>□</w:t>
            </w:r>
            <w:r w:rsidR="000E4A73" w:rsidRPr="00C345FE">
              <w:rPr>
                <w:rFonts w:ascii="Times New Roman" w:hAnsi="Times New Roman" w:cs="Times New Roman"/>
                <w:color w:val="auto"/>
                <w:sz w:val="24"/>
                <w:szCs w:val="24"/>
                <w:lang w:eastAsia="zh-TW"/>
              </w:rPr>
              <w:t xml:space="preserve"> 3.</w:t>
            </w:r>
            <w:r w:rsidR="000E4A73" w:rsidRPr="00C345FE">
              <w:rPr>
                <w:rFonts w:ascii="Times New Roman" w:hAnsi="Times New Roman" w:cs="Times New Roman"/>
                <w:color w:val="auto"/>
                <w:sz w:val="24"/>
                <w:szCs w:val="24"/>
                <w:lang w:eastAsia="zh-TW"/>
              </w:rPr>
              <w:t>學士班歷年成績單證明</w:t>
            </w:r>
            <w:r w:rsidR="000E4A73" w:rsidRPr="00C345FE">
              <w:rPr>
                <w:rFonts w:ascii="Times New Roman" w:hAnsi="Times New Roman" w:cs="Times New Roman"/>
                <w:color w:val="auto"/>
                <w:sz w:val="24"/>
                <w:szCs w:val="24"/>
                <w:lang w:eastAsia="zh-TW"/>
              </w:rPr>
              <w:t>(</w:t>
            </w:r>
            <w:r w:rsidR="00EA64ED" w:rsidRPr="00C345FE">
              <w:rPr>
                <w:rFonts w:ascii="Times New Roman" w:hAnsi="Times New Roman" w:cs="Times New Roman"/>
                <w:color w:val="auto"/>
                <w:sz w:val="24"/>
                <w:szCs w:val="24"/>
                <w:lang w:eastAsia="zh-TW"/>
              </w:rPr>
              <w:t>需註明</w:t>
            </w:r>
            <w:r w:rsidR="000E4A73" w:rsidRPr="00C345FE">
              <w:rPr>
                <w:rFonts w:ascii="Times New Roman" w:hAnsi="Times New Roman" w:cs="Times New Roman"/>
                <w:color w:val="auto"/>
                <w:sz w:val="24"/>
                <w:szCs w:val="24"/>
                <w:lang w:eastAsia="zh-TW"/>
              </w:rPr>
              <w:t>歷年學業成績系排名或班排名達前百分之六十</w:t>
            </w:r>
            <w:r w:rsidR="000E4A73" w:rsidRPr="00C345FE">
              <w:rPr>
                <w:rFonts w:ascii="Times New Roman" w:hAnsi="Times New Roman" w:cs="Times New Roman"/>
                <w:color w:val="auto"/>
                <w:sz w:val="24"/>
                <w:szCs w:val="24"/>
                <w:lang w:eastAsia="zh-TW"/>
              </w:rPr>
              <w:t>)</w:t>
            </w:r>
          </w:p>
        </w:tc>
      </w:tr>
      <w:tr w:rsidR="00C345FE" w:rsidRPr="00C345FE" w14:paraId="1CE891BB" w14:textId="77777777" w:rsidTr="001E4E8B">
        <w:trPr>
          <w:trHeight w:val="1584"/>
          <w:jc w:val="center"/>
        </w:trPr>
        <w:tc>
          <w:tcPr>
            <w:tcW w:w="1555" w:type="dxa"/>
            <w:shd w:val="clear" w:color="auto" w:fill="DBE5F1" w:themeFill="accent1" w:themeFillTint="33"/>
            <w:tcMar>
              <w:top w:w="100" w:type="dxa"/>
              <w:left w:w="150" w:type="dxa"/>
              <w:bottom w:w="100" w:type="dxa"/>
              <w:right w:w="150" w:type="dxa"/>
            </w:tcMar>
            <w:vAlign w:val="center"/>
          </w:tcPr>
          <w:p w14:paraId="4315D646" w14:textId="77777777" w:rsidR="00EA64ED" w:rsidRPr="00C345FE" w:rsidRDefault="00EA64ED" w:rsidP="000774B1">
            <w:pPr>
              <w:spacing w:after="0" w:line="312" w:lineRule="auto"/>
              <w:jc w:val="center"/>
              <w:rPr>
                <w:color w:val="auto"/>
                <w:sz w:val="24"/>
                <w:szCs w:val="24"/>
              </w:rPr>
            </w:pPr>
            <w:r w:rsidRPr="00C345FE">
              <w:rPr>
                <w:b/>
                <w:color w:val="auto"/>
                <w:sz w:val="24"/>
                <w:szCs w:val="24"/>
              </w:rPr>
              <w:t>申請人聲明</w:t>
            </w:r>
          </w:p>
        </w:tc>
        <w:tc>
          <w:tcPr>
            <w:tcW w:w="9355" w:type="dxa"/>
            <w:gridSpan w:val="3"/>
            <w:tcMar>
              <w:top w:w="100" w:type="dxa"/>
              <w:left w:w="150" w:type="dxa"/>
              <w:bottom w:w="100" w:type="dxa"/>
              <w:right w:w="150" w:type="dxa"/>
            </w:tcMar>
            <w:vAlign w:val="center"/>
          </w:tcPr>
          <w:p w14:paraId="37CA0888" w14:textId="77777777" w:rsidR="00BE6B0E" w:rsidRPr="00C25C31" w:rsidRDefault="00C9567E" w:rsidP="00F05E09">
            <w:pPr>
              <w:spacing w:after="0" w:line="264" w:lineRule="auto"/>
              <w:ind w:left="360" w:hangingChars="150" w:hanging="360"/>
              <w:jc w:val="both"/>
              <w:rPr>
                <w:color w:val="auto"/>
                <w:sz w:val="24"/>
                <w:szCs w:val="24"/>
                <w:lang w:eastAsia="zh-TW"/>
              </w:rPr>
            </w:pPr>
            <w:r w:rsidRPr="00C345FE">
              <w:rPr>
                <w:rFonts w:ascii="新細明體" w:eastAsia="新細明體" w:hAnsi="新細明體" w:cs="Times New Roman"/>
                <w:color w:val="auto"/>
                <w:sz w:val="24"/>
                <w:szCs w:val="24"/>
                <w:lang w:eastAsia="zh-TW"/>
              </w:rPr>
              <w:t>□</w:t>
            </w:r>
            <w:r>
              <w:rPr>
                <w:rFonts w:ascii="新細明體" w:eastAsia="新細明體" w:hAnsi="新細明體" w:cs="Times New Roman" w:hint="eastAsia"/>
                <w:color w:val="auto"/>
                <w:sz w:val="24"/>
                <w:szCs w:val="24"/>
                <w:lang w:eastAsia="zh-TW"/>
              </w:rPr>
              <w:t xml:space="preserve"> </w:t>
            </w:r>
            <w:r w:rsidR="00EA64ED" w:rsidRPr="00C345FE">
              <w:rPr>
                <w:color w:val="auto"/>
                <w:sz w:val="24"/>
                <w:szCs w:val="24"/>
                <w:lang w:eastAsia="zh-TW"/>
              </w:rPr>
              <w:t>本人聲明上</w:t>
            </w:r>
            <w:r w:rsidR="00EA64ED" w:rsidRPr="00C25C31">
              <w:rPr>
                <w:color w:val="auto"/>
                <w:sz w:val="24"/>
                <w:szCs w:val="24"/>
                <w:lang w:eastAsia="zh-TW"/>
              </w:rPr>
              <w:t>述所填寫之內容及檢附之文件均為屬實，如有不實，願放棄獲獎資格並繳回</w:t>
            </w:r>
            <w:r w:rsidR="0031237C" w:rsidRPr="00C25C31">
              <w:rPr>
                <w:rFonts w:hint="eastAsia"/>
                <w:color w:val="auto"/>
                <w:sz w:val="24"/>
                <w:szCs w:val="24"/>
                <w:lang w:eastAsia="zh-TW"/>
              </w:rPr>
              <w:t>全數</w:t>
            </w:r>
            <w:r w:rsidR="00EA64ED" w:rsidRPr="00C25C31">
              <w:rPr>
                <w:color w:val="auto"/>
                <w:sz w:val="24"/>
                <w:szCs w:val="24"/>
                <w:lang w:eastAsia="zh-TW"/>
              </w:rPr>
              <w:t>獎學金。</w:t>
            </w:r>
          </w:p>
          <w:p w14:paraId="5CB61FB9" w14:textId="77777777" w:rsidR="00C9567E" w:rsidRPr="00EA4F5D" w:rsidRDefault="00C9567E" w:rsidP="00F05E09">
            <w:pPr>
              <w:spacing w:after="0" w:line="264" w:lineRule="auto"/>
              <w:ind w:left="360" w:hangingChars="150" w:hanging="360"/>
              <w:jc w:val="both"/>
              <w:rPr>
                <w:color w:val="auto"/>
                <w:sz w:val="24"/>
                <w:szCs w:val="24"/>
                <w:lang w:eastAsia="zh-TW"/>
              </w:rPr>
            </w:pPr>
            <w:r w:rsidRPr="00EA4F5D">
              <w:rPr>
                <w:rFonts w:ascii="新細明體" w:eastAsia="新細明體" w:hAnsi="新細明體" w:cs="Times New Roman"/>
                <w:color w:val="auto"/>
                <w:sz w:val="24"/>
                <w:szCs w:val="24"/>
                <w:lang w:eastAsia="zh-TW"/>
              </w:rPr>
              <w:t>□</w:t>
            </w:r>
            <w:r w:rsidRPr="00EA4F5D">
              <w:rPr>
                <w:rFonts w:ascii="新細明體" w:eastAsia="新細明體" w:hAnsi="新細明體" w:cs="Times New Roman" w:hint="eastAsia"/>
                <w:color w:val="auto"/>
                <w:sz w:val="24"/>
                <w:szCs w:val="24"/>
                <w:lang w:eastAsia="zh-TW"/>
              </w:rPr>
              <w:t xml:space="preserve"> </w:t>
            </w:r>
            <w:r w:rsidRPr="00EA4F5D">
              <w:rPr>
                <w:rFonts w:hint="eastAsia"/>
                <w:color w:val="auto"/>
                <w:sz w:val="24"/>
                <w:szCs w:val="24"/>
                <w:lang w:eastAsia="zh-TW"/>
              </w:rPr>
              <w:t>本人同意</w:t>
            </w:r>
            <w:r w:rsidR="007C6C9A" w:rsidRPr="00EA4F5D">
              <w:rPr>
                <w:rFonts w:hint="eastAsia"/>
                <w:color w:val="auto"/>
                <w:sz w:val="24"/>
                <w:szCs w:val="24"/>
                <w:lang w:eastAsia="zh-TW"/>
              </w:rPr>
              <w:t>東吳大學財務工程與精算數學系，</w:t>
            </w:r>
            <w:r w:rsidR="000C5DF0" w:rsidRPr="00EA4F5D">
              <w:rPr>
                <w:rFonts w:hint="eastAsia"/>
                <w:color w:val="auto"/>
                <w:sz w:val="24"/>
                <w:szCs w:val="24"/>
                <w:lang w:eastAsia="zh-TW"/>
              </w:rPr>
              <w:t>於</w:t>
            </w:r>
            <w:r w:rsidR="00D71016" w:rsidRPr="00EA4F5D">
              <w:rPr>
                <w:rFonts w:hint="eastAsia"/>
                <w:color w:val="auto"/>
                <w:sz w:val="24"/>
                <w:szCs w:val="24"/>
                <w:lang w:eastAsia="zh-TW"/>
              </w:rPr>
              <w:t>本人</w:t>
            </w:r>
            <w:r w:rsidR="000C5DF0" w:rsidRPr="00EA4F5D">
              <w:rPr>
                <w:rFonts w:hint="eastAsia"/>
                <w:color w:val="auto"/>
                <w:sz w:val="24"/>
                <w:szCs w:val="24"/>
                <w:lang w:eastAsia="zh-TW"/>
              </w:rPr>
              <w:t>獲獎時</w:t>
            </w:r>
            <w:r w:rsidRPr="00EA4F5D">
              <w:rPr>
                <w:rFonts w:hint="eastAsia"/>
                <w:color w:val="auto"/>
                <w:sz w:val="24"/>
                <w:szCs w:val="24"/>
                <w:lang w:eastAsia="zh-TW"/>
              </w:rPr>
              <w:t>得將</w:t>
            </w:r>
            <w:r w:rsidR="00D71016" w:rsidRPr="00EA4F5D">
              <w:rPr>
                <w:rFonts w:hint="eastAsia"/>
                <w:color w:val="auto"/>
                <w:sz w:val="24"/>
                <w:szCs w:val="24"/>
                <w:lang w:eastAsia="zh-TW"/>
              </w:rPr>
              <w:t>本人</w:t>
            </w:r>
            <w:r w:rsidRPr="00EA4F5D">
              <w:rPr>
                <w:rFonts w:hint="eastAsia"/>
                <w:color w:val="auto"/>
                <w:sz w:val="24"/>
                <w:szCs w:val="24"/>
                <w:lang w:eastAsia="zh-TW"/>
              </w:rPr>
              <w:t>之系級</w:t>
            </w:r>
            <w:r w:rsidR="000C5DF0" w:rsidRPr="00EA4F5D">
              <w:rPr>
                <w:rFonts w:hint="eastAsia"/>
                <w:color w:val="auto"/>
                <w:sz w:val="24"/>
                <w:szCs w:val="24"/>
                <w:lang w:eastAsia="zh-TW"/>
              </w:rPr>
              <w:t>、</w:t>
            </w:r>
            <w:r w:rsidR="00BB47AD" w:rsidRPr="00EA4F5D">
              <w:rPr>
                <w:rFonts w:hint="eastAsia"/>
                <w:color w:val="auto"/>
                <w:sz w:val="24"/>
                <w:szCs w:val="24"/>
                <w:lang w:eastAsia="zh-TW"/>
              </w:rPr>
              <w:t>學號或</w:t>
            </w:r>
            <w:r w:rsidRPr="00EA4F5D">
              <w:rPr>
                <w:rFonts w:hint="eastAsia"/>
                <w:color w:val="auto"/>
                <w:sz w:val="24"/>
                <w:szCs w:val="24"/>
                <w:lang w:eastAsia="zh-TW"/>
              </w:rPr>
              <w:t>姓名及獲獎資訊公告於本系</w:t>
            </w:r>
            <w:r w:rsidR="00323F36" w:rsidRPr="00EA4F5D">
              <w:rPr>
                <w:rFonts w:hint="eastAsia"/>
                <w:color w:val="auto"/>
                <w:sz w:val="24"/>
                <w:szCs w:val="24"/>
                <w:lang w:eastAsia="zh-TW"/>
              </w:rPr>
              <w:t>官方</w:t>
            </w:r>
            <w:r w:rsidRPr="00EA4F5D">
              <w:rPr>
                <w:rFonts w:hint="eastAsia"/>
                <w:color w:val="auto"/>
                <w:sz w:val="24"/>
                <w:szCs w:val="24"/>
                <w:lang w:eastAsia="zh-TW"/>
              </w:rPr>
              <w:t>網站</w:t>
            </w:r>
            <w:r w:rsidR="00323F36" w:rsidRPr="00EA4F5D">
              <w:rPr>
                <w:rFonts w:hint="eastAsia"/>
                <w:color w:val="auto"/>
                <w:sz w:val="24"/>
                <w:szCs w:val="24"/>
                <w:lang w:eastAsia="zh-TW"/>
              </w:rPr>
              <w:t>及</w:t>
            </w:r>
            <w:r w:rsidRPr="00EA4F5D">
              <w:rPr>
                <w:rFonts w:hint="eastAsia"/>
                <w:color w:val="auto"/>
                <w:sz w:val="24"/>
                <w:szCs w:val="24"/>
                <w:lang w:eastAsia="zh-TW"/>
              </w:rPr>
              <w:t>佈告欄。</w:t>
            </w:r>
          </w:p>
          <w:p w14:paraId="51EBDFA3" w14:textId="77777777" w:rsidR="0078122F" w:rsidRPr="00AD2E9A" w:rsidRDefault="00524026" w:rsidP="00F05E09">
            <w:pPr>
              <w:spacing w:after="0" w:line="264" w:lineRule="auto"/>
              <w:ind w:left="360" w:hangingChars="150" w:hanging="360"/>
              <w:jc w:val="both"/>
              <w:rPr>
                <w:color w:val="auto"/>
                <w:sz w:val="20"/>
                <w:szCs w:val="20"/>
                <w:lang w:eastAsia="zh-TW"/>
              </w:rPr>
            </w:pPr>
            <w:r w:rsidRPr="00EA4F5D">
              <w:rPr>
                <w:rFonts w:hint="eastAsia"/>
                <w:color w:val="auto"/>
                <w:sz w:val="24"/>
                <w:szCs w:val="24"/>
                <w:lang w:eastAsia="zh-TW"/>
              </w:rPr>
              <w:t xml:space="preserve"> </w:t>
            </w:r>
            <w:r w:rsidR="002D6E1A" w:rsidRPr="00EA4F5D">
              <w:rPr>
                <w:rFonts w:hint="eastAsia"/>
                <w:color w:val="auto"/>
                <w:sz w:val="24"/>
                <w:szCs w:val="24"/>
                <w:lang w:eastAsia="zh-TW"/>
              </w:rPr>
              <w:t xml:space="preserve"> </w:t>
            </w:r>
            <w:r w:rsidRPr="00EA4F5D">
              <w:rPr>
                <w:rFonts w:hint="eastAsia"/>
                <w:color w:val="auto"/>
                <w:sz w:val="24"/>
                <w:szCs w:val="24"/>
                <w:lang w:eastAsia="zh-TW"/>
              </w:rPr>
              <w:t xml:space="preserve"> </w:t>
            </w:r>
            <w:r w:rsidR="0078122F" w:rsidRPr="00EA4F5D">
              <w:rPr>
                <w:rFonts w:hint="eastAsia"/>
                <w:color w:val="auto"/>
                <w:sz w:val="20"/>
                <w:szCs w:val="20"/>
                <w:lang w:eastAsia="zh-TW"/>
              </w:rPr>
              <w:t>(註：</w:t>
            </w:r>
            <w:r w:rsidR="00512035" w:rsidRPr="00EA4F5D">
              <w:rPr>
                <w:rFonts w:hint="eastAsia"/>
                <w:color w:val="auto"/>
                <w:sz w:val="20"/>
                <w:szCs w:val="20"/>
                <w:lang w:eastAsia="zh-TW"/>
              </w:rPr>
              <w:t>將秉持</w:t>
            </w:r>
            <w:r w:rsidR="0078122F" w:rsidRPr="00EA4F5D">
              <w:rPr>
                <w:rFonts w:hint="eastAsia"/>
                <w:color w:val="auto"/>
                <w:sz w:val="20"/>
                <w:szCs w:val="20"/>
                <w:lang w:eastAsia="zh-TW"/>
              </w:rPr>
              <w:t>最小化公開原則，僅公告獲獎人系級</w:t>
            </w:r>
            <w:r w:rsidR="000C5DF0" w:rsidRPr="00EA4F5D">
              <w:rPr>
                <w:rFonts w:hint="eastAsia"/>
                <w:color w:val="auto"/>
                <w:sz w:val="20"/>
                <w:szCs w:val="20"/>
                <w:lang w:eastAsia="zh-TW"/>
              </w:rPr>
              <w:t>、</w:t>
            </w:r>
            <w:r w:rsidR="00BB47AD" w:rsidRPr="00EA4F5D">
              <w:rPr>
                <w:rFonts w:hint="eastAsia"/>
                <w:color w:val="auto"/>
                <w:sz w:val="20"/>
                <w:szCs w:val="20"/>
                <w:lang w:eastAsia="zh-TW"/>
              </w:rPr>
              <w:t>學號或</w:t>
            </w:r>
            <w:r w:rsidR="0078122F" w:rsidRPr="00EA4F5D">
              <w:rPr>
                <w:rFonts w:hint="eastAsia"/>
                <w:color w:val="auto"/>
                <w:sz w:val="20"/>
                <w:szCs w:val="20"/>
                <w:lang w:eastAsia="zh-TW"/>
              </w:rPr>
              <w:t>姓名及獲獎項目</w:t>
            </w:r>
            <w:r w:rsidRPr="00EA4F5D">
              <w:rPr>
                <w:rFonts w:hint="eastAsia"/>
                <w:color w:val="auto"/>
                <w:sz w:val="20"/>
                <w:szCs w:val="20"/>
                <w:lang w:eastAsia="zh-TW"/>
              </w:rPr>
              <w:t>相關</w:t>
            </w:r>
            <w:r w:rsidR="0078122F" w:rsidRPr="00EA4F5D">
              <w:rPr>
                <w:rFonts w:hint="eastAsia"/>
                <w:color w:val="auto"/>
                <w:sz w:val="20"/>
                <w:szCs w:val="20"/>
                <w:lang w:eastAsia="zh-TW"/>
              </w:rPr>
              <w:t>資訊)</w:t>
            </w:r>
          </w:p>
          <w:p w14:paraId="60EF4B7A" w14:textId="77777777" w:rsidR="00BE6B0E" w:rsidRPr="00524026" w:rsidRDefault="00BE6B0E" w:rsidP="00BE6B0E">
            <w:pPr>
              <w:spacing w:after="0" w:line="312" w:lineRule="auto"/>
              <w:rPr>
                <w:color w:val="auto"/>
                <w:sz w:val="24"/>
                <w:szCs w:val="24"/>
                <w:lang w:eastAsia="zh-TW"/>
              </w:rPr>
            </w:pPr>
          </w:p>
          <w:p w14:paraId="572F6A4D" w14:textId="125C4857" w:rsidR="00EA64ED" w:rsidRDefault="00EA64ED" w:rsidP="00780470">
            <w:pPr>
              <w:spacing w:after="0" w:line="312" w:lineRule="auto"/>
              <w:rPr>
                <w:color w:val="auto"/>
                <w:sz w:val="24"/>
                <w:szCs w:val="24"/>
                <w:lang w:eastAsia="zh-TW"/>
              </w:rPr>
            </w:pPr>
            <w:r w:rsidRPr="00C345FE">
              <w:rPr>
                <w:color w:val="auto"/>
                <w:sz w:val="24"/>
                <w:szCs w:val="24"/>
                <w:lang w:eastAsia="zh-TW"/>
              </w:rPr>
              <w:t>申請人簽章：</w:t>
            </w:r>
            <w:r w:rsidRPr="00C345FE">
              <w:rPr>
                <w:rFonts w:hint="eastAsia"/>
                <w:color w:val="auto"/>
                <w:sz w:val="24"/>
                <w:szCs w:val="24"/>
                <w:u w:val="single"/>
                <w:lang w:eastAsia="zh-TW"/>
              </w:rPr>
              <w:t xml:space="preserve">        </w:t>
            </w:r>
            <w:r w:rsidR="001E4E8B">
              <w:rPr>
                <w:rFonts w:hint="eastAsia"/>
                <w:color w:val="auto"/>
                <w:sz w:val="24"/>
                <w:szCs w:val="24"/>
                <w:u w:val="single"/>
                <w:lang w:eastAsia="zh-TW"/>
              </w:rPr>
              <w:t xml:space="preserve"> </w:t>
            </w:r>
            <w:r w:rsidRPr="00C345FE">
              <w:rPr>
                <w:rFonts w:hint="eastAsia"/>
                <w:color w:val="auto"/>
                <w:sz w:val="24"/>
                <w:szCs w:val="24"/>
                <w:u w:val="single"/>
                <w:lang w:eastAsia="zh-TW"/>
              </w:rPr>
              <w:t xml:space="preserve">      </w:t>
            </w:r>
            <w:r w:rsidR="00A02819" w:rsidRPr="00C345FE">
              <w:rPr>
                <w:color w:val="auto"/>
                <w:sz w:val="24"/>
                <w:szCs w:val="24"/>
                <w:u w:val="single"/>
                <w:lang w:eastAsia="zh-TW"/>
              </w:rPr>
              <w:t xml:space="preserve"> </w:t>
            </w:r>
            <w:r w:rsidR="003113A8">
              <w:rPr>
                <w:rFonts w:hint="eastAsia"/>
                <w:color w:val="auto"/>
                <w:sz w:val="24"/>
                <w:szCs w:val="24"/>
                <w:u w:val="single"/>
                <w:lang w:eastAsia="zh-TW"/>
              </w:rPr>
              <w:t xml:space="preserve">   </w:t>
            </w:r>
            <w:r w:rsidRPr="00C345FE">
              <w:rPr>
                <w:rFonts w:hint="eastAsia"/>
                <w:color w:val="auto"/>
                <w:sz w:val="24"/>
                <w:szCs w:val="24"/>
                <w:u w:val="single"/>
                <w:lang w:eastAsia="zh-TW"/>
              </w:rPr>
              <w:t xml:space="preserve">   </w:t>
            </w:r>
            <w:r w:rsidR="00780470">
              <w:rPr>
                <w:rFonts w:hint="eastAsia"/>
                <w:color w:val="auto"/>
                <w:sz w:val="24"/>
                <w:szCs w:val="24"/>
                <w:lang w:eastAsia="zh-TW"/>
              </w:rPr>
              <w:t xml:space="preserve">   </w:t>
            </w:r>
            <w:r w:rsidRPr="00C345FE">
              <w:rPr>
                <w:color w:val="auto"/>
                <w:sz w:val="24"/>
                <w:szCs w:val="24"/>
                <w:lang w:eastAsia="zh-TW"/>
              </w:rPr>
              <w:t xml:space="preserve">日期：民國 </w:t>
            </w:r>
            <w:r w:rsidRPr="00C345FE">
              <w:rPr>
                <w:rFonts w:hint="eastAsia"/>
                <w:color w:val="auto"/>
                <w:sz w:val="24"/>
                <w:szCs w:val="24"/>
                <w:u w:val="single"/>
                <w:lang w:eastAsia="zh-TW"/>
              </w:rPr>
              <w:t xml:space="preserve">   </w:t>
            </w:r>
            <w:r w:rsidR="00FA2EAB">
              <w:rPr>
                <w:rFonts w:hint="eastAsia"/>
                <w:color w:val="auto"/>
                <w:sz w:val="24"/>
                <w:szCs w:val="24"/>
                <w:u w:val="single"/>
                <w:lang w:eastAsia="zh-TW"/>
              </w:rPr>
              <w:t xml:space="preserve"> </w:t>
            </w:r>
            <w:r w:rsidRPr="00C345FE">
              <w:rPr>
                <w:rFonts w:hint="eastAsia"/>
                <w:color w:val="auto"/>
                <w:sz w:val="24"/>
                <w:szCs w:val="24"/>
                <w:u w:val="single"/>
                <w:lang w:eastAsia="zh-TW"/>
              </w:rPr>
              <w:t xml:space="preserve">  </w:t>
            </w:r>
            <w:r w:rsidRPr="00C345FE">
              <w:rPr>
                <w:color w:val="auto"/>
                <w:sz w:val="24"/>
                <w:szCs w:val="24"/>
                <w:lang w:eastAsia="zh-TW"/>
              </w:rPr>
              <w:t xml:space="preserve"> 年 </w:t>
            </w:r>
            <w:r w:rsidRPr="00C345FE">
              <w:rPr>
                <w:rFonts w:hint="eastAsia"/>
                <w:color w:val="auto"/>
                <w:sz w:val="24"/>
                <w:szCs w:val="24"/>
                <w:u w:val="single"/>
                <w:lang w:eastAsia="zh-TW"/>
              </w:rPr>
              <w:t xml:space="preserve">     </w:t>
            </w:r>
            <w:r w:rsidRPr="00C345FE">
              <w:rPr>
                <w:color w:val="auto"/>
                <w:sz w:val="24"/>
                <w:szCs w:val="24"/>
                <w:lang w:eastAsia="zh-TW"/>
              </w:rPr>
              <w:t xml:space="preserve"> 月 </w:t>
            </w:r>
            <w:r w:rsidRPr="00C345FE">
              <w:rPr>
                <w:rFonts w:hint="eastAsia"/>
                <w:color w:val="auto"/>
                <w:sz w:val="24"/>
                <w:szCs w:val="24"/>
                <w:u w:val="single"/>
                <w:lang w:eastAsia="zh-TW"/>
              </w:rPr>
              <w:t xml:space="preserve">     </w:t>
            </w:r>
            <w:r w:rsidRPr="00C345FE">
              <w:rPr>
                <w:color w:val="auto"/>
                <w:sz w:val="24"/>
                <w:szCs w:val="24"/>
                <w:lang w:eastAsia="zh-TW"/>
              </w:rPr>
              <w:t xml:space="preserve"> 日</w:t>
            </w:r>
          </w:p>
          <w:p w14:paraId="510DE3CA" w14:textId="77777777" w:rsidR="00544873" w:rsidRPr="00544873" w:rsidRDefault="001E4E8B" w:rsidP="001E4E8B">
            <w:pPr>
              <w:snapToGrid w:val="0"/>
              <w:spacing w:after="0" w:line="240" w:lineRule="auto"/>
              <w:jc w:val="both"/>
              <w:rPr>
                <w:sz w:val="16"/>
                <w:szCs w:val="16"/>
                <w:lang w:eastAsia="zh-TW"/>
              </w:rPr>
            </w:pPr>
            <w:r>
              <w:rPr>
                <w:rFonts w:hint="eastAsia"/>
                <w:sz w:val="16"/>
                <w:szCs w:val="16"/>
                <w:lang w:eastAsia="zh-TW"/>
              </w:rPr>
              <w:t>(</w:t>
            </w:r>
            <w:r w:rsidR="00544873" w:rsidRPr="00F93A30">
              <w:rPr>
                <w:rFonts w:hint="eastAsia"/>
                <w:sz w:val="16"/>
                <w:szCs w:val="16"/>
                <w:lang w:eastAsia="zh-TW"/>
              </w:rPr>
              <w:t>本人已閱讀</w:t>
            </w:r>
            <w:r w:rsidRPr="001E4E8B">
              <w:rPr>
                <w:rFonts w:hint="eastAsia"/>
                <w:sz w:val="16"/>
                <w:szCs w:val="16"/>
                <w:lang w:eastAsia="zh-TW"/>
              </w:rPr>
              <w:t>東吳大學</w:t>
            </w:r>
            <w:r w:rsidR="00544873" w:rsidRPr="00544873">
              <w:rPr>
                <w:rFonts w:hint="eastAsia"/>
                <w:sz w:val="16"/>
                <w:szCs w:val="16"/>
                <w:lang w:eastAsia="zh-TW"/>
              </w:rPr>
              <w:t>財務工程與精算數學系運用個人資料告知暨同意書</w:t>
            </w:r>
            <w:r w:rsidR="00544873">
              <w:rPr>
                <w:rFonts w:hint="eastAsia"/>
                <w:sz w:val="16"/>
                <w:szCs w:val="16"/>
                <w:lang w:eastAsia="zh-TW"/>
              </w:rPr>
              <w:t>，</w:t>
            </w:r>
            <w:r w:rsidR="00544873" w:rsidRPr="00F93A30">
              <w:rPr>
                <w:rFonts w:hint="eastAsia"/>
                <w:sz w:val="16"/>
                <w:szCs w:val="16"/>
                <w:lang w:eastAsia="zh-TW"/>
              </w:rPr>
              <w:t>了解及同意個人資料提供</w:t>
            </w:r>
            <w:r w:rsidR="00544873">
              <w:rPr>
                <w:rFonts w:hint="eastAsia"/>
                <w:sz w:val="16"/>
                <w:szCs w:val="16"/>
                <w:lang w:eastAsia="zh-TW"/>
              </w:rPr>
              <w:t>學系</w:t>
            </w:r>
            <w:r w:rsidR="00544873" w:rsidRPr="00F93A30">
              <w:rPr>
                <w:rFonts w:hint="eastAsia"/>
                <w:sz w:val="16"/>
                <w:szCs w:val="16"/>
                <w:lang w:eastAsia="zh-TW"/>
              </w:rPr>
              <w:t>進行蒐集、處理、利用)</w:t>
            </w:r>
          </w:p>
        </w:tc>
      </w:tr>
      <w:tr w:rsidR="00C345FE" w:rsidRPr="00C345FE" w14:paraId="1860C331" w14:textId="77777777" w:rsidTr="001E4E8B">
        <w:trPr>
          <w:jc w:val="center"/>
        </w:trPr>
        <w:tc>
          <w:tcPr>
            <w:tcW w:w="10910" w:type="dxa"/>
            <w:gridSpan w:val="4"/>
            <w:shd w:val="clear" w:color="auto" w:fill="DBE5F1" w:themeFill="accent1" w:themeFillTint="33"/>
            <w:tcMar>
              <w:top w:w="100" w:type="dxa"/>
              <w:left w:w="150" w:type="dxa"/>
              <w:bottom w:w="100" w:type="dxa"/>
              <w:right w:w="150" w:type="dxa"/>
            </w:tcMar>
            <w:vAlign w:val="center"/>
          </w:tcPr>
          <w:p w14:paraId="212B6224" w14:textId="77777777" w:rsidR="00EA64ED" w:rsidRPr="00C345FE" w:rsidRDefault="00EA64ED" w:rsidP="00EC793D">
            <w:pPr>
              <w:spacing w:after="0" w:line="240" w:lineRule="auto"/>
              <w:jc w:val="center"/>
              <w:rPr>
                <w:color w:val="auto"/>
                <w:sz w:val="24"/>
                <w:szCs w:val="24"/>
                <w:lang w:eastAsia="zh-TW"/>
              </w:rPr>
            </w:pPr>
            <w:r w:rsidRPr="00C345FE">
              <w:rPr>
                <w:b/>
                <w:color w:val="auto"/>
                <w:sz w:val="24"/>
                <w:szCs w:val="24"/>
                <w:lang w:eastAsia="zh-TW"/>
              </w:rPr>
              <w:t>【審核欄】（申請人請勿填寫）</w:t>
            </w:r>
          </w:p>
        </w:tc>
      </w:tr>
      <w:tr w:rsidR="00C345FE" w:rsidRPr="00C345FE" w14:paraId="25394F70" w14:textId="77777777" w:rsidTr="001E4E8B">
        <w:trPr>
          <w:trHeight w:val="1281"/>
          <w:jc w:val="center"/>
        </w:trPr>
        <w:tc>
          <w:tcPr>
            <w:tcW w:w="1555" w:type="dxa"/>
            <w:shd w:val="clear" w:color="auto" w:fill="DBE5F1" w:themeFill="accent1" w:themeFillTint="33"/>
            <w:tcMar>
              <w:top w:w="100" w:type="dxa"/>
              <w:left w:w="150" w:type="dxa"/>
              <w:bottom w:w="100" w:type="dxa"/>
              <w:right w:w="150" w:type="dxa"/>
            </w:tcMar>
            <w:vAlign w:val="center"/>
          </w:tcPr>
          <w:p w14:paraId="532CE68C" w14:textId="77777777" w:rsidR="0030198A" w:rsidRPr="00C345FE" w:rsidRDefault="0030198A" w:rsidP="006635BA">
            <w:pPr>
              <w:spacing w:after="0" w:line="312" w:lineRule="auto"/>
              <w:jc w:val="center"/>
              <w:rPr>
                <w:color w:val="auto"/>
                <w:sz w:val="24"/>
                <w:szCs w:val="24"/>
              </w:rPr>
            </w:pPr>
            <w:r w:rsidRPr="00C345FE">
              <w:rPr>
                <w:b/>
                <w:color w:val="auto"/>
                <w:sz w:val="24"/>
                <w:szCs w:val="24"/>
              </w:rPr>
              <w:t>系所審</w:t>
            </w:r>
            <w:r w:rsidRPr="00C345FE">
              <w:rPr>
                <w:rFonts w:hint="eastAsia"/>
                <w:b/>
                <w:color w:val="auto"/>
                <w:sz w:val="24"/>
                <w:szCs w:val="24"/>
                <w:lang w:eastAsia="zh-TW"/>
              </w:rPr>
              <w:t>核</w:t>
            </w:r>
          </w:p>
        </w:tc>
        <w:tc>
          <w:tcPr>
            <w:tcW w:w="9355" w:type="dxa"/>
            <w:gridSpan w:val="3"/>
            <w:tcMar>
              <w:top w:w="100" w:type="dxa"/>
              <w:left w:w="150" w:type="dxa"/>
              <w:bottom w:w="100" w:type="dxa"/>
              <w:right w:w="150" w:type="dxa"/>
            </w:tcMar>
            <w:vAlign w:val="center"/>
          </w:tcPr>
          <w:p w14:paraId="7C956817" w14:textId="77777777" w:rsidR="0030198A" w:rsidRPr="00FC408B" w:rsidRDefault="0030198A" w:rsidP="007A644A">
            <w:pPr>
              <w:spacing w:beforeLines="50" w:before="120" w:after="0" w:line="360" w:lineRule="auto"/>
              <w:rPr>
                <w:color w:val="auto"/>
                <w:sz w:val="24"/>
                <w:szCs w:val="24"/>
                <w:u w:val="single"/>
                <w:lang w:eastAsia="zh-TW"/>
              </w:rPr>
            </w:pPr>
            <w:r w:rsidRPr="00C345FE">
              <w:rPr>
                <w:color w:val="auto"/>
                <w:sz w:val="24"/>
                <w:szCs w:val="24"/>
                <w:lang w:eastAsia="zh-TW"/>
              </w:rPr>
              <w:t>□ 符合資格，同意推薦</w:t>
            </w:r>
            <w:r w:rsidR="00FC408B">
              <w:rPr>
                <w:rFonts w:hint="eastAsia"/>
                <w:color w:val="auto"/>
                <w:sz w:val="24"/>
                <w:szCs w:val="24"/>
                <w:lang w:eastAsia="zh-TW"/>
              </w:rPr>
              <w:t>，共計核發金額：</w:t>
            </w:r>
            <w:r w:rsidR="00FC408B" w:rsidRPr="00FC408B">
              <w:rPr>
                <w:rFonts w:hint="eastAsia"/>
                <w:color w:val="auto"/>
                <w:sz w:val="24"/>
                <w:szCs w:val="24"/>
                <w:u w:val="single"/>
                <w:lang w:eastAsia="zh-TW"/>
              </w:rPr>
              <w:t xml:space="preserve"> </w:t>
            </w:r>
            <w:r w:rsidR="00FC408B" w:rsidRPr="00FC408B">
              <w:rPr>
                <w:color w:val="auto"/>
                <w:sz w:val="24"/>
                <w:szCs w:val="24"/>
                <w:u w:val="single"/>
                <w:lang w:eastAsia="zh-TW"/>
              </w:rPr>
              <w:t xml:space="preserve">  </w:t>
            </w:r>
            <w:r w:rsidR="00FC408B" w:rsidRPr="00FC408B">
              <w:rPr>
                <w:rFonts w:hint="eastAsia"/>
                <w:color w:val="auto"/>
                <w:sz w:val="24"/>
                <w:szCs w:val="24"/>
                <w:u w:val="single"/>
                <w:lang w:eastAsia="zh-TW"/>
              </w:rPr>
              <w:t xml:space="preserve">  </w:t>
            </w:r>
            <w:r w:rsidR="00FC408B">
              <w:rPr>
                <w:rFonts w:hint="eastAsia"/>
                <w:color w:val="auto"/>
                <w:sz w:val="24"/>
                <w:szCs w:val="24"/>
                <w:u w:val="single"/>
                <w:lang w:eastAsia="zh-TW"/>
              </w:rPr>
              <w:t xml:space="preserve">          </w:t>
            </w:r>
            <w:r w:rsidR="00FC408B" w:rsidRPr="00FC408B">
              <w:rPr>
                <w:rFonts w:hint="eastAsia"/>
                <w:color w:val="auto"/>
                <w:sz w:val="24"/>
                <w:szCs w:val="24"/>
                <w:lang w:eastAsia="zh-TW"/>
              </w:rPr>
              <w:t>元</w:t>
            </w:r>
          </w:p>
          <w:p w14:paraId="0AC73564" w14:textId="77777777" w:rsidR="0030198A" w:rsidRPr="00C345FE" w:rsidRDefault="0030198A" w:rsidP="007A644A">
            <w:pPr>
              <w:snapToGrid w:val="0"/>
              <w:spacing w:after="0" w:line="240" w:lineRule="auto"/>
              <w:rPr>
                <w:color w:val="auto"/>
                <w:sz w:val="24"/>
                <w:szCs w:val="24"/>
                <w:lang w:eastAsia="zh-TW"/>
              </w:rPr>
            </w:pPr>
            <w:r w:rsidRPr="00C345FE">
              <w:rPr>
                <w:color w:val="auto"/>
                <w:sz w:val="24"/>
                <w:szCs w:val="24"/>
                <w:lang w:eastAsia="zh-TW"/>
              </w:rPr>
              <w:t>□ 不符合資格</w:t>
            </w:r>
            <w:r w:rsidR="00FC408B">
              <w:rPr>
                <w:rFonts w:hint="eastAsia"/>
                <w:color w:val="auto"/>
                <w:sz w:val="24"/>
                <w:szCs w:val="24"/>
                <w:lang w:eastAsia="zh-TW"/>
              </w:rPr>
              <w:t>，未予推薦。</w:t>
            </w:r>
          </w:p>
          <w:p w14:paraId="1757FAB2" w14:textId="0D705EF1" w:rsidR="0030198A" w:rsidRPr="00C345FE" w:rsidRDefault="0030198A" w:rsidP="007A644A">
            <w:pPr>
              <w:snapToGrid w:val="0"/>
              <w:spacing w:after="0" w:line="240" w:lineRule="auto"/>
              <w:jc w:val="right"/>
              <w:rPr>
                <w:color w:val="auto"/>
                <w:sz w:val="24"/>
                <w:szCs w:val="24"/>
                <w:lang w:eastAsia="zh-TW"/>
              </w:rPr>
            </w:pPr>
            <w:r w:rsidRPr="00C345FE">
              <w:rPr>
                <w:color w:val="auto"/>
                <w:sz w:val="24"/>
                <w:szCs w:val="24"/>
                <w:lang w:eastAsia="zh-TW"/>
              </w:rPr>
              <w:t>審核</w:t>
            </w:r>
            <w:r w:rsidR="00780470">
              <w:rPr>
                <w:rFonts w:hint="eastAsia"/>
                <w:color w:val="auto"/>
                <w:sz w:val="24"/>
                <w:szCs w:val="24"/>
                <w:lang w:eastAsia="zh-TW"/>
              </w:rPr>
              <w:t>日期</w:t>
            </w:r>
            <w:r w:rsidRPr="00C345FE">
              <w:rPr>
                <w:color w:val="auto"/>
                <w:sz w:val="24"/>
                <w:szCs w:val="24"/>
                <w:lang w:eastAsia="zh-TW"/>
              </w:rPr>
              <w:t>：</w:t>
            </w:r>
            <w:r w:rsidR="00780470" w:rsidRPr="00C345FE">
              <w:rPr>
                <w:color w:val="auto"/>
                <w:sz w:val="24"/>
                <w:szCs w:val="24"/>
                <w:lang w:eastAsia="zh-TW"/>
              </w:rPr>
              <w:t xml:space="preserve">民國 </w:t>
            </w:r>
            <w:r w:rsidR="00780470" w:rsidRPr="00C345FE">
              <w:rPr>
                <w:rFonts w:hint="eastAsia"/>
                <w:color w:val="auto"/>
                <w:sz w:val="24"/>
                <w:szCs w:val="24"/>
                <w:u w:val="single"/>
                <w:lang w:eastAsia="zh-TW"/>
              </w:rPr>
              <w:t xml:space="preserve">    </w:t>
            </w:r>
            <w:r w:rsidR="00A41666">
              <w:rPr>
                <w:rFonts w:hint="eastAsia"/>
                <w:color w:val="auto"/>
                <w:sz w:val="24"/>
                <w:szCs w:val="24"/>
                <w:u w:val="single"/>
                <w:lang w:eastAsia="zh-TW"/>
              </w:rPr>
              <w:t xml:space="preserve"> </w:t>
            </w:r>
            <w:r w:rsidR="00780470" w:rsidRPr="00C345FE">
              <w:rPr>
                <w:rFonts w:hint="eastAsia"/>
                <w:color w:val="auto"/>
                <w:sz w:val="24"/>
                <w:szCs w:val="24"/>
                <w:u w:val="single"/>
                <w:lang w:eastAsia="zh-TW"/>
              </w:rPr>
              <w:t xml:space="preserve"> </w:t>
            </w:r>
            <w:r w:rsidR="00780470" w:rsidRPr="00C345FE">
              <w:rPr>
                <w:color w:val="auto"/>
                <w:sz w:val="24"/>
                <w:szCs w:val="24"/>
                <w:lang w:eastAsia="zh-TW"/>
              </w:rPr>
              <w:t xml:space="preserve"> 年 </w:t>
            </w:r>
            <w:r w:rsidR="00780470" w:rsidRPr="00C345FE">
              <w:rPr>
                <w:rFonts w:hint="eastAsia"/>
                <w:color w:val="auto"/>
                <w:sz w:val="24"/>
                <w:szCs w:val="24"/>
                <w:u w:val="single"/>
                <w:lang w:eastAsia="zh-TW"/>
              </w:rPr>
              <w:t xml:space="preserve">     </w:t>
            </w:r>
            <w:r w:rsidR="00780470" w:rsidRPr="00C345FE">
              <w:rPr>
                <w:color w:val="auto"/>
                <w:sz w:val="24"/>
                <w:szCs w:val="24"/>
                <w:lang w:eastAsia="zh-TW"/>
              </w:rPr>
              <w:t xml:space="preserve"> 月 </w:t>
            </w:r>
            <w:r w:rsidR="00780470" w:rsidRPr="00C345FE">
              <w:rPr>
                <w:rFonts w:hint="eastAsia"/>
                <w:color w:val="auto"/>
                <w:sz w:val="24"/>
                <w:szCs w:val="24"/>
                <w:u w:val="single"/>
                <w:lang w:eastAsia="zh-TW"/>
              </w:rPr>
              <w:t xml:space="preserve">     </w:t>
            </w:r>
            <w:r w:rsidR="00780470" w:rsidRPr="00C345FE">
              <w:rPr>
                <w:color w:val="auto"/>
                <w:sz w:val="24"/>
                <w:szCs w:val="24"/>
                <w:lang w:eastAsia="zh-TW"/>
              </w:rPr>
              <w:t xml:space="preserve"> 日</w:t>
            </w:r>
          </w:p>
        </w:tc>
      </w:tr>
    </w:tbl>
    <w:p w14:paraId="22A94E30" w14:textId="5A127657" w:rsidR="00C837C6" w:rsidRDefault="00DA253D" w:rsidP="00DA253D">
      <w:pPr>
        <w:tabs>
          <w:tab w:val="center" w:pos="5269"/>
          <w:tab w:val="left" w:pos="6290"/>
          <w:tab w:val="right" w:pos="10538"/>
        </w:tabs>
        <w:snapToGrid w:val="0"/>
        <w:spacing w:after="0" w:line="240" w:lineRule="auto"/>
        <w:rPr>
          <w:sz w:val="40"/>
          <w:szCs w:val="40"/>
          <w:lang w:eastAsia="zh-TW"/>
        </w:rPr>
      </w:pPr>
      <w:r>
        <w:rPr>
          <w:color w:val="auto"/>
          <w:sz w:val="24"/>
          <w:szCs w:val="24"/>
          <w:lang w:eastAsia="zh-TW"/>
        </w:rPr>
        <w:tab/>
      </w:r>
      <w:r w:rsidR="00C837C6">
        <w:rPr>
          <w:color w:val="auto"/>
          <w:sz w:val="24"/>
          <w:szCs w:val="24"/>
          <w:lang w:eastAsia="zh-TW"/>
        </w:rPr>
        <w:tab/>
      </w:r>
      <w:r>
        <w:rPr>
          <w:color w:val="auto"/>
          <w:sz w:val="24"/>
          <w:szCs w:val="24"/>
          <w:lang w:eastAsia="zh-TW"/>
        </w:rPr>
        <w:tab/>
      </w:r>
    </w:p>
    <w:p w14:paraId="54293A63" w14:textId="77777777" w:rsidR="00DA253D" w:rsidRPr="00DA253D" w:rsidRDefault="00DA253D" w:rsidP="00DA253D">
      <w:pPr>
        <w:rPr>
          <w:sz w:val="40"/>
          <w:szCs w:val="40"/>
          <w:lang w:eastAsia="zh-TW"/>
        </w:rPr>
        <w:sectPr w:rsidR="00DA253D" w:rsidRPr="00DA253D" w:rsidSect="00C837C6">
          <w:headerReference w:type="default" r:id="rId8"/>
          <w:footerReference w:type="default" r:id="rId9"/>
          <w:pgSz w:w="12240" w:h="15840" w:code="1"/>
          <w:pgMar w:top="567" w:right="851" w:bottom="567" w:left="851" w:header="567" w:footer="454" w:gutter="0"/>
          <w:cols w:space="720"/>
          <w:docGrid w:linePitch="360"/>
        </w:sectPr>
      </w:pPr>
    </w:p>
    <w:p w14:paraId="4CB1D596" w14:textId="77777777" w:rsidR="0096632F" w:rsidRPr="00413E31" w:rsidRDefault="0096632F" w:rsidP="00C87603">
      <w:pPr>
        <w:tabs>
          <w:tab w:val="left" w:pos="6290"/>
        </w:tabs>
        <w:spacing w:after="120"/>
        <w:jc w:val="center"/>
        <w:rPr>
          <w:color w:val="auto"/>
          <w:sz w:val="40"/>
          <w:szCs w:val="40"/>
          <w:lang w:eastAsia="zh-TW"/>
        </w:rPr>
      </w:pPr>
      <w:r w:rsidRPr="00413E31">
        <w:rPr>
          <w:rFonts w:hint="eastAsia"/>
          <w:color w:val="auto"/>
          <w:sz w:val="40"/>
          <w:szCs w:val="40"/>
          <w:lang w:eastAsia="zh-TW"/>
        </w:rPr>
        <w:lastRenderedPageBreak/>
        <w:t>運用個人資料告知暨同意書</w:t>
      </w:r>
    </w:p>
    <w:p w14:paraId="5D5BAB5D" w14:textId="417A5684" w:rsidR="0096632F" w:rsidRPr="00413E31" w:rsidRDefault="0096632F" w:rsidP="00834590">
      <w:pPr>
        <w:spacing w:afterLines="20" w:after="48" w:line="240" w:lineRule="auto"/>
        <w:jc w:val="both"/>
        <w:rPr>
          <w:color w:val="auto"/>
          <w:lang w:eastAsia="zh-TW"/>
        </w:rPr>
      </w:pPr>
      <w:r w:rsidRPr="00413E31">
        <w:rPr>
          <w:rFonts w:hint="eastAsia"/>
          <w:color w:val="auto"/>
          <w:lang w:eastAsia="zh-TW"/>
        </w:rPr>
        <w:t>東吳大學財務工程與精算數學系（以下簡稱本系）蒐集、處理、利用及傳輸 台端個人資料事宜，茲依據「個人資料保護法」第八條之規定，向 台端告知下列事項：</w:t>
      </w:r>
    </w:p>
    <w:p w14:paraId="20CA00C1"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一、本系蒐集之目的為獎助學金之</w:t>
      </w:r>
      <w:r w:rsidR="00C9567E" w:rsidRPr="00413E31">
        <w:rPr>
          <w:rFonts w:hint="eastAsia"/>
          <w:color w:val="auto"/>
          <w:lang w:eastAsia="zh-TW"/>
        </w:rPr>
        <w:t>申請、審核、發放及獲獎名單之公開公告</w:t>
      </w:r>
      <w:r w:rsidRPr="00413E31">
        <w:rPr>
          <w:rFonts w:hint="eastAsia"/>
          <w:color w:val="auto"/>
          <w:lang w:eastAsia="zh-TW"/>
        </w:rPr>
        <w:t>。</w:t>
      </w:r>
    </w:p>
    <w:p w14:paraId="008BAA28"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二、蒐集之個人資料：</w:t>
      </w:r>
    </w:p>
    <w:p w14:paraId="090B834C" w14:textId="77777777" w:rsidR="0096632F" w:rsidRPr="00850C60" w:rsidRDefault="0096632F" w:rsidP="00834590">
      <w:pPr>
        <w:spacing w:afterLines="20" w:after="48" w:line="240" w:lineRule="auto"/>
        <w:ind w:leftChars="150" w:left="330"/>
        <w:rPr>
          <w:color w:val="auto"/>
          <w:lang w:eastAsia="zh-TW"/>
        </w:rPr>
      </w:pPr>
      <w:r w:rsidRPr="00850C60">
        <w:rPr>
          <w:rFonts w:hint="eastAsia"/>
          <w:color w:val="auto"/>
          <w:lang w:eastAsia="zh-TW"/>
        </w:rPr>
        <w:t>（一）姓名、出生年月日、身分證統一編號。</w:t>
      </w:r>
    </w:p>
    <w:p w14:paraId="19B8A805" w14:textId="77777777" w:rsidR="0096632F" w:rsidRPr="00850C60" w:rsidRDefault="0096632F" w:rsidP="00834590">
      <w:pPr>
        <w:spacing w:afterLines="20" w:after="48" w:line="240" w:lineRule="auto"/>
        <w:ind w:leftChars="150" w:left="330"/>
        <w:rPr>
          <w:color w:val="auto"/>
          <w:lang w:eastAsia="zh-TW"/>
        </w:rPr>
      </w:pPr>
      <w:r w:rsidRPr="00850C60">
        <w:rPr>
          <w:rFonts w:hint="eastAsia"/>
          <w:color w:val="auto"/>
          <w:lang w:eastAsia="zh-TW"/>
        </w:rPr>
        <w:t>（二）地址</w:t>
      </w:r>
      <w:r w:rsidR="00834590" w:rsidRPr="00850C60">
        <w:rPr>
          <w:rFonts w:hint="eastAsia"/>
          <w:color w:val="auto"/>
          <w:lang w:eastAsia="zh-TW"/>
        </w:rPr>
        <w:t>、</w:t>
      </w:r>
      <w:r w:rsidRPr="00850C60">
        <w:rPr>
          <w:rFonts w:hint="eastAsia"/>
          <w:color w:val="auto"/>
          <w:lang w:eastAsia="zh-TW"/>
        </w:rPr>
        <w:t>電話</w:t>
      </w:r>
      <w:r w:rsidR="00834590" w:rsidRPr="00850C60">
        <w:rPr>
          <w:rFonts w:hint="eastAsia"/>
          <w:color w:val="auto"/>
          <w:lang w:eastAsia="zh-TW"/>
        </w:rPr>
        <w:t>及電子信箱</w:t>
      </w:r>
      <w:r w:rsidRPr="00850C60">
        <w:rPr>
          <w:rFonts w:hint="eastAsia"/>
          <w:color w:val="auto"/>
          <w:lang w:eastAsia="zh-TW"/>
        </w:rPr>
        <w:t>等聯絡方式。</w:t>
      </w:r>
    </w:p>
    <w:p w14:paraId="5C1289A4" w14:textId="77777777" w:rsidR="0096632F" w:rsidRPr="00850C60" w:rsidRDefault="0096632F" w:rsidP="00834590">
      <w:pPr>
        <w:spacing w:afterLines="20" w:after="48" w:line="240" w:lineRule="auto"/>
        <w:ind w:leftChars="150" w:left="330"/>
        <w:rPr>
          <w:color w:val="auto"/>
          <w:lang w:eastAsia="zh-TW"/>
        </w:rPr>
      </w:pPr>
      <w:r w:rsidRPr="00850C60">
        <w:rPr>
          <w:rFonts w:hint="eastAsia"/>
          <w:color w:val="auto"/>
          <w:lang w:eastAsia="zh-TW"/>
        </w:rPr>
        <w:t>（三）獎助學金辦法或章程所規定之附件資料等相關申請文件內容。</w:t>
      </w:r>
    </w:p>
    <w:p w14:paraId="4E373527" w14:textId="77777777" w:rsidR="0096632F" w:rsidRPr="00850C60" w:rsidRDefault="0096632F" w:rsidP="00834590">
      <w:pPr>
        <w:spacing w:beforeLines="50" w:before="120" w:afterLines="20" w:after="48" w:line="240" w:lineRule="auto"/>
        <w:rPr>
          <w:color w:val="auto"/>
          <w:lang w:eastAsia="zh-TW"/>
        </w:rPr>
      </w:pPr>
      <w:r w:rsidRPr="00850C60">
        <w:rPr>
          <w:rFonts w:hint="eastAsia"/>
          <w:color w:val="auto"/>
          <w:lang w:eastAsia="zh-TW"/>
        </w:rPr>
        <w:t>三、個人資料利用之期間、對象、地區、方式：</w:t>
      </w:r>
    </w:p>
    <w:p w14:paraId="36FEEFC9" w14:textId="77777777" w:rsidR="0096632F" w:rsidRPr="00850C60" w:rsidRDefault="0096632F" w:rsidP="00834590">
      <w:pPr>
        <w:spacing w:afterLines="20" w:after="48" w:line="240" w:lineRule="auto"/>
        <w:ind w:leftChars="150" w:left="1650" w:hangingChars="600" w:hanging="1320"/>
        <w:jc w:val="both"/>
        <w:rPr>
          <w:color w:val="auto"/>
          <w:lang w:eastAsia="zh-TW"/>
        </w:rPr>
      </w:pPr>
      <w:r w:rsidRPr="00850C60">
        <w:rPr>
          <w:rFonts w:hint="eastAsia"/>
          <w:color w:val="auto"/>
          <w:lang w:eastAsia="zh-TW"/>
        </w:rPr>
        <w:t>（一）期間：因執行業務所必須及依法令規定應為保存之。</w:t>
      </w:r>
    </w:p>
    <w:p w14:paraId="6D41CAF5" w14:textId="77777777" w:rsidR="0096632F" w:rsidRPr="00850C60" w:rsidRDefault="0096632F" w:rsidP="00834590">
      <w:pPr>
        <w:spacing w:afterLines="20" w:after="48" w:line="240" w:lineRule="auto"/>
        <w:ind w:leftChars="150" w:left="1650" w:hangingChars="600" w:hanging="1320"/>
        <w:jc w:val="both"/>
        <w:rPr>
          <w:color w:val="auto"/>
          <w:lang w:eastAsia="zh-TW"/>
        </w:rPr>
      </w:pPr>
      <w:r w:rsidRPr="00850C60">
        <w:rPr>
          <w:rFonts w:hint="eastAsia"/>
          <w:color w:val="auto"/>
          <w:lang w:eastAsia="zh-TW"/>
        </w:rPr>
        <w:t>（二）對象：本系、東吳大學校內相關單位、獎助學金之提供人或提供單位、獎助學金之審核人或審核單位。</w:t>
      </w:r>
    </w:p>
    <w:p w14:paraId="10140A26" w14:textId="3F15BC13" w:rsidR="0096632F" w:rsidRPr="00850C60" w:rsidRDefault="0096632F" w:rsidP="00834590">
      <w:pPr>
        <w:spacing w:afterLines="20" w:after="48" w:line="240" w:lineRule="auto"/>
        <w:ind w:leftChars="150" w:left="1650" w:hangingChars="600" w:hanging="1320"/>
        <w:jc w:val="both"/>
        <w:rPr>
          <w:color w:val="auto"/>
          <w:lang w:eastAsia="zh-TW"/>
        </w:rPr>
      </w:pPr>
      <w:r w:rsidRPr="00850C60">
        <w:rPr>
          <w:rFonts w:hint="eastAsia"/>
          <w:color w:val="auto"/>
          <w:lang w:eastAsia="zh-TW"/>
        </w:rPr>
        <w:t>（三）地區：</w:t>
      </w:r>
      <w:r w:rsidR="00AC384C" w:rsidRPr="00850C60">
        <w:rPr>
          <w:rFonts w:hint="eastAsia"/>
          <w:color w:val="auto"/>
          <w:lang w:eastAsia="zh-TW"/>
        </w:rPr>
        <w:t>上述對象所在之地區</w:t>
      </w:r>
      <w:r w:rsidRPr="00850C60">
        <w:rPr>
          <w:rFonts w:hint="eastAsia"/>
          <w:color w:val="auto"/>
          <w:lang w:eastAsia="zh-TW"/>
        </w:rPr>
        <w:t>。</w:t>
      </w:r>
    </w:p>
    <w:p w14:paraId="2B043166" w14:textId="11E69762" w:rsidR="00082795" w:rsidRPr="00850C60" w:rsidRDefault="00C9567E" w:rsidP="00850C60">
      <w:pPr>
        <w:spacing w:after="0" w:line="240" w:lineRule="auto"/>
        <w:ind w:leftChars="150" w:left="1650" w:hangingChars="600" w:hanging="1320"/>
        <w:jc w:val="both"/>
        <w:rPr>
          <w:rFonts w:ascii="Times New Roman" w:hAnsi="Times New Roman" w:cs="Times New Roman"/>
          <w:color w:val="auto"/>
          <w:lang w:eastAsia="zh-TW"/>
        </w:rPr>
      </w:pPr>
      <w:r w:rsidRPr="00850C60">
        <w:rPr>
          <w:rFonts w:hint="eastAsia"/>
          <w:color w:val="auto"/>
          <w:lang w:eastAsia="zh-TW"/>
        </w:rPr>
        <w:t>（四）方式：合於法令規定之利用</w:t>
      </w:r>
      <w:r w:rsidR="00527535" w:rsidRPr="00850C60">
        <w:rPr>
          <w:rFonts w:hint="eastAsia"/>
          <w:color w:val="auto"/>
          <w:lang w:eastAsia="zh-TW"/>
        </w:rPr>
        <w:t>。</w:t>
      </w:r>
    </w:p>
    <w:p w14:paraId="68FBBBD9" w14:textId="77777777" w:rsidR="002923B6" w:rsidRPr="00413E31" w:rsidRDefault="002923B6" w:rsidP="002923B6">
      <w:pPr>
        <w:spacing w:beforeLines="50" w:before="120" w:afterLines="20" w:after="48" w:line="240" w:lineRule="auto"/>
        <w:rPr>
          <w:color w:val="auto"/>
          <w:lang w:eastAsia="zh-TW"/>
        </w:rPr>
      </w:pPr>
      <w:r w:rsidRPr="00413E31">
        <w:rPr>
          <w:rFonts w:hint="eastAsia"/>
          <w:color w:val="auto"/>
          <w:lang w:eastAsia="zh-TW"/>
        </w:rPr>
        <w:t>四、依據個資法第三條規定，台端就本系保有 台端之個人資料得行使權利及方式：</w:t>
      </w:r>
    </w:p>
    <w:p w14:paraId="1C62570A" w14:textId="77777777" w:rsidR="002923B6" w:rsidRPr="00413E31" w:rsidRDefault="002923B6" w:rsidP="002923B6">
      <w:pPr>
        <w:spacing w:afterLines="20" w:after="48" w:line="240" w:lineRule="auto"/>
        <w:ind w:leftChars="150" w:left="330"/>
        <w:rPr>
          <w:color w:val="auto"/>
          <w:lang w:eastAsia="zh-TW"/>
        </w:rPr>
      </w:pPr>
      <w:r w:rsidRPr="00413E31">
        <w:rPr>
          <w:rFonts w:hint="eastAsia"/>
          <w:color w:val="auto"/>
          <w:lang w:eastAsia="zh-TW"/>
        </w:rPr>
        <w:t>（一）得向本系行使之權利：</w:t>
      </w:r>
    </w:p>
    <w:p w14:paraId="03B1E0FF" w14:textId="77777777" w:rsidR="002923B6" w:rsidRPr="00413E31" w:rsidRDefault="002923B6" w:rsidP="002923B6">
      <w:pPr>
        <w:pStyle w:val="ae"/>
        <w:numPr>
          <w:ilvl w:val="0"/>
          <w:numId w:val="13"/>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向本系查詢、請求閱覽或複製。</w:t>
      </w:r>
    </w:p>
    <w:p w14:paraId="5A113941" w14:textId="77777777" w:rsidR="002923B6" w:rsidRPr="00413E31" w:rsidRDefault="002923B6" w:rsidP="002923B6">
      <w:pPr>
        <w:pStyle w:val="ae"/>
        <w:numPr>
          <w:ilvl w:val="0"/>
          <w:numId w:val="13"/>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向本系請求補充或更正。</w:t>
      </w:r>
    </w:p>
    <w:p w14:paraId="61CE494E" w14:textId="77777777" w:rsidR="002923B6" w:rsidRPr="00413E31" w:rsidRDefault="002923B6" w:rsidP="002923B6">
      <w:pPr>
        <w:pStyle w:val="ae"/>
        <w:numPr>
          <w:ilvl w:val="0"/>
          <w:numId w:val="13"/>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向本系請求停止蒐集、處理或利用及刪除。</w:t>
      </w:r>
    </w:p>
    <w:p w14:paraId="41DF153F" w14:textId="77777777" w:rsidR="002923B6" w:rsidRPr="00413E31" w:rsidRDefault="002923B6" w:rsidP="002923B6">
      <w:pPr>
        <w:spacing w:afterLines="20" w:after="48" w:line="240" w:lineRule="auto"/>
        <w:ind w:leftChars="150" w:left="330"/>
        <w:rPr>
          <w:color w:val="auto"/>
          <w:lang w:eastAsia="zh-TW"/>
        </w:rPr>
      </w:pPr>
      <w:r w:rsidRPr="00413E31">
        <w:rPr>
          <w:rFonts w:hint="eastAsia"/>
          <w:color w:val="auto"/>
          <w:lang w:eastAsia="zh-TW"/>
        </w:rPr>
        <w:t>（二）行使權利之方式：以書面郵寄、傳真、電子郵件或電子文件聯繫本系。</w:t>
      </w:r>
    </w:p>
    <w:p w14:paraId="5BE90F78"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五、台端不提供個人資料所致權益之影響：</w:t>
      </w:r>
    </w:p>
    <w:p w14:paraId="17034E0E" w14:textId="77777777" w:rsidR="0096632F" w:rsidRPr="00413E31" w:rsidRDefault="0096632F" w:rsidP="00834590">
      <w:pPr>
        <w:spacing w:afterLines="20" w:after="48" w:line="240" w:lineRule="auto"/>
        <w:jc w:val="both"/>
        <w:rPr>
          <w:color w:val="auto"/>
          <w:lang w:eastAsia="zh-TW"/>
        </w:rPr>
      </w:pPr>
      <w:r w:rsidRPr="00413E31">
        <w:rPr>
          <w:rFonts w:hint="eastAsia"/>
          <w:color w:val="auto"/>
          <w:lang w:eastAsia="zh-TW"/>
        </w:rPr>
        <w:t>台端若未能提供相關個人資料時，本系將可能延後或無法進行必要之審核及處理作業，因此可能遲延或無法提供 台端相關獎助學金之申請。</w:t>
      </w:r>
    </w:p>
    <w:p w14:paraId="74D6324B" w14:textId="77777777" w:rsidR="0096632F" w:rsidRDefault="0096632F" w:rsidP="0096632F">
      <w:pPr>
        <w:spacing w:afterLines="20" w:after="48" w:line="240" w:lineRule="auto"/>
        <w:rPr>
          <w:color w:val="auto"/>
          <w:lang w:eastAsia="zh-TW"/>
        </w:rPr>
      </w:pPr>
    </w:p>
    <w:p w14:paraId="585464D3" w14:textId="77777777" w:rsidR="00512035" w:rsidRPr="00413E31" w:rsidRDefault="00512035" w:rsidP="0096632F">
      <w:pPr>
        <w:spacing w:afterLines="20" w:after="48" w:line="240" w:lineRule="auto"/>
        <w:rPr>
          <w:color w:val="auto"/>
          <w:lang w:eastAsia="zh-TW"/>
        </w:rPr>
      </w:pPr>
    </w:p>
    <w:p w14:paraId="38ACDCFA" w14:textId="77777777" w:rsidR="0096632F" w:rsidRPr="00413E31" w:rsidRDefault="0096632F" w:rsidP="0096632F">
      <w:pPr>
        <w:spacing w:afterLines="20" w:after="48" w:line="240" w:lineRule="auto"/>
        <w:rPr>
          <w:color w:val="auto"/>
          <w:lang w:eastAsia="zh-TW"/>
        </w:rPr>
      </w:pPr>
      <w:r w:rsidRPr="00413E31">
        <w:rPr>
          <w:rFonts w:hint="eastAsia"/>
          <w:color w:val="auto"/>
          <w:lang w:eastAsia="zh-TW"/>
        </w:rPr>
        <w:t>立同意書人：_______________________________ （簽章）</w:t>
      </w:r>
    </w:p>
    <w:p w14:paraId="5AA632FE" w14:textId="77777777" w:rsidR="0096632F" w:rsidRPr="00413E31" w:rsidRDefault="0096632F" w:rsidP="0096632F">
      <w:pPr>
        <w:spacing w:afterLines="20" w:after="48" w:line="240" w:lineRule="auto"/>
        <w:rPr>
          <w:color w:val="auto"/>
          <w:lang w:eastAsia="zh-TW"/>
        </w:rPr>
      </w:pPr>
      <w:r w:rsidRPr="00413E31">
        <w:rPr>
          <w:rFonts w:hint="eastAsia"/>
          <w:color w:val="auto"/>
          <w:lang w:eastAsia="zh-TW"/>
        </w:rPr>
        <w:t>就上開告知內容已受告知、並充分知悉及同意。</w:t>
      </w:r>
    </w:p>
    <w:p w14:paraId="34FF21C0" w14:textId="77777777" w:rsidR="0096632F" w:rsidRPr="00413E31" w:rsidRDefault="0096632F" w:rsidP="00EE45AD">
      <w:pPr>
        <w:spacing w:afterLines="20" w:after="48" w:line="240" w:lineRule="auto"/>
        <w:jc w:val="right"/>
        <w:rPr>
          <w:color w:val="auto"/>
          <w:lang w:eastAsia="zh-TW"/>
        </w:rPr>
      </w:pPr>
      <w:r w:rsidRPr="00413E31">
        <w:rPr>
          <w:rFonts w:hint="eastAsia"/>
          <w:color w:val="auto"/>
          <w:lang w:eastAsia="zh-TW"/>
        </w:rPr>
        <w:t xml:space="preserve">日期：    </w:t>
      </w:r>
      <w:r w:rsidR="00BD7611" w:rsidRPr="00413E31">
        <w:rPr>
          <w:rFonts w:hint="eastAsia"/>
          <w:color w:val="auto"/>
          <w:lang w:eastAsia="zh-TW"/>
        </w:rPr>
        <w:t xml:space="preserve"> </w:t>
      </w:r>
      <w:r w:rsidRPr="00413E31">
        <w:rPr>
          <w:rFonts w:hint="eastAsia"/>
          <w:color w:val="auto"/>
          <w:lang w:eastAsia="zh-TW"/>
        </w:rPr>
        <w:t xml:space="preserve">    年       月       日</w:t>
      </w:r>
    </w:p>
    <w:p w14:paraId="3ABE96AC" w14:textId="77777777" w:rsidR="0096632F" w:rsidRDefault="0096632F" w:rsidP="004606FB">
      <w:pPr>
        <w:spacing w:after="0" w:line="240" w:lineRule="auto"/>
        <w:rPr>
          <w:color w:val="auto"/>
          <w:lang w:eastAsia="zh-TW"/>
        </w:rPr>
      </w:pPr>
    </w:p>
    <w:p w14:paraId="3CA708BF" w14:textId="77777777" w:rsidR="00512035" w:rsidRPr="00413E31" w:rsidRDefault="00512035" w:rsidP="004606FB">
      <w:pPr>
        <w:spacing w:after="0" w:line="240" w:lineRule="auto"/>
        <w:rPr>
          <w:color w:val="auto"/>
          <w:lang w:eastAsia="zh-TW"/>
        </w:rPr>
      </w:pPr>
    </w:p>
    <w:p w14:paraId="6F074D11" w14:textId="77777777" w:rsidR="0096632F" w:rsidRPr="00413E31" w:rsidRDefault="0096632F" w:rsidP="00834590">
      <w:pPr>
        <w:spacing w:afterLines="20" w:after="48" w:line="240" w:lineRule="auto"/>
        <w:jc w:val="both"/>
        <w:rPr>
          <w:color w:val="auto"/>
          <w:lang w:eastAsia="zh-TW"/>
        </w:rPr>
      </w:pPr>
      <w:r w:rsidRPr="00413E31">
        <w:rPr>
          <w:rFonts w:hint="eastAsia"/>
          <w:color w:val="auto"/>
          <w:lang w:eastAsia="zh-TW"/>
        </w:rPr>
        <w:t>本人同意東吳大學財務工程與精算數學系依據 「個人資料保護法 」之規定，將本次蒐集、處理、利用及傳輸之個人資料依獎助學金辦法或章程之規定傳輸至東吳大學校內相關單位、獎助學金之提供人或提供單位、獎助學金之審核人或審核單位，並於合於法令規定之範圍內再利用。</w:t>
      </w:r>
    </w:p>
    <w:p w14:paraId="06248289" w14:textId="77777777" w:rsidR="0096632F" w:rsidRPr="00413E31" w:rsidRDefault="0096632F" w:rsidP="0096632F">
      <w:pPr>
        <w:spacing w:afterLines="20" w:after="48" w:line="240" w:lineRule="auto"/>
        <w:rPr>
          <w:color w:val="auto"/>
          <w:lang w:eastAsia="zh-TW"/>
        </w:rPr>
      </w:pPr>
    </w:p>
    <w:p w14:paraId="41B070E6" w14:textId="77777777" w:rsidR="0096632F" w:rsidRPr="00413E31" w:rsidRDefault="0096632F" w:rsidP="0096632F">
      <w:pPr>
        <w:spacing w:afterLines="20" w:after="48" w:line="240" w:lineRule="auto"/>
        <w:rPr>
          <w:color w:val="auto"/>
          <w:lang w:eastAsia="zh-TW"/>
        </w:rPr>
      </w:pPr>
      <w:r w:rsidRPr="00413E31">
        <w:rPr>
          <w:rFonts w:hint="eastAsia"/>
          <w:color w:val="auto"/>
          <w:lang w:eastAsia="zh-TW"/>
        </w:rPr>
        <w:t>立同意書人：________________________________ （簽章）</w:t>
      </w:r>
    </w:p>
    <w:p w14:paraId="28E80B10" w14:textId="77777777" w:rsidR="0096632F" w:rsidRPr="00413E31" w:rsidRDefault="0096632F" w:rsidP="0096632F">
      <w:pPr>
        <w:spacing w:afterLines="20" w:after="48" w:line="240" w:lineRule="auto"/>
        <w:rPr>
          <w:color w:val="auto"/>
          <w:lang w:eastAsia="zh-TW"/>
        </w:rPr>
      </w:pPr>
      <w:r w:rsidRPr="00413E31">
        <w:rPr>
          <w:rFonts w:hint="eastAsia"/>
          <w:color w:val="auto"/>
          <w:lang w:eastAsia="zh-TW"/>
        </w:rPr>
        <w:t>就上開告知內容已受告知、並充分知悉及同意。</w:t>
      </w:r>
    </w:p>
    <w:p w14:paraId="68FD20AE" w14:textId="77777777" w:rsidR="00E051F1" w:rsidRPr="00413E31" w:rsidRDefault="0096632F" w:rsidP="004606FB">
      <w:pPr>
        <w:spacing w:afterLines="20" w:after="48" w:line="240" w:lineRule="auto"/>
        <w:jc w:val="right"/>
        <w:rPr>
          <w:color w:val="auto"/>
          <w:lang w:eastAsia="zh-TW"/>
        </w:rPr>
      </w:pPr>
      <w:r w:rsidRPr="00413E31">
        <w:rPr>
          <w:rFonts w:hint="eastAsia"/>
          <w:color w:val="auto"/>
        </w:rPr>
        <w:t xml:space="preserve">日期：     </w:t>
      </w:r>
      <w:r w:rsidR="00BD7611" w:rsidRPr="00413E31">
        <w:rPr>
          <w:rFonts w:hint="eastAsia"/>
          <w:color w:val="auto"/>
          <w:lang w:eastAsia="zh-TW"/>
        </w:rPr>
        <w:t xml:space="preserve"> </w:t>
      </w:r>
      <w:r w:rsidRPr="00413E31">
        <w:rPr>
          <w:rFonts w:hint="eastAsia"/>
          <w:color w:val="auto"/>
        </w:rPr>
        <w:t xml:space="preserve">   年       月       日</w:t>
      </w:r>
    </w:p>
    <w:sectPr w:rsidR="00E051F1" w:rsidRPr="00413E31" w:rsidSect="002F77F6">
      <w:pgSz w:w="12240" w:h="15840" w:code="1"/>
      <w:pgMar w:top="851" w:right="851" w:bottom="567" w:left="851"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CCF82" w14:textId="77777777" w:rsidR="00534688" w:rsidRDefault="00534688" w:rsidP="00E051F1">
      <w:pPr>
        <w:spacing w:after="0" w:line="240" w:lineRule="auto"/>
      </w:pPr>
      <w:r>
        <w:separator/>
      </w:r>
    </w:p>
  </w:endnote>
  <w:endnote w:type="continuationSeparator" w:id="0">
    <w:p w14:paraId="04A7CBF2" w14:textId="77777777" w:rsidR="00534688" w:rsidRDefault="00534688" w:rsidP="00E0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657C" w14:textId="43F64997" w:rsidR="00687D04" w:rsidRPr="004606FB" w:rsidRDefault="00BE591C" w:rsidP="00DA253D">
    <w:pPr>
      <w:pStyle w:val="a7"/>
      <w:jc w:val="center"/>
      <w:rPr>
        <w:rFonts w:ascii="Times New Roman" w:hAnsi="Times New Roman" w:cs="Times New Roman"/>
      </w:rPr>
    </w:pPr>
    <w:sdt>
      <w:sdtPr>
        <w:id w:val="-1712257703"/>
        <w:docPartObj>
          <w:docPartGallery w:val="Page Numbers (Bottom of Page)"/>
          <w:docPartUnique/>
        </w:docPartObj>
      </w:sdtPr>
      <w:sdtEndPr>
        <w:rPr>
          <w:rFonts w:ascii="Times New Roman" w:hAnsi="Times New Roman" w:cs="Times New Roman"/>
        </w:rPr>
      </w:sdtEndPr>
      <w:sdtContent>
        <w:r w:rsidR="00C837C6" w:rsidRPr="004606FB">
          <w:rPr>
            <w:rFonts w:ascii="Times New Roman" w:hAnsi="Times New Roman" w:cs="Times New Roman"/>
            <w:lang w:eastAsia="zh-TW"/>
          </w:rPr>
          <w:t>第</w:t>
        </w:r>
        <w:r w:rsidR="00C837C6" w:rsidRPr="004606FB">
          <w:rPr>
            <w:rFonts w:ascii="Times New Roman" w:hAnsi="Times New Roman" w:cs="Times New Roman"/>
            <w:bCs/>
            <w:lang w:eastAsia="zh-TW"/>
          </w:rPr>
          <w:fldChar w:fldCharType="begin"/>
        </w:r>
        <w:r w:rsidR="00C837C6" w:rsidRPr="004606FB">
          <w:rPr>
            <w:rFonts w:ascii="Times New Roman" w:hAnsi="Times New Roman" w:cs="Times New Roman"/>
            <w:bCs/>
            <w:lang w:eastAsia="zh-TW"/>
          </w:rPr>
          <w:instrText>PAGE  \* Arabic  \* MERGEFORMAT</w:instrText>
        </w:r>
        <w:r w:rsidR="00C837C6" w:rsidRPr="004606FB">
          <w:rPr>
            <w:rFonts w:ascii="Times New Roman" w:hAnsi="Times New Roman" w:cs="Times New Roman"/>
            <w:bCs/>
            <w:lang w:eastAsia="zh-TW"/>
          </w:rPr>
          <w:fldChar w:fldCharType="separate"/>
        </w:r>
        <w:r w:rsidR="00C837C6" w:rsidRPr="00C837C6">
          <w:rPr>
            <w:rFonts w:ascii="Times New Roman" w:hAnsi="Times New Roman" w:cs="Times New Roman"/>
            <w:bCs/>
            <w:noProof/>
            <w:lang w:val="zh-TW" w:eastAsia="zh-TW"/>
          </w:rPr>
          <w:t>2</w:t>
        </w:r>
        <w:r w:rsidR="00C837C6" w:rsidRPr="004606FB">
          <w:rPr>
            <w:rFonts w:ascii="Times New Roman" w:hAnsi="Times New Roman" w:cs="Times New Roman"/>
            <w:bCs/>
            <w:lang w:eastAsia="zh-TW"/>
          </w:rPr>
          <w:fldChar w:fldCharType="end"/>
        </w:r>
        <w:r w:rsidR="00C837C6" w:rsidRPr="004606FB">
          <w:rPr>
            <w:rFonts w:ascii="Times New Roman" w:hAnsi="Times New Roman" w:cs="Times New Roman"/>
            <w:lang w:val="zh-TW" w:eastAsia="zh-TW"/>
          </w:rPr>
          <w:t xml:space="preserve"> </w:t>
        </w:r>
        <w:r w:rsidR="00C837C6" w:rsidRPr="004606FB">
          <w:rPr>
            <w:rFonts w:ascii="Times New Roman" w:hAnsi="Times New Roman" w:cs="Times New Roman"/>
            <w:lang w:val="zh-TW" w:eastAsia="zh-TW"/>
          </w:rPr>
          <w:t>頁</w:t>
        </w:r>
        <w:r w:rsidR="00C837C6" w:rsidRPr="004606FB">
          <w:rPr>
            <w:rFonts w:ascii="Times New Roman" w:hAnsi="Times New Roman" w:cs="Times New Roman"/>
            <w:lang w:val="zh-TW" w:eastAsia="zh-TW"/>
          </w:rPr>
          <w:t>/</w:t>
        </w:r>
        <w:r w:rsidR="00C837C6" w:rsidRPr="004606FB">
          <w:rPr>
            <w:rFonts w:ascii="Times New Roman" w:hAnsi="Times New Roman" w:cs="Times New Roman"/>
            <w:lang w:val="zh-TW" w:eastAsia="zh-TW"/>
          </w:rPr>
          <w:t>共</w:t>
        </w:r>
        <w:r w:rsidR="00C837C6" w:rsidRPr="004606FB">
          <w:rPr>
            <w:rFonts w:ascii="Times New Roman" w:hAnsi="Times New Roman" w:cs="Times New Roman"/>
            <w:lang w:val="zh-TW" w:eastAsia="zh-TW"/>
          </w:rPr>
          <w:t xml:space="preserve"> </w:t>
        </w:r>
        <w:r w:rsidR="00C837C6" w:rsidRPr="004606FB">
          <w:rPr>
            <w:rFonts w:ascii="Times New Roman" w:hAnsi="Times New Roman" w:cs="Times New Roman"/>
            <w:bCs/>
            <w:lang w:eastAsia="zh-TW"/>
          </w:rPr>
          <w:fldChar w:fldCharType="begin"/>
        </w:r>
        <w:r w:rsidR="00C837C6" w:rsidRPr="004606FB">
          <w:rPr>
            <w:rFonts w:ascii="Times New Roman" w:hAnsi="Times New Roman" w:cs="Times New Roman"/>
            <w:bCs/>
            <w:lang w:eastAsia="zh-TW"/>
          </w:rPr>
          <w:instrText>NUMPAGES  \* Arabic  \* MERGEFORMAT</w:instrText>
        </w:r>
        <w:r w:rsidR="00C837C6" w:rsidRPr="004606FB">
          <w:rPr>
            <w:rFonts w:ascii="Times New Roman" w:hAnsi="Times New Roman" w:cs="Times New Roman"/>
            <w:bCs/>
            <w:lang w:eastAsia="zh-TW"/>
          </w:rPr>
          <w:fldChar w:fldCharType="separate"/>
        </w:r>
        <w:r w:rsidR="00C837C6" w:rsidRPr="00C837C6">
          <w:rPr>
            <w:rFonts w:ascii="Times New Roman" w:hAnsi="Times New Roman" w:cs="Times New Roman"/>
            <w:bCs/>
            <w:noProof/>
            <w:lang w:val="zh-TW" w:eastAsia="zh-TW"/>
          </w:rPr>
          <w:t>2</w:t>
        </w:r>
        <w:r w:rsidR="00C837C6" w:rsidRPr="004606FB">
          <w:rPr>
            <w:rFonts w:ascii="Times New Roman" w:hAnsi="Times New Roman" w:cs="Times New Roman"/>
            <w:bCs/>
            <w:lang w:eastAsia="zh-TW"/>
          </w:rPr>
          <w:fldChar w:fldCharType="end"/>
        </w:r>
      </w:sdtContent>
    </w:sdt>
    <w:r w:rsidR="00C837C6" w:rsidRPr="004606FB">
      <w:rPr>
        <w:rFonts w:ascii="Times New Roman" w:hAnsi="Times New Roman" w:cs="Times New Roman"/>
        <w:lang w:eastAsia="zh-TW"/>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6C90D" w14:textId="77777777" w:rsidR="00534688" w:rsidRDefault="00534688" w:rsidP="00E051F1">
      <w:pPr>
        <w:spacing w:after="0" w:line="240" w:lineRule="auto"/>
      </w:pPr>
      <w:r>
        <w:separator/>
      </w:r>
    </w:p>
  </w:footnote>
  <w:footnote w:type="continuationSeparator" w:id="0">
    <w:p w14:paraId="0369FCD5" w14:textId="77777777" w:rsidR="00534688" w:rsidRDefault="00534688" w:rsidP="00E05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76FE1" w14:textId="77777777" w:rsidR="00AD2E9A" w:rsidRPr="00AD2E9A" w:rsidRDefault="00AD2E9A" w:rsidP="00AD2E9A">
    <w:pPr>
      <w:pStyle w:val="a5"/>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0B75339"/>
    <w:multiLevelType w:val="hybridMultilevel"/>
    <w:tmpl w:val="5524D464"/>
    <w:lvl w:ilvl="0" w:tplc="8C529E2A">
      <w:start w:val="1"/>
      <w:numFmt w:val="decimal"/>
      <w:lvlText w:val="%1."/>
      <w:lvlJc w:val="left"/>
      <w:pPr>
        <w:ind w:left="1240" w:hanging="360"/>
      </w:pPr>
      <w:rPr>
        <w:rFonts w:hint="default"/>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0" w15:restartNumberingAfterBreak="0">
    <w:nsid w:val="64956ECC"/>
    <w:multiLevelType w:val="hybridMultilevel"/>
    <w:tmpl w:val="8B884D86"/>
    <w:lvl w:ilvl="0" w:tplc="D90EAA58">
      <w:start w:val="1"/>
      <w:numFmt w:val="decimal"/>
      <w:lvlText w:val="(%1)"/>
      <w:lvlJc w:val="left"/>
      <w:pPr>
        <w:ind w:left="1548" w:hanging="480"/>
      </w:pPr>
      <w:rPr>
        <w:rFonts w:hint="eastAsia"/>
      </w:rPr>
    </w:lvl>
    <w:lvl w:ilvl="1" w:tplc="04090019" w:tentative="1">
      <w:start w:val="1"/>
      <w:numFmt w:val="ideographTraditional"/>
      <w:lvlText w:val="%2、"/>
      <w:lvlJc w:val="left"/>
      <w:pPr>
        <w:ind w:left="2028" w:hanging="480"/>
      </w:pPr>
    </w:lvl>
    <w:lvl w:ilvl="2" w:tplc="0409001B" w:tentative="1">
      <w:start w:val="1"/>
      <w:numFmt w:val="lowerRoman"/>
      <w:lvlText w:val="%3."/>
      <w:lvlJc w:val="right"/>
      <w:pPr>
        <w:ind w:left="2508" w:hanging="480"/>
      </w:pPr>
    </w:lvl>
    <w:lvl w:ilvl="3" w:tplc="0409000F" w:tentative="1">
      <w:start w:val="1"/>
      <w:numFmt w:val="decimal"/>
      <w:lvlText w:val="%4."/>
      <w:lvlJc w:val="left"/>
      <w:pPr>
        <w:ind w:left="2988" w:hanging="480"/>
      </w:pPr>
    </w:lvl>
    <w:lvl w:ilvl="4" w:tplc="04090019" w:tentative="1">
      <w:start w:val="1"/>
      <w:numFmt w:val="ideographTraditional"/>
      <w:lvlText w:val="%5、"/>
      <w:lvlJc w:val="left"/>
      <w:pPr>
        <w:ind w:left="3468" w:hanging="480"/>
      </w:pPr>
    </w:lvl>
    <w:lvl w:ilvl="5" w:tplc="0409001B" w:tentative="1">
      <w:start w:val="1"/>
      <w:numFmt w:val="lowerRoman"/>
      <w:lvlText w:val="%6."/>
      <w:lvlJc w:val="right"/>
      <w:pPr>
        <w:ind w:left="3948" w:hanging="480"/>
      </w:pPr>
    </w:lvl>
    <w:lvl w:ilvl="6" w:tplc="0409000F" w:tentative="1">
      <w:start w:val="1"/>
      <w:numFmt w:val="decimal"/>
      <w:lvlText w:val="%7."/>
      <w:lvlJc w:val="left"/>
      <w:pPr>
        <w:ind w:left="4428" w:hanging="480"/>
      </w:pPr>
    </w:lvl>
    <w:lvl w:ilvl="7" w:tplc="04090019" w:tentative="1">
      <w:start w:val="1"/>
      <w:numFmt w:val="ideographTraditional"/>
      <w:lvlText w:val="%8、"/>
      <w:lvlJc w:val="left"/>
      <w:pPr>
        <w:ind w:left="4908" w:hanging="480"/>
      </w:pPr>
    </w:lvl>
    <w:lvl w:ilvl="8" w:tplc="0409001B" w:tentative="1">
      <w:start w:val="1"/>
      <w:numFmt w:val="lowerRoman"/>
      <w:lvlText w:val="%9."/>
      <w:lvlJc w:val="right"/>
      <w:pPr>
        <w:ind w:left="5388" w:hanging="480"/>
      </w:pPr>
    </w:lvl>
  </w:abstractNum>
  <w:abstractNum w:abstractNumId="11" w15:restartNumberingAfterBreak="0">
    <w:nsid w:val="664E061A"/>
    <w:multiLevelType w:val="hybridMultilevel"/>
    <w:tmpl w:val="FC32A15E"/>
    <w:lvl w:ilvl="0" w:tplc="17BA854C">
      <w:start w:val="1"/>
      <w:numFmt w:val="decimal"/>
      <w:lvlText w:val="%1."/>
      <w:lvlJc w:val="left"/>
      <w:pPr>
        <w:ind w:left="1360" w:hanging="480"/>
      </w:pPr>
      <w:rPr>
        <w:rFonts w:hint="eastAsia"/>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2" w15:restartNumberingAfterBreak="0">
    <w:nsid w:val="71411212"/>
    <w:multiLevelType w:val="hybridMultilevel"/>
    <w:tmpl w:val="FC32A15E"/>
    <w:lvl w:ilvl="0" w:tplc="17BA854C">
      <w:start w:val="1"/>
      <w:numFmt w:val="decimal"/>
      <w:lvlText w:val="%1."/>
      <w:lvlJc w:val="left"/>
      <w:pPr>
        <w:ind w:left="1360" w:hanging="480"/>
      </w:pPr>
      <w:rPr>
        <w:rFonts w:hint="eastAsia"/>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num w:numId="1" w16cid:durableId="1979803382">
    <w:abstractNumId w:val="8"/>
  </w:num>
  <w:num w:numId="2" w16cid:durableId="912861466">
    <w:abstractNumId w:val="6"/>
  </w:num>
  <w:num w:numId="3" w16cid:durableId="181676555">
    <w:abstractNumId w:val="5"/>
  </w:num>
  <w:num w:numId="4" w16cid:durableId="1656831984">
    <w:abstractNumId w:val="4"/>
  </w:num>
  <w:num w:numId="5" w16cid:durableId="507793265">
    <w:abstractNumId w:val="7"/>
  </w:num>
  <w:num w:numId="6" w16cid:durableId="881329035">
    <w:abstractNumId w:val="3"/>
  </w:num>
  <w:num w:numId="7" w16cid:durableId="1539928909">
    <w:abstractNumId w:val="2"/>
  </w:num>
  <w:num w:numId="8" w16cid:durableId="1756128290">
    <w:abstractNumId w:val="1"/>
  </w:num>
  <w:num w:numId="9" w16cid:durableId="1213927159">
    <w:abstractNumId w:val="0"/>
  </w:num>
  <w:num w:numId="10" w16cid:durableId="1503861247">
    <w:abstractNumId w:val="12"/>
  </w:num>
  <w:num w:numId="11" w16cid:durableId="1427381422">
    <w:abstractNumId w:val="9"/>
  </w:num>
  <w:num w:numId="12" w16cid:durableId="61148085">
    <w:abstractNumId w:val="10"/>
  </w:num>
  <w:num w:numId="13" w16cid:durableId="6159835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3786"/>
    <w:rsid w:val="00034616"/>
    <w:rsid w:val="00037031"/>
    <w:rsid w:val="0006063C"/>
    <w:rsid w:val="000774B1"/>
    <w:rsid w:val="00082795"/>
    <w:rsid w:val="0008673E"/>
    <w:rsid w:val="000965C7"/>
    <w:rsid w:val="000C383E"/>
    <w:rsid w:val="000C5DF0"/>
    <w:rsid w:val="000E4A73"/>
    <w:rsid w:val="000F2E67"/>
    <w:rsid w:val="000F3C5E"/>
    <w:rsid w:val="00127418"/>
    <w:rsid w:val="0015074B"/>
    <w:rsid w:val="00195BB5"/>
    <w:rsid w:val="001B106D"/>
    <w:rsid w:val="001C705B"/>
    <w:rsid w:val="001E3BCB"/>
    <w:rsid w:val="001E4E8B"/>
    <w:rsid w:val="00240EF7"/>
    <w:rsid w:val="002533C6"/>
    <w:rsid w:val="00286DF7"/>
    <w:rsid w:val="002923B6"/>
    <w:rsid w:val="0029639D"/>
    <w:rsid w:val="002C7912"/>
    <w:rsid w:val="002D6E1A"/>
    <w:rsid w:val="002F77F6"/>
    <w:rsid w:val="0030198A"/>
    <w:rsid w:val="003113A8"/>
    <w:rsid w:val="0031237C"/>
    <w:rsid w:val="00323F36"/>
    <w:rsid w:val="00326F90"/>
    <w:rsid w:val="0038270B"/>
    <w:rsid w:val="003859D4"/>
    <w:rsid w:val="003A505F"/>
    <w:rsid w:val="003B0658"/>
    <w:rsid w:val="00404D66"/>
    <w:rsid w:val="00413E31"/>
    <w:rsid w:val="004606FB"/>
    <w:rsid w:val="00472429"/>
    <w:rsid w:val="00496DA3"/>
    <w:rsid w:val="004A1244"/>
    <w:rsid w:val="004D07F3"/>
    <w:rsid w:val="004D7D42"/>
    <w:rsid w:val="004E1B99"/>
    <w:rsid w:val="00512035"/>
    <w:rsid w:val="00524026"/>
    <w:rsid w:val="00525BD9"/>
    <w:rsid w:val="0052749A"/>
    <w:rsid w:val="00527535"/>
    <w:rsid w:val="00534688"/>
    <w:rsid w:val="00534D21"/>
    <w:rsid w:val="00544873"/>
    <w:rsid w:val="005717A6"/>
    <w:rsid w:val="005A77F8"/>
    <w:rsid w:val="005F466A"/>
    <w:rsid w:val="006635BA"/>
    <w:rsid w:val="006734E9"/>
    <w:rsid w:val="00684030"/>
    <w:rsid w:val="00687D04"/>
    <w:rsid w:val="00703160"/>
    <w:rsid w:val="00780470"/>
    <w:rsid w:val="0078122F"/>
    <w:rsid w:val="007A644A"/>
    <w:rsid w:val="007C6C9A"/>
    <w:rsid w:val="00834590"/>
    <w:rsid w:val="00850C60"/>
    <w:rsid w:val="008A1139"/>
    <w:rsid w:val="008D6416"/>
    <w:rsid w:val="0094516F"/>
    <w:rsid w:val="0096632F"/>
    <w:rsid w:val="00973F7C"/>
    <w:rsid w:val="009B4424"/>
    <w:rsid w:val="009D0B05"/>
    <w:rsid w:val="009D22E8"/>
    <w:rsid w:val="00A02819"/>
    <w:rsid w:val="00A41666"/>
    <w:rsid w:val="00A54008"/>
    <w:rsid w:val="00AA1D8D"/>
    <w:rsid w:val="00AB3A25"/>
    <w:rsid w:val="00AC384C"/>
    <w:rsid w:val="00AD2E9A"/>
    <w:rsid w:val="00AE56DB"/>
    <w:rsid w:val="00B12175"/>
    <w:rsid w:val="00B44504"/>
    <w:rsid w:val="00B47730"/>
    <w:rsid w:val="00B47986"/>
    <w:rsid w:val="00B53A89"/>
    <w:rsid w:val="00B9137C"/>
    <w:rsid w:val="00BB47AD"/>
    <w:rsid w:val="00BD7611"/>
    <w:rsid w:val="00BE591C"/>
    <w:rsid w:val="00BE6B0E"/>
    <w:rsid w:val="00BF2B4A"/>
    <w:rsid w:val="00C25C31"/>
    <w:rsid w:val="00C345FE"/>
    <w:rsid w:val="00C80A19"/>
    <w:rsid w:val="00C837C6"/>
    <w:rsid w:val="00C86FD9"/>
    <w:rsid w:val="00C87603"/>
    <w:rsid w:val="00C9567E"/>
    <w:rsid w:val="00CA2387"/>
    <w:rsid w:val="00CB0664"/>
    <w:rsid w:val="00D3290D"/>
    <w:rsid w:val="00D71016"/>
    <w:rsid w:val="00DA253D"/>
    <w:rsid w:val="00DB0CEB"/>
    <w:rsid w:val="00DC582F"/>
    <w:rsid w:val="00E051F1"/>
    <w:rsid w:val="00E9345C"/>
    <w:rsid w:val="00EA4F5D"/>
    <w:rsid w:val="00EA64ED"/>
    <w:rsid w:val="00EB355C"/>
    <w:rsid w:val="00EC793D"/>
    <w:rsid w:val="00EE45AD"/>
    <w:rsid w:val="00F05E09"/>
    <w:rsid w:val="00F13591"/>
    <w:rsid w:val="00F33B69"/>
    <w:rsid w:val="00F46876"/>
    <w:rsid w:val="00F67B90"/>
    <w:rsid w:val="00FA2EAB"/>
    <w:rsid w:val="00FC408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72DF0B"/>
  <w14:defaultImageDpi w14:val="300"/>
  <w15:docId w15:val="{6CBDF8C2-5BD0-4972-8A3D-73AD42E6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標楷體" w:eastAsia="標楷體" w:hAnsi="標楷體"/>
      <w:color w:val="33333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E1E47-1A54-408C-94ED-3FF58A0F3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沈靜芝</cp:lastModifiedBy>
  <cp:revision>5</cp:revision>
  <cp:lastPrinted>2026-08-31T09:27:00Z</cp:lastPrinted>
  <dcterms:created xsi:type="dcterms:W3CDTF">2026-09-09T17:24:00Z</dcterms:created>
  <dcterms:modified xsi:type="dcterms:W3CDTF">2026-09-10T00:35:00Z</dcterms:modified>
  <cp:category/>
</cp:coreProperties>
</file>